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AMBASSADOR AGREEMENT</w:t>
      </w:r>
    </w:p>
    <w:p/>
    <w:p>
      <w:r>
        <w:rPr>
          <w:b/>
          <w:sz w:val="20"/>
        </w:rPr>
        <w:t>PARTIES:</w:t>
      </w:r>
    </w:p>
    <w:p>
      <w:r>
        <w:rPr>
          <w:b w:val="0"/>
          <w:sz w:val="20"/>
        </w:rPr>
        <w:t>This Ambassador Agreement (the “Agreement”) is entered into by and between: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val="0"/>
          <w:sz w:val="20"/>
        </w:rPr>
        <w:t>Ambassador Name: __________________________________________________________</w:t>
      </w:r>
    </w:p>
    <w:p>
      <w:r>
        <w:rPr>
          <w:b w:val="0"/>
          <w:sz w:val="20"/>
        </w:rPr>
        <w:t>Address: _________________________________________________________________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Company desires to engage Ambassador to promote its products and services;</w:t>
      </w:r>
    </w:p>
    <w:p>
      <w:r>
        <w:rPr>
          <w:b w:val="0"/>
          <w:sz w:val="20"/>
        </w:rPr>
        <w:t>WHEREAS, Ambassador agrees to provide such promotional services under the terms set forth herein;</w:t>
      </w:r>
    </w:p>
    <w:p>
      <w:r>
        <w:rPr>
          <w:b w:val="0"/>
          <w:sz w:val="20"/>
        </w:rPr>
        <w:t>NOW, THEREFORE, in consideration of the mutual promises and covenants herein contained, the parties agree as follows:</w:t>
      </w:r>
    </w:p>
    <w:p/>
    <w:p>
      <w:r>
        <w:rPr>
          <w:b/>
          <w:sz w:val="20"/>
        </w:rPr>
        <w:t>1. Appointment and Scope</w:t>
      </w:r>
    </w:p>
    <w:p>
      <w:r>
        <w:rPr>
          <w:b w:val="0"/>
          <w:sz w:val="20"/>
        </w:rPr>
        <w:t>Company hereby appoints Ambassador as its non-exclusive representative to promote and market Company's products and services (the “Products”) to potential customers within the territory or market segments mutually agreed upon by the parties.</w:t>
      </w:r>
    </w:p>
    <w:p>
      <w:r>
        <w:rPr>
          <w:b w:val="0"/>
          <w:sz w:val="20"/>
        </w:rPr>
        <w:t>Ambassador shall perform promotional activities including, but not limited to, social media marketing, event participation, distribution of marketing materials, and referrals, in accordance with Company's guidelines and policies.</w:t>
      </w:r>
    </w:p>
    <w:p/>
    <w:p>
      <w:r>
        <w:rPr>
          <w:b/>
          <w:sz w:val="20"/>
        </w:rPr>
        <w:t>2. Ambassador Obligations</w:t>
      </w:r>
    </w:p>
    <w:p>
      <w:r>
        <w:rPr>
          <w:b w:val="0"/>
          <w:sz w:val="20"/>
        </w:rPr>
        <w:t>Ambassador agrees to:</w:t>
      </w:r>
    </w:p>
    <w:p>
      <w:r>
        <w:rPr>
          <w:b w:val="0"/>
          <w:sz w:val="20"/>
        </w:rPr>
        <w:t>- Use best efforts to promote the Products in a professional and ethical manner.</w:t>
      </w:r>
    </w:p>
    <w:p>
      <w:r>
        <w:rPr>
          <w:b w:val="0"/>
          <w:sz w:val="20"/>
        </w:rPr>
        <w:t>- Comply with all applicable laws, regulations, and Company policies in performing duties under this Agreement.</w:t>
      </w:r>
    </w:p>
    <w:p>
      <w:r>
        <w:rPr>
          <w:b w:val="0"/>
          <w:sz w:val="20"/>
        </w:rPr>
        <w:t>- Avoid any misleading, deceptive, or unethical conduct in promotion of the Products.</w:t>
      </w:r>
    </w:p>
    <w:p>
      <w:r>
        <w:rPr>
          <w:b w:val="0"/>
          <w:sz w:val="20"/>
        </w:rPr>
        <w:t>- Regularly report to Company on promotional activities and lead generation as reasonably requested.</w:t>
      </w:r>
    </w:p>
    <w:p/>
    <w:p>
      <w:r>
        <w:rPr>
          <w:b/>
          <w:sz w:val="20"/>
        </w:rPr>
        <w:t>3. Compensation</w:t>
      </w:r>
    </w:p>
    <w:p>
      <w:r>
        <w:rPr>
          <w:b w:val="0"/>
          <w:sz w:val="20"/>
        </w:rPr>
        <w:t>Company agrees to compensate Ambassador as follows:</w:t>
      </w:r>
    </w:p>
    <w:p>
      <w:r>
        <w:rPr>
          <w:b w:val="0"/>
          <w:sz w:val="20"/>
        </w:rPr>
        <w:t>- Commission: Ambassador shall receive a commission of ______________% on net sales directly resulting from Ambassador’s efforts, payable within thirty (30) days after the end of the month in which payment was received by Company.</w:t>
      </w:r>
    </w:p>
    <w:p>
      <w:r>
        <w:rPr>
          <w:b w:val="0"/>
          <w:sz w:val="20"/>
        </w:rPr>
        <w:t>- No salary or other compensation shall be payable unless otherwise agreed in writing.</w:t>
      </w:r>
    </w:p>
    <w:p>
      <w:r>
        <w:rPr>
          <w:b w:val="0"/>
          <w:sz w:val="20"/>
        </w:rPr>
        <w:t>- Ambassador is responsible for all taxes, social security contributions, and other government charges arising from compensation paid hereunder.</w:t>
      </w:r>
    </w:p>
    <w:p/>
    <w:p>
      <w:r>
        <w:rPr>
          <w:b/>
          <w:sz w:val="20"/>
        </w:rPr>
        <w:t>4. Term and Termination</w:t>
      </w:r>
    </w:p>
    <w:p>
      <w:r>
        <w:rPr>
          <w:b w:val="0"/>
          <w:sz w:val="20"/>
        </w:rPr>
        <w:t>This Agreement shall commence upon execution by both parties and shall continue for an initial term of ______________ months/years, unless earlier terminated as follows:</w:t>
      </w:r>
    </w:p>
    <w:p>
      <w:r>
        <w:rPr>
          <w:b w:val="0"/>
          <w:sz w:val="20"/>
        </w:rPr>
        <w:t>- Either party may terminate this Agreement at any time, with or without cause, by providing thirty (30) days written notice to the other party.</w:t>
      </w:r>
    </w:p>
    <w:p>
      <w:r>
        <w:rPr>
          <w:b w:val="0"/>
          <w:sz w:val="20"/>
        </w:rPr>
        <w:t>- Company may terminate immediately upon written notice if Ambassador breaches any material term of this Agreement or engages in unlawful or unethical conduct.</w:t>
      </w:r>
    </w:p>
    <w:p>
      <w:r>
        <w:rPr>
          <w:b w:val="0"/>
          <w:sz w:val="20"/>
        </w:rPr>
        <w:t>- Upon termination, Ambassador shall immediately cease all use of Company’s trademarks and promotional materials, and return or destroy confidential information.</w:t>
      </w:r>
    </w:p>
    <w:p/>
    <w:p>
      <w:r>
        <w:rPr>
          <w:b/>
          <w:sz w:val="20"/>
        </w:rPr>
        <w:t>5. Confidentiality</w:t>
      </w:r>
    </w:p>
    <w:p>
      <w:r>
        <w:rPr>
          <w:b w:val="0"/>
          <w:sz w:val="20"/>
        </w:rPr>
        <w:t>Ambassador acknowledges that during the term of this Agreement, Ambassador may have access to confidential and proprietary information of Company. Ambassador agrees to:</w:t>
      </w:r>
    </w:p>
    <w:p>
      <w:r>
        <w:rPr>
          <w:b w:val="0"/>
          <w:sz w:val="20"/>
        </w:rPr>
        <w:t>- Maintain such information in strict confidence and not disclose it to any third party without prior written consent of Company.</w:t>
      </w:r>
    </w:p>
    <w:p>
      <w:r>
        <w:rPr>
          <w:b w:val="0"/>
          <w:sz w:val="20"/>
        </w:rPr>
        <w:t>- Use confidential information solely for the purpose of fulfilling obligations under this Agreement.</w:t>
      </w:r>
    </w:p>
    <w:p>
      <w:r>
        <w:rPr>
          <w:b w:val="0"/>
          <w:sz w:val="20"/>
        </w:rPr>
        <w:t>- Return or destroy all confidential information upon termination or upon Company's request.</w:t>
      </w:r>
    </w:p>
    <w:p/>
    <w:p>
      <w:r>
        <w:rPr>
          <w:b/>
          <w:sz w:val="20"/>
        </w:rPr>
        <w:t>6. Intellectual Property</w:t>
      </w:r>
    </w:p>
    <w:p>
      <w:r>
        <w:rPr>
          <w:b w:val="0"/>
          <w:sz w:val="20"/>
        </w:rPr>
        <w:t>Ambassador acknowledges that all trademarks, trade names, logos, copyrights, and other intellectual property rights related to the Products and Company remain the exclusive property of Company.</w:t>
      </w:r>
    </w:p>
    <w:p>
      <w:r>
        <w:rPr>
          <w:b w:val="0"/>
          <w:sz w:val="20"/>
        </w:rPr>
        <w:t>Ambassador shall not claim any ownership or use Company’s intellectual property rights except as expressly authorized in writing and solely in accordance with Company’s guidelines.</w:t>
      </w:r>
    </w:p>
    <w:p/>
    <w:p>
      <w:r>
        <w:rPr>
          <w:b/>
          <w:sz w:val="20"/>
        </w:rPr>
        <w:t>7. Independent Contractor</w:t>
      </w:r>
    </w:p>
    <w:p>
      <w:r>
        <w:rPr>
          <w:b w:val="0"/>
          <w:sz w:val="20"/>
        </w:rPr>
        <w:t>Ambassador is engaged as an independent contractor and nothing in this Agreement shall be construed to create an employer-employee relationship, partnership, or joint venture.</w:t>
      </w:r>
    </w:p>
    <w:p>
      <w:r>
        <w:rPr>
          <w:b w:val="0"/>
          <w:sz w:val="20"/>
        </w:rPr>
        <w:t>Ambassador shall have no authority to bind or obligate Company in any manner without prior written consent.</w:t>
      </w:r>
    </w:p>
    <w:p/>
    <w:p>
      <w:r>
        <w:rPr>
          <w:b/>
          <w:sz w:val="20"/>
        </w:rPr>
        <w:t>8. Indemnification</w:t>
      </w:r>
    </w:p>
    <w:p>
      <w:r>
        <w:rPr>
          <w:b w:val="0"/>
          <w:sz w:val="20"/>
        </w:rPr>
        <w:t>Ambassador agrees to indemnify, defend and hold harmless Company and its affiliates, officers, directors, employees, and agents from and against any and all claims, liabilities, damages, losses, costs, and expenses (including reasonable attorneys’ fees) arising out of or relating to Ambassador’s breach of this Agreement, negligence, misconduct, or violation of applicable laws.</w:t>
      </w:r>
    </w:p>
    <w:p/>
    <w:p>
      <w:r>
        <w:rPr>
          <w:b/>
          <w:sz w:val="20"/>
        </w:rPr>
        <w:t>9. Limitation of Liability</w:t>
      </w:r>
    </w:p>
    <w:p>
      <w:r>
        <w:rPr>
          <w:b w:val="0"/>
          <w:sz w:val="20"/>
        </w:rPr>
        <w:t>IN NO EVENT SHALL COMPANY BE LIABLE TO AMBASSADOR FOR ANY INDIRECT, INCIDENTAL, CONSEQUENTIAL, SPECIAL OR PUNITIVE DAMAGES ARISING OUT OF OR RELATED TO THIS AGREEMENT, EVEN IF ADVISED OF THE POSSIBILITY OF SUCH DAMAGES.</w:t>
      </w:r>
    </w:p>
    <w:p>
      <w:r>
        <w:rPr>
          <w:b w:val="0"/>
          <w:sz w:val="20"/>
        </w:rPr>
        <w:t>COMPANY’S TOTAL LIABILITY UNDER THIS AGREEMENT SHALL NOT EXCEED THE COMPENSATION PAID TO AMBASSADOR DURING THE SIX (6) MONTHS PRECEDING THE CLAIM.</w:t>
      </w:r>
    </w:p>
    <w:p/>
    <w:p>
      <w:r>
        <w:rPr>
          <w:b/>
          <w:sz w:val="20"/>
        </w:rPr>
        <w:t>10. Governing Law and Dispute Resolution</w:t>
      </w:r>
    </w:p>
    <w:p>
      <w:r>
        <w:rPr>
          <w:b w:val="0"/>
          <w:sz w:val="20"/>
        </w:rPr>
        <w:t>This Agreement shall be governed by and construed in accordance with the laws of the State of ______________, United States of America, without regard to conflict of law principles.</w:t>
      </w:r>
    </w:p>
    <w:p>
      <w:r>
        <w:rPr>
          <w:b w:val="0"/>
          <w:sz w:val="20"/>
        </w:rPr>
        <w:t>Any dispute arising out of or relating to this Agreement shall be resolved exclusively in the federal or state courts located within ______________ county/state. Each party consents to the personal jurisdiction and venue of such courts.</w:t>
      </w:r>
    </w:p>
    <w:p/>
    <w:p>
      <w:r>
        <w:rPr>
          <w:b/>
          <w:sz w:val="20"/>
        </w:rPr>
        <w:t>11. Miscellaneous</w:t>
      </w:r>
    </w:p>
    <w:p>
      <w:r>
        <w:rPr>
          <w:b w:val="0"/>
          <w:sz w:val="20"/>
        </w:rPr>
        <w:t>- Entire Agreement: This Agreement constitutes the entire agreement between the parties and supersedes all prior oral or written understandings.</w:t>
      </w:r>
    </w:p>
    <w:p>
      <w:r>
        <w:rPr>
          <w:b w:val="0"/>
          <w:sz w:val="20"/>
        </w:rPr>
        <w:t>- Amendments: Any modification or amendment must be in writing and signed by authorized representatives of both parties.</w:t>
      </w:r>
    </w:p>
    <w:p>
      <w:r>
        <w:rPr>
          <w:b w:val="0"/>
          <w:sz w:val="20"/>
        </w:rPr>
        <w:t>- Severability: If any provision is held invalid or unenforceable, the remaining provisions shall continue in full force and effect.</w:t>
      </w:r>
    </w:p>
    <w:p>
      <w:r>
        <w:rPr>
          <w:b w:val="0"/>
          <w:sz w:val="20"/>
        </w:rPr>
        <w:t>- Waiver: Failure to enforce any provision shall not be deemed a waiver of future enforcement.</w:t>
      </w:r>
    </w:p>
    <w:p>
      <w:r>
        <w:rPr>
          <w:b w:val="0"/>
          <w:sz w:val="20"/>
        </w:rPr>
        <w:t>- Assignment: Ambassador may not assign or delegate any rights or obligations without prior written consent of Company.</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AMBASSADOR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https://contract247-us.com/ambassador-contract/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ambassad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