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ARTIST PERFORMANCE AGREEMENT</w:t>
      </w:r>
    </w:p>
    <w:p/>
    <w:p>
      <w:r>
        <w:rPr>
          <w:b/>
          <w:sz w:val="20"/>
        </w:rPr>
        <w:t>This Artist Performance Agreement ("Agreement") is made between:</w:t>
      </w:r>
    </w:p>
    <w:p>
      <w:r>
        <w:rPr>
          <w:b/>
          <w:sz w:val="20"/>
        </w:rPr>
        <w:t>Presenter:</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pPr>
        <w:jc w:val="center"/>
      </w:pPr>
      <w:r>
        <w:rPr>
          <w:b w:val="0"/>
          <w:sz w:val="20"/>
        </w:rPr>
        <w:t>And</w:t>
      </w:r>
    </w:p>
    <w:p/>
    <w:p>
      <w:r>
        <w:rPr>
          <w:b/>
          <w:sz w:val="20"/>
        </w:rPr>
        <w:t>Artist:</w:t>
      </w:r>
    </w:p>
    <w:p>
      <w:r>
        <w:rPr>
          <w:b w:val="0"/>
          <w:sz w:val="20"/>
        </w:rPr>
        <w:t>Name: ________________________________________________________________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_________________________________________________________________</w:t>
      </w:r>
    </w:p>
    <w:p/>
    <w:p>
      <w:r>
        <w:rPr>
          <w:b/>
          <w:sz w:val="20"/>
        </w:rPr>
        <w:t>WHEREAS,</w:t>
      </w:r>
    </w:p>
    <w:p>
      <w:r>
        <w:rPr>
          <w:b w:val="0"/>
          <w:sz w:val="20"/>
        </w:rPr>
        <w:t>The Presenter desires to engage the Artist to perform, and the Artist agrees to perform at the event described herein, subject to the terms and conditions of this Agreement.</w:t>
      </w:r>
    </w:p>
    <w:p/>
    <w:p>
      <w:r>
        <w:rPr>
          <w:b/>
          <w:sz w:val="20"/>
        </w:rPr>
        <w:t>1. Event Details</w:t>
      </w:r>
    </w:p>
    <w:p>
      <w:r>
        <w:rPr>
          <w:b w:val="0"/>
          <w:sz w:val="20"/>
        </w:rPr>
        <w:t>Event Name: ____________________________________________________________</w:t>
      </w:r>
    </w:p>
    <w:p>
      <w:r>
        <w:rPr>
          <w:b w:val="0"/>
          <w:sz w:val="20"/>
        </w:rPr>
        <w:t>Event Location: _________________________________________________________</w:t>
      </w:r>
    </w:p>
    <w:p>
      <w:r>
        <w:rPr>
          <w:b w:val="0"/>
          <w:sz w:val="20"/>
        </w:rPr>
        <w:t>Performance Date(s) and Time(s): _______________________________________</w:t>
      </w:r>
    </w:p>
    <w:p>
      <w:r>
        <w:rPr>
          <w:b w:val="0"/>
          <w:sz w:val="20"/>
        </w:rPr>
        <w:t>Performance Duration: ___________________________________________________</w:t>
      </w:r>
    </w:p>
    <w:p>
      <w:r>
        <w:rPr>
          <w:b w:val="0"/>
          <w:sz w:val="20"/>
        </w:rPr>
        <w:t>Setup and Soundcheck Time: _____________________________________________</w:t>
      </w:r>
    </w:p>
    <w:p>
      <w:r>
        <w:rPr>
          <w:b w:val="0"/>
          <w:sz w:val="20"/>
        </w:rPr>
        <w:t>Type of Performance: ____________________________________________________</w:t>
      </w:r>
    </w:p>
    <w:p/>
    <w:p>
      <w:r>
        <w:rPr>
          <w:b/>
          <w:sz w:val="20"/>
        </w:rPr>
        <w:t>2. Compensation</w:t>
      </w:r>
    </w:p>
    <w:p>
      <w:r>
        <w:rPr>
          <w:b w:val="0"/>
          <w:sz w:val="20"/>
        </w:rPr>
        <w:t>Fee: $_______________________ (USD)</w:t>
      </w:r>
    </w:p>
    <w:p>
      <w:r>
        <w:rPr>
          <w:b w:val="0"/>
          <w:sz w:val="20"/>
        </w:rPr>
        <w:t>Payment Schedule:</w:t>
      </w:r>
    </w:p>
    <w:p>
      <w:r>
        <w:rPr>
          <w:b w:val="0"/>
          <w:sz w:val="20"/>
        </w:rPr>
        <w:t xml:space="preserve"> - Deposit Amount: $_________________ due upon signing this Agreement.</w:t>
      </w:r>
    </w:p>
    <w:p>
      <w:r>
        <w:rPr>
          <w:b w:val="0"/>
          <w:sz w:val="20"/>
        </w:rPr>
        <w:t xml:space="preserve"> - Balance Amount: $_______________ due prior to or on the day of performance.</w:t>
      </w:r>
    </w:p>
    <w:p>
      <w:r>
        <w:rPr>
          <w:b w:val="0"/>
          <w:sz w:val="20"/>
        </w:rPr>
        <w:t>Payment Method: _________________________________________________________</w:t>
      </w:r>
    </w:p>
    <w:p/>
    <w:p>
      <w:r>
        <w:rPr>
          <w:b/>
          <w:sz w:val="20"/>
        </w:rPr>
        <w:t>3. Artist Obligations</w:t>
      </w:r>
    </w:p>
    <w:p>
      <w:r>
        <w:rPr>
          <w:b w:val="0"/>
          <w:sz w:val="20"/>
        </w:rPr>
        <w:t>a) The Artist agrees to perform at the Event at the agreed times and location.</w:t>
      </w:r>
    </w:p>
    <w:p>
      <w:r>
        <w:rPr>
          <w:b w:val="0"/>
          <w:sz w:val="20"/>
        </w:rPr>
        <w:t>b) The Artist shall provide all necessary equipment for the performance unless otherwise agreed.</w:t>
      </w:r>
    </w:p>
    <w:p>
      <w:r>
        <w:rPr>
          <w:b w:val="0"/>
          <w:sz w:val="20"/>
        </w:rPr>
        <w:t>c) The Artist shall comply with all applicable laws, venue rules, and regulations.</w:t>
      </w:r>
    </w:p>
    <w:p>
      <w:r>
        <w:rPr>
          <w:b w:val="0"/>
          <w:sz w:val="20"/>
        </w:rPr>
        <w:t>d) The Artist warrants that they have the legal right to perform all materials presented and will not infringe on the rights of any third party.</w:t>
      </w:r>
    </w:p>
    <w:p>
      <w:r>
        <w:rPr>
          <w:b w:val="0"/>
          <w:sz w:val="20"/>
        </w:rPr>
        <w:t>e) The Artist is responsible for their own travel, lodging, and personal expenses unless otherwise agreed.</w:t>
      </w:r>
    </w:p>
    <w:p/>
    <w:p>
      <w:r>
        <w:rPr>
          <w:b/>
          <w:sz w:val="20"/>
        </w:rPr>
        <w:t>4. Presenter Obligations</w:t>
      </w:r>
    </w:p>
    <w:p>
      <w:r>
        <w:rPr>
          <w:b w:val="0"/>
          <w:sz w:val="20"/>
        </w:rPr>
        <w:t>a) The Presenter shall provide the agreed compensation to the Artist as specified herein.</w:t>
      </w:r>
    </w:p>
    <w:p>
      <w:r>
        <w:rPr>
          <w:b w:val="0"/>
          <w:sz w:val="20"/>
        </w:rPr>
        <w:t>b) The Presenter shall provide access to the venue, necessary permits, and technical support as agreed.</w:t>
      </w:r>
    </w:p>
    <w:p>
      <w:r>
        <w:rPr>
          <w:b w:val="0"/>
          <w:sz w:val="20"/>
        </w:rPr>
        <w:t>c) The Presenter shall provide a safe and legal environment for the performance.</w:t>
      </w:r>
    </w:p>
    <w:p>
      <w:r>
        <w:rPr>
          <w:b w:val="0"/>
          <w:sz w:val="20"/>
        </w:rPr>
        <w:t>d) The Presenter shall be responsible for promotion and ticketing unless otherwise agreed.</w:t>
      </w:r>
    </w:p>
    <w:p/>
    <w:p>
      <w:r>
        <w:rPr>
          <w:b/>
          <w:sz w:val="20"/>
        </w:rPr>
        <w:t>5. Cancellation and Force Majeure</w:t>
      </w:r>
    </w:p>
    <w:p>
      <w:r>
        <w:rPr>
          <w:b w:val="0"/>
          <w:sz w:val="20"/>
        </w:rPr>
        <w:t>a) Either party may cancel this Agreement upon written notice to the other party.</w:t>
      </w:r>
    </w:p>
    <w:p>
      <w:r>
        <w:rPr>
          <w:b w:val="0"/>
          <w:sz w:val="20"/>
        </w:rPr>
        <w:t>b) If the Artist cancels, the deposit shall be refunded to the Presenter unless otherwise agreed.</w:t>
      </w:r>
    </w:p>
    <w:p>
      <w:r>
        <w:rPr>
          <w:b w:val="0"/>
          <w:sz w:val="20"/>
        </w:rPr>
        <w:t>c) If the Presenter cancels, the deposit shall be forfeited unless otherwise agreed.</w:t>
      </w:r>
    </w:p>
    <w:p>
      <w:r>
        <w:rPr>
          <w:b w:val="0"/>
          <w:sz w:val="20"/>
        </w:rPr>
        <w:t>d) Neither party shall be liable for failure to perform due to causes beyond their reasonable control, including but not limited to acts of God, government regulations, war, terrorism, disaster, strikes, or other emergencies.</w:t>
      </w:r>
    </w:p>
    <w:p/>
    <w:p>
      <w:r>
        <w:rPr>
          <w:b/>
          <w:sz w:val="20"/>
        </w:rPr>
        <w:t>6. Intellectual Property</w:t>
      </w:r>
    </w:p>
    <w:p>
      <w:r>
        <w:rPr>
          <w:b w:val="0"/>
          <w:sz w:val="20"/>
        </w:rPr>
        <w:t>a) The Artist retains all rights to their original works and performances.</w:t>
      </w:r>
    </w:p>
    <w:p>
      <w:r>
        <w:rPr>
          <w:b w:val="0"/>
          <w:sz w:val="20"/>
        </w:rPr>
        <w:t>b) The Presenter may not record, reproduce, or distribute the performance without prior written consent from the Artist.</w:t>
      </w:r>
    </w:p>
    <w:p>
      <w:r>
        <w:rPr>
          <w:b w:val="0"/>
          <w:sz w:val="20"/>
        </w:rPr>
        <w:t>c) Any authorized recordings or broadcasts shall be subject to separate agreements.</w:t>
      </w:r>
    </w:p>
    <w:p/>
    <w:p>
      <w:r>
        <w:rPr>
          <w:b/>
          <w:sz w:val="20"/>
        </w:rPr>
        <w:t>7. Indemnification</w:t>
      </w:r>
    </w:p>
    <w:p>
      <w:r>
        <w:rPr>
          <w:b w:val="0"/>
          <w:sz w:val="20"/>
        </w:rPr>
        <w:t>Each party agrees to indemnify and hold harmless the other party, its agents, employees, and affiliates from any claims, damages, losses, or expenses arising out of any breach of this Agreement or negligence related to the performance or event.</w:t>
      </w:r>
    </w:p>
    <w:p/>
    <w:p>
      <w:r>
        <w:rPr>
          <w:b/>
          <w:sz w:val="20"/>
        </w:rPr>
        <w:t>8. Insurance</w:t>
      </w:r>
    </w:p>
    <w:p>
      <w:r>
        <w:rPr>
          <w:b w:val="0"/>
          <w:sz w:val="20"/>
        </w:rPr>
        <w:t>The Presenter shall maintain appropriate liability insurance covering the event and provide proof of insurance upon request.</w:t>
      </w:r>
    </w:p>
    <w:p>
      <w:r>
        <w:rPr>
          <w:b w:val="0"/>
          <w:sz w:val="20"/>
        </w:rPr>
        <w:t>The Artist is responsible for maintaining any personal insurance as desired.</w:t>
      </w:r>
    </w:p>
    <w:p/>
    <w:p>
      <w:r>
        <w:rPr>
          <w:b/>
          <w:sz w:val="20"/>
        </w:rPr>
        <w:t>9. Governing Law and Dispute Resolution</w:t>
      </w:r>
    </w:p>
    <w:p>
      <w:r>
        <w:rPr>
          <w:b w:val="0"/>
          <w:sz w:val="20"/>
        </w:rPr>
        <w:t>This Agreement shall be governed by and construed in accordance with the laws of the State in which the Event takes place, without regard to conflict of law principles.</w:t>
      </w:r>
    </w:p>
    <w:p>
      <w:r>
        <w:rPr>
          <w:b w:val="0"/>
          <w:sz w:val="20"/>
        </w:rPr>
        <w:t>Any dispute arising under or in connection with this Agreement shall be resolved first through good faith negotiations between the parties.</w:t>
      </w:r>
    </w:p>
    <w:p>
      <w:r>
        <w:rPr>
          <w:b w:val="0"/>
          <w:sz w:val="20"/>
        </w:rPr>
        <w:t>If resolution cannot be reached, disputes shall be submitted to binding arbitration under the rules of the American Arbitration Association in the venue closest to the Event location.</w:t>
      </w:r>
    </w:p>
    <w:p/>
    <w:p>
      <w:r>
        <w:rPr>
          <w:b/>
          <w:sz w:val="20"/>
        </w:rPr>
        <w:t>10. Entire Agreement</w:t>
      </w:r>
    </w:p>
    <w:p>
      <w:r>
        <w:rPr>
          <w:b w:val="0"/>
          <w:sz w:val="20"/>
        </w:rPr>
        <w:t>This Agreement constitutes the entire understanding between the parties regarding its subject matter and supersedes all prior agreements, oral or written.</w:t>
      </w:r>
    </w:p>
    <w:p>
      <w:r>
        <w:rPr>
          <w:b w:val="0"/>
          <w:sz w:val="20"/>
        </w:rPr>
        <w:t>Any modifications must be made in writing and signed by both parties.</w:t>
      </w:r>
    </w:p>
    <w:p/>
    <w:p>
      <w:r>
        <w:rPr>
          <w:b/>
          <w:sz w:val="20"/>
        </w:rPr>
        <w:t>11. Severability</w:t>
      </w:r>
    </w:p>
    <w:p>
      <w:r>
        <w:rPr>
          <w:b w:val="0"/>
          <w:sz w:val="20"/>
        </w:rPr>
        <w:t>If any provision of this Agreement is found to be invalid or unenforceable, the remaining provisions shall remain in full force and effect.</w:t>
      </w:r>
    </w:p>
    <w:p/>
    <w:p>
      <w:r>
        <w:rPr>
          <w:b/>
          <w:sz w:val="20"/>
        </w:rPr>
        <w:t>IN WITNESS WHEREOF, the parties hereto have executed this Agreement as of the date set forth below.</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PRESENTER</w:t>
            </w:r>
          </w:p>
        </w:tc>
        <w:tc>
          <w:tcPr>
            <w:tcW w:type="dxa" w:w="4986"/>
            <w:tcBorders>
              <w:top w:val="nil"/>
              <w:left w:val="nil"/>
              <w:bottom w:val="nil"/>
              <w:right w:val="nil"/>
              <w:insideH w:val="nil"/>
              <w:insideV w:val="nil"/>
            </w:tcBorders>
          </w:tcPr>
          <w:p>
            <w:pPr>
              <w:jc w:val="center"/>
            </w:pPr>
            <w:r>
              <w:t>ARTIST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https://contract247-us.com/artist-performance-contract/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artist-performance-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