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AS IS CAR SALE CONTRACT</w:t>
      </w:r>
    </w:p>
    <w:p/>
    <w:p>
      <w:r>
        <w:rPr>
          <w:b/>
          <w:sz w:val="20"/>
        </w:rPr>
        <w:t>SELLER INFORMATION:</w:t>
      </w:r>
    </w:p>
    <w:p>
      <w:r>
        <w:rPr>
          <w:b w:val="0"/>
          <w:sz w:val="20"/>
        </w:rPr>
        <w:t>Full Name: ________________________________________________________________</w:t>
      </w:r>
    </w:p>
    <w:p>
      <w:r>
        <w:rPr>
          <w:b w:val="0"/>
          <w:sz w:val="20"/>
        </w:rPr>
        <w:t>Address: _________________________________________________________________</w:t>
      </w:r>
    </w:p>
    <w:p>
      <w:r>
        <w:rPr>
          <w:b w:val="0"/>
          <w:sz w:val="20"/>
        </w:rPr>
        <w:t>Phone Number: _____________________________________________________________</w:t>
      </w:r>
    </w:p>
    <w:p>
      <w:r>
        <w:rPr>
          <w:b w:val="0"/>
          <w:sz w:val="20"/>
        </w:rPr>
        <w:t>Email: ___________________________________________________________________</w:t>
      </w:r>
    </w:p>
    <w:p/>
    <w:p>
      <w:r>
        <w:rPr>
          <w:b/>
          <w:sz w:val="20"/>
        </w:rPr>
        <w:t>BUYER INFORMATION:</w:t>
      </w:r>
    </w:p>
    <w:p>
      <w:r>
        <w:rPr>
          <w:b w:val="0"/>
          <w:sz w:val="20"/>
        </w:rPr>
        <w:t>Full Name: ________________________________________________________________</w:t>
      </w:r>
    </w:p>
    <w:p>
      <w:r>
        <w:rPr>
          <w:b w:val="0"/>
          <w:sz w:val="20"/>
        </w:rPr>
        <w:t>Address: _________________________________________________________________</w:t>
      </w:r>
    </w:p>
    <w:p>
      <w:r>
        <w:rPr>
          <w:b w:val="0"/>
          <w:sz w:val="20"/>
        </w:rPr>
        <w:t>Phone Number: _____________________________________________________________</w:t>
      </w:r>
    </w:p>
    <w:p>
      <w:r>
        <w:rPr>
          <w:b w:val="0"/>
          <w:sz w:val="20"/>
        </w:rPr>
        <w:t>Email: ___________________________________________________________________</w:t>
      </w:r>
    </w:p>
    <w:p/>
    <w:p>
      <w:r>
        <w:rPr>
          <w:b/>
          <w:sz w:val="20"/>
        </w:rPr>
        <w:t>VEHICLE INFORMATION:</w:t>
      </w:r>
    </w:p>
    <w:p>
      <w:r>
        <w:rPr>
          <w:b w:val="0"/>
          <w:sz w:val="20"/>
        </w:rPr>
        <w:t>Make: _________________________________________________________________</w:t>
      </w:r>
    </w:p>
    <w:p>
      <w:r>
        <w:rPr>
          <w:b w:val="0"/>
          <w:sz w:val="20"/>
        </w:rPr>
        <w:t>Model: ________________________________________________________________</w:t>
      </w:r>
    </w:p>
    <w:p>
      <w:r>
        <w:rPr>
          <w:b w:val="0"/>
          <w:sz w:val="20"/>
        </w:rPr>
        <w:t>Year: _________________________________________________________________</w:t>
      </w:r>
    </w:p>
    <w:p>
      <w:r>
        <w:rPr>
          <w:b w:val="0"/>
          <w:sz w:val="20"/>
        </w:rPr>
        <w:t>Vehicle Identification Number (VIN): ____________________________________</w:t>
      </w:r>
    </w:p>
    <w:p>
      <w:r>
        <w:rPr>
          <w:b w:val="0"/>
          <w:sz w:val="20"/>
        </w:rPr>
        <w:t>License Plate Number: _________________________________________________</w:t>
      </w:r>
    </w:p>
    <w:p>
      <w:r>
        <w:rPr>
          <w:b w:val="0"/>
          <w:sz w:val="20"/>
        </w:rPr>
        <w:t>Odometer Reading (miles): ______________________________________________</w:t>
      </w:r>
    </w:p>
    <w:p/>
    <w:p>
      <w:r>
        <w:rPr>
          <w:b/>
          <w:sz w:val="20"/>
        </w:rPr>
        <w:t>SALE DETAILS:</w:t>
      </w:r>
    </w:p>
    <w:p>
      <w:r>
        <w:rPr>
          <w:b w:val="0"/>
          <w:sz w:val="20"/>
        </w:rPr>
        <w:t>Sale Price: $________________________</w:t>
      </w:r>
    </w:p>
    <w:p>
      <w:r>
        <w:rPr>
          <w:b w:val="0"/>
          <w:sz w:val="20"/>
        </w:rPr>
        <w:t>Payment Method: ___________________________________________________</w:t>
      </w:r>
    </w:p>
    <w:p>
      <w:r>
        <w:rPr>
          <w:b w:val="0"/>
          <w:sz w:val="20"/>
        </w:rPr>
        <w:t>The Buyer agrees to pay the full purchase price to the Seller as specified above.</w:t>
      </w:r>
    </w:p>
    <w:p/>
    <w:p>
      <w:r>
        <w:rPr>
          <w:b/>
          <w:sz w:val="20"/>
        </w:rPr>
        <w:t>1. 'AS IS' CONDITION AND NO WARRANTIES</w:t>
      </w:r>
    </w:p>
    <w:p>
      <w:r>
        <w:rPr>
          <w:b w:val="0"/>
          <w:sz w:val="20"/>
        </w:rPr>
        <w:t>The Buyer acknowledges that the Vehicle is sold "AS IS," with all faults and defects, whether known or unknown, and the Seller expressly disclaims any and all warranties, including but not limited to the implied warranties of merchantability and fitness for a particular purpose. The Buyer accepts the Vehicle in its current condition without any guarantees or promises from the Seller.</w:t>
      </w:r>
    </w:p>
    <w:p/>
    <w:p>
      <w:r>
        <w:rPr>
          <w:b/>
          <w:sz w:val="20"/>
        </w:rPr>
        <w:t>2. INSPECTION AND ACCEPTANCE</w:t>
      </w:r>
    </w:p>
    <w:p>
      <w:r>
        <w:rPr>
          <w:b w:val="0"/>
          <w:sz w:val="20"/>
        </w:rPr>
        <w:t>The Buyer has had the opportunity to inspect the Vehicle, and either has conducted such inspection or voluntarily waived the right to do so. The Buyer accepts the Vehicle after such inspection and acknowledges satisfaction with the Vehicle's condition.</w:t>
      </w:r>
    </w:p>
    <w:p/>
    <w:p>
      <w:r>
        <w:rPr>
          <w:b/>
          <w:sz w:val="20"/>
        </w:rPr>
        <w:t>3. TITLE AND OWNERSHIP</w:t>
      </w:r>
    </w:p>
    <w:p>
      <w:r>
        <w:rPr>
          <w:b w:val="0"/>
          <w:sz w:val="20"/>
        </w:rPr>
        <w:t>The Seller represents and warrants that the Seller is the lawful owner of the Vehicle and that the Vehicle is free of all liens, encumbrances, and claims. Upon full payment, the Seller agrees to transfer ownership and deliver the Vehicle title and any other necessary documents to the Buyer in accordance with applicable law.</w:t>
      </w:r>
    </w:p>
    <w:p/>
    <w:p>
      <w:r>
        <w:rPr>
          <w:b/>
          <w:sz w:val="20"/>
        </w:rPr>
        <w:t>4. NO LIENS OR ENCUMBRANCES</w:t>
      </w:r>
    </w:p>
    <w:p>
      <w:r>
        <w:rPr>
          <w:b w:val="0"/>
          <w:sz w:val="20"/>
        </w:rPr>
        <w:t>The Seller certifies that to the best of Seller’s knowledge, the Vehicle is not subject to any outstanding loans, liens, or encumbrances.</w:t>
      </w:r>
    </w:p>
    <w:p/>
    <w:p>
      <w:r>
        <w:rPr>
          <w:b/>
          <w:sz w:val="20"/>
        </w:rPr>
        <w:t>5. RISK OF LOSS</w:t>
      </w:r>
    </w:p>
    <w:p>
      <w:r>
        <w:rPr>
          <w:b w:val="0"/>
          <w:sz w:val="20"/>
        </w:rPr>
        <w:t>Risk of loss or damage to the Vehicle shall pass to the Buyer upon delivery of the Vehicle.</w:t>
      </w:r>
    </w:p>
    <w:p/>
    <w:p>
      <w:r>
        <w:rPr>
          <w:b/>
          <w:sz w:val="20"/>
        </w:rPr>
        <w:t>6. INDEMNIFICATION</w:t>
      </w:r>
    </w:p>
    <w:p>
      <w:r>
        <w:rPr>
          <w:b w:val="0"/>
          <w:sz w:val="20"/>
        </w:rPr>
        <w:t>The Buyer agrees to indemnify and hold harmless the Seller from any claims, liabilities, damages, or expenses arising from the Buyer’s use, operation, or ownership of the Vehicle after the date of sale.</w:t>
      </w:r>
    </w:p>
    <w:p/>
    <w:p>
      <w:r>
        <w:rPr>
          <w:b/>
          <w:sz w:val="20"/>
        </w:rPr>
        <w:t>7. GOVERNING LAW</w:t>
      </w:r>
    </w:p>
    <w:p>
      <w:r>
        <w:rPr>
          <w:b w:val="0"/>
          <w:sz w:val="20"/>
        </w:rPr>
        <w:t>This Contract shall be governed by and construed in accordance with the laws of the State of ____________________, without regard to its conflict of laws principles.</w:t>
      </w:r>
    </w:p>
    <w:p/>
    <w:p>
      <w:r>
        <w:rPr>
          <w:b/>
          <w:sz w:val="20"/>
        </w:rPr>
        <w:t>8. ENTIRE AGREEMENT</w:t>
      </w:r>
    </w:p>
    <w:p>
      <w:r>
        <w:rPr>
          <w:b w:val="0"/>
          <w:sz w:val="20"/>
        </w:rPr>
        <w:t>This Contract constitutes the entire agreement between the parties and supersedes all prior negotiations, understandings, and agreements relating to the Vehicle’s sale.</w:t>
      </w:r>
    </w:p>
    <w:p/>
    <w:p>
      <w:r>
        <w:rPr>
          <w:b/>
          <w:sz w:val="20"/>
        </w:rPr>
        <w:t>9. AMENDMENTS</w:t>
      </w:r>
    </w:p>
    <w:p>
      <w:r>
        <w:rPr>
          <w:b w:val="0"/>
          <w:sz w:val="20"/>
        </w:rPr>
        <w:t>Any amendment or modification to this Contract must be in writing and signed by both parties.</w:t>
      </w:r>
    </w:p>
    <w:p/>
    <w:p>
      <w:r>
        <w:rPr>
          <w:b/>
          <w:sz w:val="20"/>
        </w:rPr>
        <w:t>10. SEVERABILITY</w:t>
      </w:r>
    </w:p>
    <w:p>
      <w:r>
        <w:rPr>
          <w:b w:val="0"/>
          <w:sz w:val="20"/>
        </w:rPr>
        <w:t>If any provision of this Contract is found to be invalid or unenforceable, the remaining provisions shall continue in full force and effect.</w:t>
      </w:r>
    </w:p>
    <w:p/>
    <w:p/>
    <w:p/>
    <w:p>
      <w:pPr>
        <w:jc w:val="center"/>
      </w:pPr>
      <w:r>
        <w:rPr>
          <w:b/>
          <w:sz w:val="20"/>
        </w:rPr>
        <w:t>SIGNATURES</w:t>
      </w:r>
    </w:p>
    <w:p/>
    <w:p>
      <w:pPr>
        <w:jc w:val="center"/>
      </w:pPr>
      <w:r>
        <w:rPr>
          <w:b w:val="0"/>
          <w:sz w:val="20"/>
        </w:rPr>
        <w:t>The parties below certify that they have read, understood, and agreed to all terms and conditions of this Contract and acknowledge receipt of a signed copy.</w:t>
      </w:r>
    </w:p>
    <w:p/>
    <w:p/>
    <w:p>
      <w:r>
        <w:rPr>
          <w:b w:val="0"/>
          <w:sz w:val="20"/>
        </w:rPr>
        <w:t>Place of signature: _______________________________________________________</w:t>
      </w:r>
    </w:p>
    <w:p>
      <w:r>
        <w:rPr>
          <w:b w:val="0"/>
          <w:sz w:val="20"/>
        </w:rPr>
        <w:t>Date of signature: 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SELLER</w:t>
            </w:r>
          </w:p>
        </w:tc>
        <w:tc>
          <w:tcPr>
            <w:tcW w:type="dxa" w:w="4986"/>
            <w:tcBorders>
              <w:top w:val="nil"/>
              <w:left w:val="nil"/>
              <w:bottom w:val="nil"/>
              <w:right w:val="nil"/>
              <w:insideH w:val="nil"/>
              <w:insideV w:val="nil"/>
            </w:tcBorders>
          </w:tcPr>
          <w:p>
            <w:pPr>
              <w:jc w:val="center"/>
            </w:pPr>
            <w:r>
              <w:t>BUYER</w:t>
            </w:r>
          </w:p>
        </w:tc>
      </w:tr>
      <w:tr>
        <w:tc>
          <w:tcPr>
            <w:tcW w:type="dxa" w:w="4986"/>
            <w:tcBorders>
              <w:top w:val="nil"/>
              <w:left w:val="nil"/>
              <w:bottom w:val="nil"/>
              <w:right w:val="nil"/>
              <w:insideH w:val="nil"/>
              <w:insideV w:val="nil"/>
            </w:tcBorders>
          </w:tcPr>
          <w:p>
            <w:pPr>
              <w:jc w:val="center"/>
            </w:pPr>
            <w:r>
              <w:br/>
              <w:br/>
              <w:t>Signature: ____________________________________</w:t>
            </w:r>
          </w:p>
        </w:tc>
        <w:tc>
          <w:tcPr>
            <w:tcW w:type="dxa" w:w="4986"/>
            <w:tcBorders>
              <w:top w:val="nil"/>
              <w:left w:val="nil"/>
              <w:bottom w:val="nil"/>
              <w:right w:val="nil"/>
              <w:insideH w:val="nil"/>
              <w:insideV w:val="nil"/>
            </w:tcBorders>
          </w:tcPr>
          <w:p>
            <w:pPr>
              <w:jc w:val="center"/>
            </w:pPr>
            <w:r>
              <w:br/>
              <w:br/>
              <w:t>Signature: ____________________________________</w:t>
            </w:r>
          </w:p>
        </w:tc>
      </w:tr>
      <w:tr>
        <w:tc>
          <w:tcPr>
            <w:tcW w:type="dxa" w:w="4986"/>
            <w:tcBorders>
              <w:top w:val="nil"/>
              <w:left w:val="nil"/>
              <w:bottom w:val="nil"/>
              <w:right w:val="nil"/>
              <w:insideH w:val="nil"/>
              <w:insideV w:val="nil"/>
            </w:tcBorders>
          </w:tcPr>
          <w:p>
            <w:pPr>
              <w:jc w:val="center"/>
            </w:pPr>
            <w:r>
              <w:t>Printed Name: __________________________________</w:t>
            </w:r>
          </w:p>
        </w:tc>
        <w:tc>
          <w:tcPr>
            <w:tcW w:type="dxa" w:w="4986"/>
            <w:tcBorders>
              <w:top w:val="nil"/>
              <w:left w:val="nil"/>
              <w:bottom w:val="nil"/>
              <w:right w:val="nil"/>
              <w:insideH w:val="nil"/>
              <w:insideV w:val="nil"/>
            </w:tcBorders>
          </w:tcPr>
          <w:p>
            <w:pPr>
              <w:jc w:val="center"/>
            </w:pPr>
            <w:r>
              <w:t>Printed Name: 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https://contract247-us.com/as-is-car-sale-contract/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as-is-car-sale-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