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ASSIGNMENT CONTRACT FOR REAL ESTATE</w:t>
      </w:r>
    </w:p>
    <w:p/>
    <w:p>
      <w:r>
        <w:rPr>
          <w:b/>
          <w:sz w:val="20"/>
        </w:rPr>
        <w:t>Parties:</w:t>
      </w:r>
    </w:p>
    <w:p>
      <w:r>
        <w:rPr>
          <w:b/>
          <w:sz w:val="20"/>
        </w:rPr>
        <w:t>Assignor (Current Owner):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Assignee (New Owner):</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________________________________________________________________</w:t>
      </w:r>
    </w:p>
    <w:p>
      <w:r>
        <w:rPr>
          <w:b w:val="0"/>
          <w:sz w:val="20"/>
        </w:rPr>
        <w:t>Email: ________________________________________________________________</w:t>
      </w:r>
    </w:p>
    <w:p/>
    <w:p>
      <w:r>
        <w:rPr>
          <w:b/>
          <w:sz w:val="20"/>
        </w:rPr>
        <w:t>Property Description:</w:t>
      </w:r>
    </w:p>
    <w:p>
      <w:r>
        <w:rPr>
          <w:b w:val="0"/>
          <w:sz w:val="20"/>
        </w:rPr>
        <w:t>Address/Location: ______________________________________________________</w:t>
      </w:r>
    </w:p>
    <w:p>
      <w:r>
        <w:rPr>
          <w:b w:val="0"/>
          <w:sz w:val="20"/>
        </w:rPr>
        <w:t>Legal Description (as per deed): _______________________________________</w:t>
      </w:r>
    </w:p>
    <w:p>
      <w:r>
        <w:rPr>
          <w:b w:val="0"/>
          <w:sz w:val="20"/>
        </w:rPr>
        <w:t>Parcel Number / Tax ID: ________________________________________________</w:t>
      </w:r>
    </w:p>
    <w:p>
      <w:r>
        <w:rPr>
          <w:b w:val="0"/>
          <w:sz w:val="20"/>
        </w:rPr>
        <w:t>Type of Property: ______________________________________________________</w:t>
      </w:r>
    </w:p>
    <w:p/>
    <w:p>
      <w:r>
        <w:rPr>
          <w:b/>
          <w:sz w:val="20"/>
        </w:rPr>
        <w:t>Assignment Terms:</w:t>
      </w:r>
    </w:p>
    <w:p>
      <w:r>
        <w:rPr>
          <w:b w:val="0"/>
          <w:sz w:val="20"/>
        </w:rPr>
        <w:t>1. Assignment of Rights and Interests</w:t>
      </w:r>
    </w:p>
    <w:p>
      <w:r>
        <w:rPr>
          <w:b w:val="0"/>
          <w:sz w:val="20"/>
        </w:rPr>
        <w:t>The Assignor hereby assigns, transfers, and conveys to the Assignee all of Assignor's rights, title, and interest in and to the Property described above, including any and all rights to purchase, lease, or otherwise acquire the Property under any existing contracts, options, or agreements.</w:t>
      </w:r>
    </w:p>
    <w:p/>
    <w:p>
      <w:r>
        <w:rPr>
          <w:b w:val="0"/>
          <w:sz w:val="20"/>
        </w:rPr>
        <w:t>2. Purchase Price and Payment</w:t>
      </w:r>
    </w:p>
    <w:p>
      <w:r>
        <w:rPr>
          <w:b w:val="0"/>
          <w:sz w:val="20"/>
        </w:rPr>
        <w:t>The Assignee agrees to pay the Assignor the total consideration of $________________ (the “Assignment Price”) for the rights and interests assigned under this Contract. Payment shall be made as follows:</w:t>
      </w:r>
    </w:p>
    <w:p>
      <w:r>
        <w:rPr>
          <w:b w:val="0"/>
          <w:sz w:val="20"/>
        </w:rPr>
        <w:t>- Deposit: $________________ upon execution of this Contract.</w:t>
      </w:r>
    </w:p>
    <w:p>
      <w:r>
        <w:rPr>
          <w:b w:val="0"/>
          <w:sz w:val="20"/>
        </w:rPr>
        <w:t>- Balance: $________________ due upon closing or other agreed terms.</w:t>
      </w:r>
    </w:p>
    <w:p/>
    <w:p>
      <w:r>
        <w:rPr>
          <w:b w:val="0"/>
          <w:sz w:val="20"/>
        </w:rPr>
        <w:t>3. Closing</w:t>
      </w:r>
    </w:p>
    <w:p>
      <w:r>
        <w:rPr>
          <w:b w:val="0"/>
          <w:sz w:val="20"/>
        </w:rPr>
        <w:t>The closing of the assignment transaction shall take place at a mutually agreed time and location. At Closing, the Assignor shall deliver to the Assignee all necessary documents to effectuate the transfer of rights and interests in the Property.</w:t>
      </w:r>
    </w:p>
    <w:p/>
    <w:p>
      <w:r>
        <w:rPr>
          <w:b w:val="0"/>
          <w:sz w:val="20"/>
        </w:rPr>
        <w:t>4. Representations and Warranties</w:t>
      </w:r>
    </w:p>
    <w:p>
      <w:r>
        <w:rPr>
          <w:b w:val="0"/>
          <w:sz w:val="20"/>
        </w:rPr>
        <w:t>Assignor represents and warrants to Assignee that:</w:t>
      </w:r>
    </w:p>
    <w:p>
      <w:r>
        <w:rPr>
          <w:b w:val="0"/>
          <w:sz w:val="20"/>
        </w:rPr>
        <w:t>- Assignor has full right, power, and authority to enter into and perform this Contract.</w:t>
      </w:r>
    </w:p>
    <w:p>
      <w:r>
        <w:rPr>
          <w:b w:val="0"/>
          <w:sz w:val="20"/>
        </w:rPr>
        <w:t>- The rights and interests assigned are free and clear of any liens, claims, or encumbrances, except as disclosed in writing prior to execution.</w:t>
      </w:r>
    </w:p>
    <w:p>
      <w:r>
        <w:rPr>
          <w:b w:val="0"/>
          <w:sz w:val="20"/>
        </w:rPr>
        <w:t>- No litigation, claim, or proceeding is currently pending or threatened that would adversely affect the Property or the rights assigned herein.</w:t>
      </w:r>
    </w:p>
    <w:p/>
    <w:p>
      <w:r>
        <w:rPr>
          <w:b w:val="0"/>
          <w:sz w:val="20"/>
        </w:rPr>
        <w:t>5. Covenants</w:t>
      </w:r>
    </w:p>
    <w:p>
      <w:r>
        <w:rPr>
          <w:b w:val="0"/>
          <w:sz w:val="20"/>
        </w:rPr>
        <w:t>Assignor covenants to:</w:t>
      </w:r>
    </w:p>
    <w:p>
      <w:r>
        <w:rPr>
          <w:b w:val="0"/>
          <w:sz w:val="20"/>
        </w:rPr>
        <w:t>- Cooperate with Assignee and provide all reasonable assistance to enable Assignee to consummate the purchase of the Property.</w:t>
      </w:r>
    </w:p>
    <w:p>
      <w:r>
        <w:rPr>
          <w:b w:val="0"/>
          <w:sz w:val="20"/>
        </w:rPr>
        <w:t>- Not assign, transfer, or encumber the rights and interests assigned herein to any third party without prior written consent of Assignee.</w:t>
      </w:r>
    </w:p>
    <w:p/>
    <w:p>
      <w:r>
        <w:rPr>
          <w:b w:val="0"/>
          <w:sz w:val="20"/>
        </w:rPr>
        <w:t>6. Conditions Precedent</w:t>
      </w:r>
    </w:p>
    <w:p>
      <w:r>
        <w:rPr>
          <w:b w:val="0"/>
          <w:sz w:val="20"/>
        </w:rPr>
        <w:t>This Contract is contingent upon Assignee's satisfactory completion of due diligence, including but not limited to inspection of title, zoning, environmental conditions, and physical condition of the Property, within ______________ days from execution. If Assignee elects not to proceed based on due diligence findings, this Contract shall terminate and any deposit refunded.</w:t>
      </w:r>
    </w:p>
    <w:p/>
    <w:p>
      <w:r>
        <w:rPr>
          <w:b w:val="0"/>
          <w:sz w:val="20"/>
        </w:rPr>
        <w:t>7. Default and Remedies</w:t>
      </w:r>
    </w:p>
    <w:p>
      <w:r>
        <w:rPr>
          <w:b w:val="0"/>
          <w:sz w:val="20"/>
        </w:rPr>
        <w:t>In the event of default by either party, the non-defaulting party may pursue all remedies available at law or in equity, including specific performance or damages. Deposits shall be handled consistent with the terms set forth herein and applicable law.</w:t>
      </w:r>
    </w:p>
    <w:p/>
    <w:p>
      <w:r>
        <w:rPr>
          <w:b w:val="0"/>
          <w:sz w:val="20"/>
        </w:rPr>
        <w:t>8. Notices</w:t>
      </w:r>
    </w:p>
    <w:p>
      <w:r>
        <w:rPr>
          <w:b w:val="0"/>
          <w:sz w:val="20"/>
        </w:rPr>
        <w:t>All notices required or permitted under this Contract shall be in writing and delivered personally, by certified mail, or by recognized overnight courier to the addresses provided above, or to such other address as a party may specify in writing.</w:t>
      </w:r>
    </w:p>
    <w:p/>
    <w:p>
      <w:r>
        <w:rPr>
          <w:b w:val="0"/>
          <w:sz w:val="20"/>
        </w:rPr>
        <w:t>9. Entire Agreement</w:t>
      </w:r>
    </w:p>
    <w:p>
      <w:r>
        <w:rPr>
          <w:b w:val="0"/>
          <w:sz w:val="20"/>
        </w:rPr>
        <w:t>This Contract constitutes the entire agreement between the parties with respect to the subject matter hereof and supersedes all prior discussions, negotiations, and agreements, whether oral or written.</w:t>
      </w:r>
    </w:p>
    <w:p/>
    <w:p>
      <w:r>
        <w:rPr>
          <w:b w:val="0"/>
          <w:sz w:val="20"/>
        </w:rPr>
        <w:t>10. Governing Law and Venue</w:t>
      </w:r>
    </w:p>
    <w:p>
      <w:r>
        <w:rPr>
          <w:b w:val="0"/>
          <w:sz w:val="20"/>
        </w:rPr>
        <w:t>This Contract shall be governed by and construed in accordance with the laws of the State of ____________________. Any legal action or proceeding arising out of or relating to this Contract shall be brought exclusively in the courts of ____________________, and the parties hereby consent to jurisdiction and venue therein.</w:t>
      </w:r>
    </w:p>
    <w:p/>
    <w:p>
      <w:r>
        <w:rPr>
          <w:b w:val="0"/>
          <w:sz w:val="20"/>
        </w:rPr>
        <w:t>11. Severability</w:t>
      </w:r>
    </w:p>
    <w:p>
      <w:r>
        <w:rPr>
          <w:b w:val="0"/>
          <w:sz w:val="20"/>
        </w:rPr>
        <w:t>If any provision of this Contract is held to be invalid, illegal, or unenforceable, the remaining provisions shall remain in full force and effect.</w:t>
      </w:r>
    </w:p>
    <w:p/>
    <w:p>
      <w:r>
        <w:rPr>
          <w:b w:val="0"/>
          <w:sz w:val="20"/>
        </w:rPr>
        <w:t>12. Amendment</w:t>
      </w:r>
    </w:p>
    <w:p>
      <w:r>
        <w:rPr>
          <w:b w:val="0"/>
          <w:sz w:val="20"/>
        </w:rPr>
        <w:t>This Contract may only be amended or modified by a written agreement executed by both parties.</w:t>
      </w:r>
    </w:p>
    <w:p/>
    <w:p>
      <w:r>
        <w:rPr>
          <w:b w:val="0"/>
          <w:sz w:val="20"/>
        </w:rPr>
        <w:t>13. Counterparts</w:t>
      </w:r>
    </w:p>
    <w:p>
      <w:r>
        <w:rPr>
          <w:b w:val="0"/>
          <w:sz w:val="20"/>
        </w:rPr>
        <w:t>This Contract may be executed in counterparts, each of which shall be deemed an original and all of which together shall constitute one and the same instrument.</w:t>
      </w:r>
    </w:p>
    <w:p/>
    <w:p/>
    <w:p>
      <w:r>
        <w:rPr>
          <w:b w:val="0"/>
          <w:sz w:val="20"/>
        </w:rPr>
        <w:t>Place of Execution: ______________________________________________</w:t>
      </w:r>
    </w:p>
    <w:p>
      <w:r>
        <w:rPr>
          <w:b w:val="0"/>
          <w:sz w:val="20"/>
        </w:rPr>
        <w:t>Effective Date: 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ASSIGNOR (Current Owner)</w:t>
            </w:r>
          </w:p>
        </w:tc>
        <w:tc>
          <w:tcPr>
            <w:tcW w:type="dxa" w:w="4986"/>
            <w:tcBorders>
              <w:top w:val="nil"/>
              <w:left w:val="nil"/>
              <w:bottom w:val="nil"/>
              <w:right w:val="nil"/>
              <w:insideH w:val="nil"/>
              <w:insideV w:val="nil"/>
            </w:tcBorders>
          </w:tcPr>
          <w:p>
            <w:pPr>
              <w:jc w:val="center"/>
            </w:pPr>
            <w:r>
              <w:t>ASSIGNEE (New Owner)</w:t>
            </w:r>
          </w:p>
        </w:tc>
      </w:tr>
      <w:tr>
        <w:tc>
          <w:tcPr>
            <w:tcW w:type="dxa" w:w="4986"/>
            <w:tcBorders>
              <w:top w:val="nil"/>
              <w:left w:val="nil"/>
              <w:bottom w:val="nil"/>
              <w:right w:val="nil"/>
              <w:insideH w:val="nil"/>
              <w:insideV w:val="nil"/>
            </w:tcBorders>
          </w:tcPr>
          <w:p>
            <w:pPr>
              <w:jc w:val="center"/>
            </w:pPr>
            <w:r>
              <w:br/>
              <w:br/>
              <w:t>Signature: ________________________________</w:t>
            </w:r>
          </w:p>
        </w:tc>
        <w:tc>
          <w:tcPr>
            <w:tcW w:type="dxa" w:w="4986"/>
            <w:tcBorders>
              <w:top w:val="nil"/>
              <w:left w:val="nil"/>
              <w:bottom w:val="nil"/>
              <w:right w:val="nil"/>
              <w:insideH w:val="nil"/>
              <w:insideV w:val="nil"/>
            </w:tcBorders>
          </w:tcPr>
          <w:p>
            <w:pPr>
              <w:jc w:val="center"/>
            </w:pPr>
            <w:r>
              <w:br/>
              <w:br/>
              <w:t>Signature: ________________________________</w:t>
            </w:r>
          </w:p>
        </w:tc>
      </w:tr>
      <w:tr>
        <w:tc>
          <w:tcPr>
            <w:tcW w:type="dxa" w:w="4986"/>
            <w:tcBorders>
              <w:top w:val="nil"/>
              <w:left w:val="nil"/>
              <w:bottom w:val="nil"/>
              <w:right w:val="nil"/>
              <w:insideH w:val="nil"/>
              <w:insideV w:val="nil"/>
            </w:tcBorders>
          </w:tcPr>
          <w:p>
            <w:pPr>
              <w:jc w:val="center"/>
            </w:pPr>
            <w:r>
              <w:t>Name: ______________________________________</w:t>
            </w:r>
          </w:p>
        </w:tc>
        <w:tc>
          <w:tcPr>
            <w:tcW w:type="dxa" w:w="4986"/>
            <w:tcBorders>
              <w:top w:val="nil"/>
              <w:left w:val="nil"/>
              <w:bottom w:val="nil"/>
              <w:right w:val="nil"/>
              <w:insideH w:val="nil"/>
              <w:insideV w:val="nil"/>
            </w:tcBorders>
          </w:tcPr>
          <w:p>
            <w:pPr>
              <w:jc w:val="center"/>
            </w:pPr>
            <w:r>
              <w:t>Name: ______________________________________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https://contract247-us.com/assignment-contract-real-estate/</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assignment-contract-real-estate/"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