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AUTO REPAIR SERVICE CONTRACT</w:t>
      </w:r>
    </w:p>
    <w:p/>
    <w:p>
      <w:r>
        <w:rPr>
          <w:b/>
          <w:sz w:val="20"/>
        </w:rPr>
        <w:t>Service Provider Information:</w:t>
      </w:r>
    </w:p>
    <w:p>
      <w:r>
        <w:rPr>
          <w:b w:val="0"/>
          <w:sz w:val="20"/>
        </w:rPr>
        <w:t>Business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Customer Information: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Vehicle Information:</w:t>
      </w:r>
    </w:p>
    <w:p>
      <w:r>
        <w:rPr>
          <w:b w:val="0"/>
          <w:sz w:val="20"/>
        </w:rPr>
        <w:t>Make: ________________________________________________________________</w:t>
      </w:r>
    </w:p>
    <w:p>
      <w:r>
        <w:rPr>
          <w:b w:val="0"/>
          <w:sz w:val="20"/>
        </w:rPr>
        <w:t>Model: _______________________________________________________________</w:t>
      </w:r>
    </w:p>
    <w:p>
      <w:r>
        <w:rPr>
          <w:b w:val="0"/>
          <w:sz w:val="20"/>
        </w:rPr>
        <w:t>Year: ________________________________________________________________</w:t>
      </w:r>
    </w:p>
    <w:p>
      <w:r>
        <w:rPr>
          <w:b w:val="0"/>
          <w:sz w:val="20"/>
        </w:rPr>
        <w:t>VIN (Vehicle Identification Number): ___________________________________</w:t>
      </w:r>
    </w:p>
    <w:p>
      <w:r>
        <w:rPr>
          <w:b w:val="0"/>
          <w:sz w:val="20"/>
        </w:rPr>
        <w:t>License Plate Number: _________________________________________________</w:t>
      </w:r>
    </w:p>
    <w:p/>
    <w:p>
      <w:r>
        <w:rPr>
          <w:b/>
          <w:sz w:val="20"/>
        </w:rPr>
        <w:t>Services to be Provided:</w:t>
      </w:r>
    </w:p>
    <w:p>
      <w:r>
        <w:rPr>
          <w:b w:val="0"/>
          <w:sz w:val="20"/>
        </w:rPr>
        <w:t>The Service Provider agrees to perform the following services on the Customer's vehicle as described above: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Parts and Materials:</w:t>
      </w:r>
    </w:p>
    <w:p>
      <w:r>
        <w:rPr>
          <w:b w:val="0"/>
          <w:sz w:val="20"/>
        </w:rPr>
        <w:t>Any parts or materials to be used in the repair or service shall be new unless otherwise agreed in writing.</w:t>
      </w:r>
    </w:p>
    <w:p>
      <w:r>
        <w:rPr>
          <w:b w:val="0"/>
          <w:sz w:val="20"/>
        </w:rPr>
        <w:t>The Service Provider will inform the Customer of any needed parts and obtain approval prior to purchase.</w:t>
      </w:r>
    </w:p>
    <w:p/>
    <w:p>
      <w:r>
        <w:rPr>
          <w:b/>
          <w:sz w:val="20"/>
        </w:rPr>
        <w:t>Costs and Payment Terms:</w:t>
      </w:r>
    </w:p>
    <w:p>
      <w:r>
        <w:rPr>
          <w:b w:val="0"/>
          <w:sz w:val="20"/>
        </w:rPr>
        <w:t>Estimated Labor Cost: $_________________________</w:t>
      </w:r>
    </w:p>
    <w:p>
      <w:r>
        <w:rPr>
          <w:b w:val="0"/>
          <w:sz w:val="20"/>
        </w:rPr>
        <w:t>Estimated Parts Cost: $_________________________</w:t>
      </w:r>
    </w:p>
    <w:p>
      <w:r>
        <w:rPr>
          <w:b w:val="0"/>
          <w:sz w:val="20"/>
        </w:rPr>
        <w:t>Payment shall be due upon completion of services unless otherwise agreed in writing.</w:t>
      </w:r>
    </w:p>
    <w:p>
      <w:r>
        <w:rPr>
          <w:b w:val="0"/>
          <w:sz w:val="20"/>
        </w:rPr>
        <w:t>Accepted payment methods: ________________________________________________</w:t>
      </w:r>
    </w:p>
    <w:p/>
    <w:p>
      <w:r>
        <w:rPr>
          <w:b/>
          <w:sz w:val="20"/>
        </w:rPr>
        <w:t>Completion and Delivery:</w:t>
      </w:r>
    </w:p>
    <w:p>
      <w:r>
        <w:rPr>
          <w:b w:val="0"/>
          <w:sz w:val="20"/>
        </w:rPr>
        <w:t>The Service Provider agrees to complete the services within a reasonable time, subject to parts availability and unforeseen circumstances.</w:t>
      </w:r>
    </w:p>
    <w:p>
      <w:r>
        <w:rPr>
          <w:b w:val="0"/>
          <w:sz w:val="20"/>
        </w:rPr>
        <w:t>The Customer agrees to pick up the vehicle promptly upon notification of completion.</w:t>
      </w:r>
    </w:p>
    <w:p/>
    <w:p>
      <w:r>
        <w:rPr>
          <w:b/>
          <w:sz w:val="20"/>
        </w:rPr>
        <w:t>Warranty:</w:t>
      </w:r>
    </w:p>
    <w:p>
      <w:r>
        <w:rPr>
          <w:b w:val="0"/>
          <w:sz w:val="20"/>
        </w:rPr>
        <w:t>The Service Provider warrants that the labor performed shall be free from defects for a period of _______________ days from completion.</w:t>
      </w:r>
    </w:p>
    <w:p>
      <w:r>
        <w:rPr>
          <w:b w:val="0"/>
          <w:sz w:val="20"/>
        </w:rPr>
        <w:t>Warranty on parts is subject to the manufacturer's warranty and is not extended by the Service Provider.</w:t>
      </w:r>
    </w:p>
    <w:p>
      <w:r>
        <w:rPr>
          <w:b w:val="0"/>
          <w:sz w:val="20"/>
        </w:rPr>
        <w:t>This warranty does not cover damage caused by misuse, accidents, or unauthorized repairs.</w:t>
      </w:r>
    </w:p>
    <w:p/>
    <w:p>
      <w:r>
        <w:rPr>
          <w:b/>
          <w:sz w:val="20"/>
        </w:rPr>
        <w:t>Liability and Indemnification:</w:t>
      </w:r>
    </w:p>
    <w:p>
      <w:r>
        <w:rPr>
          <w:b w:val="0"/>
          <w:sz w:val="20"/>
        </w:rPr>
        <w:t>The Service Provider shall not be liable for loss or damage to the vehicle or its contents except to the extent caused by the Service Provider's negligence or willful misconduct.</w:t>
      </w:r>
    </w:p>
    <w:p>
      <w:r>
        <w:rPr>
          <w:b w:val="0"/>
          <w:sz w:val="20"/>
        </w:rPr>
        <w:t>The Customer agrees to indemnify and hold harmless the Service Provider from any claims arising from the use of the vehicle after repair or service.</w:t>
      </w:r>
    </w:p>
    <w:p/>
    <w:p>
      <w:r>
        <w:rPr>
          <w:b/>
          <w:sz w:val="20"/>
        </w:rPr>
        <w:t>Authorization:</w:t>
      </w:r>
    </w:p>
    <w:p>
      <w:r>
        <w:rPr>
          <w:b w:val="0"/>
          <w:sz w:val="20"/>
        </w:rPr>
        <w:t>By signing this contract, the Customer authorizes the Service Provider to perform the services described herein and to operate the vehicle for testing and inspection purposes.</w:t>
      </w:r>
    </w:p>
    <w:p/>
    <w:p>
      <w:r>
        <w:rPr>
          <w:b/>
          <w:sz w:val="20"/>
        </w:rPr>
        <w:t>Storage and Disposal:</w:t>
      </w:r>
    </w:p>
    <w:p>
      <w:r>
        <w:rPr>
          <w:b w:val="0"/>
          <w:sz w:val="20"/>
        </w:rPr>
        <w:t>If the vehicle is not picked up within _______________ days after notification of completion, the Service Provider may charge storage fees of $________ per day.</w:t>
      </w:r>
    </w:p>
    <w:p>
      <w:r>
        <w:rPr>
          <w:b w:val="0"/>
          <w:sz w:val="20"/>
        </w:rPr>
        <w:t>The Service Provider reserves the right to dispose of the vehicle or parts if storage fees are unpaid for _______________ days after written notice.</w:t>
      </w:r>
    </w:p>
    <w:p/>
    <w:p>
      <w:r>
        <w:rPr>
          <w:b/>
          <w:sz w:val="20"/>
        </w:rPr>
        <w:t>Governing Law:</w:t>
      </w:r>
    </w:p>
    <w:p>
      <w:r>
        <w:rPr>
          <w:b w:val="0"/>
          <w:sz w:val="20"/>
        </w:rPr>
        <w:t>This contract shall be governed by and construed in accordance with the laws of the State of __________________, United States of America.</w:t>
      </w:r>
    </w:p>
    <w:p/>
    <w:p>
      <w:r>
        <w:rPr>
          <w:b/>
          <w:sz w:val="20"/>
        </w:rPr>
        <w:t>Entire Agreement:</w:t>
      </w:r>
    </w:p>
    <w:p>
      <w:r>
        <w:rPr>
          <w:b w:val="0"/>
          <w:sz w:val="20"/>
        </w:rPr>
        <w:t>This contract constitutes the entire agreement between the parties and supersedes all prior negotiations, agreements, or understandings, written or oral.</w:t>
      </w:r>
    </w:p>
    <w:p/>
    <w:p>
      <w:r>
        <w:rPr>
          <w:b/>
          <w:sz w:val="20"/>
        </w:rPr>
        <w:t>Amendments:</w:t>
      </w:r>
    </w:p>
    <w:p>
      <w:r>
        <w:rPr>
          <w:b w:val="0"/>
          <w:sz w:val="20"/>
        </w:rPr>
        <w:t>Any amendments or modifications to this contract must be in writing and signed by both parties.</w:t>
      </w:r>
    </w:p>
    <w:p/>
    <w:p/>
    <w:p>
      <w:r>
        <w:rPr>
          <w:b w:val="0"/>
          <w:sz w:val="20"/>
        </w:rPr>
        <w:t>Place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SERVICE PROVIDER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CUSTOMER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https://contract247-us.com/auto-repair-contract/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247-us.com/auto-repair-contract/" TargetMode="External"/><Relationship Id="rId10" Type="http://schemas.openxmlformats.org/officeDocument/2006/relationships/hyperlink" Target="https://contract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