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BOUDOIR PHOTOGRAPHY SERVICES AGREEMENT</w:t>
      </w:r>
    </w:p>
    <w:p/>
    <w:p>
      <w:r>
        <w:rPr>
          <w:b w:val="0"/>
          <w:sz w:val="20"/>
        </w:rPr>
        <w:t>This Boudoir Photography Services Agreement (hereinafter the “Agreement”) is made by and between:</w:t>
      </w:r>
    </w:p>
    <w:p/>
    <w:p>
      <w:r>
        <w:rPr>
          <w:b/>
          <w:sz w:val="20"/>
        </w:rPr>
        <w:t>Photographer Information:</w:t>
      </w:r>
    </w:p>
    <w:p>
      <w:r>
        <w:rPr>
          <w:b w:val="0"/>
          <w:sz w:val="20"/>
        </w:rPr>
        <w:t>Full Name: ____________________________________________________________</w:t>
      </w:r>
    </w:p>
    <w:p>
      <w:r>
        <w:rPr>
          <w:b w:val="0"/>
          <w:sz w:val="20"/>
        </w:rPr>
        <w:t>Business Name (if applicable): 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_________________________________________________________________</w:t>
      </w:r>
    </w:p>
    <w:p/>
    <w:p>
      <w:r>
        <w:rPr>
          <w:b/>
          <w:sz w:val="20"/>
        </w:rPr>
        <w:t>Client Information:</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_________________________________________________________________</w:t>
      </w:r>
    </w:p>
    <w:p/>
    <w:p>
      <w:r>
        <w:rPr>
          <w:b/>
          <w:sz w:val="20"/>
        </w:rPr>
        <w:t>1. Scope of Services</w:t>
      </w:r>
    </w:p>
    <w:p>
      <w:r>
        <w:rPr>
          <w:b w:val="0"/>
          <w:sz w:val="20"/>
        </w:rPr>
        <w:t>The Photographer agrees to provide boudoir photography services to the Client as described herein. The Services include a photography session, image editing, and delivery of final photographs as agreed.</w:t>
      </w:r>
    </w:p>
    <w:p/>
    <w:p>
      <w:r>
        <w:rPr>
          <w:b/>
          <w:sz w:val="20"/>
        </w:rPr>
        <w:t>2. Session Details</w:t>
      </w:r>
    </w:p>
    <w:p>
      <w:r>
        <w:rPr>
          <w:b w:val="0"/>
          <w:sz w:val="20"/>
        </w:rPr>
        <w:t>a) Date, time, and location of the photography session shall be mutually agreed upon by the parties.</w:t>
      </w:r>
    </w:p>
    <w:p>
      <w:r>
        <w:rPr>
          <w:b w:val="0"/>
          <w:sz w:val="20"/>
        </w:rPr>
        <w:t>b) The Client agrees to be punctual and prepared for the session.</w:t>
      </w:r>
    </w:p>
    <w:p>
      <w:r>
        <w:rPr>
          <w:b w:val="0"/>
          <w:sz w:val="20"/>
        </w:rPr>
        <w:t>c) The session duration shall be approximately ______________ minutes/hours.</w:t>
      </w:r>
    </w:p>
    <w:p/>
    <w:p>
      <w:r>
        <w:rPr>
          <w:b/>
          <w:sz w:val="20"/>
        </w:rPr>
        <w:t>3. Payment Terms</w:t>
      </w:r>
    </w:p>
    <w:p>
      <w:r>
        <w:rPr>
          <w:b w:val="0"/>
          <w:sz w:val="20"/>
        </w:rPr>
        <w:t>a) The total fee for the Services is $________________, payable as follows:</w:t>
      </w:r>
    </w:p>
    <w:p>
      <w:r>
        <w:rPr>
          <w:b w:val="0"/>
          <w:sz w:val="20"/>
        </w:rPr>
        <w:t xml:space="preserve">   i) A non-refundable retainer/deposit of $______________ is due upon signing this Agreement to reserve the session date.</w:t>
      </w:r>
    </w:p>
    <w:p>
      <w:r>
        <w:rPr>
          <w:b w:val="0"/>
          <w:sz w:val="20"/>
        </w:rPr>
        <w:t xml:space="preserve">   ii) The remaining balance of $______________ is due on or before the day of the session.</w:t>
      </w:r>
    </w:p>
    <w:p>
      <w:r>
        <w:rPr>
          <w:b w:val="0"/>
          <w:sz w:val="20"/>
        </w:rPr>
        <w:t>b) Payments may be made via cash, check, credit card, or other mutually agreed methods.</w:t>
      </w:r>
    </w:p>
    <w:p/>
    <w:p>
      <w:r>
        <w:rPr>
          <w:b/>
          <w:sz w:val="20"/>
        </w:rPr>
        <w:t>4. Cancellation and Rescheduling</w:t>
      </w:r>
    </w:p>
    <w:p>
      <w:r>
        <w:rPr>
          <w:b w:val="0"/>
          <w:sz w:val="20"/>
        </w:rPr>
        <w:t>a) Client may reschedule the session by providing at least 48 hours’ notice. The deposit shall be applied to the rescheduled session.</w:t>
      </w:r>
    </w:p>
    <w:p>
      <w:r>
        <w:rPr>
          <w:b w:val="0"/>
          <w:sz w:val="20"/>
        </w:rPr>
        <w:t>b) Cancellation less than 48 hours prior to the session shall result in forfeiture of the deposit.</w:t>
      </w:r>
    </w:p>
    <w:p>
      <w:r>
        <w:rPr>
          <w:b w:val="0"/>
          <w:sz w:val="20"/>
        </w:rPr>
        <w:t>c) Photographer reserves the right to reschedule or cancel the session due to unforeseen circumstances, in which case all fees paid will be refunded or rescheduled.</w:t>
      </w:r>
    </w:p>
    <w:p/>
    <w:p>
      <w:r>
        <w:rPr>
          <w:b/>
          <w:sz w:val="20"/>
        </w:rPr>
        <w:t>5. Photography Deliverables and Usage</w:t>
      </w:r>
    </w:p>
    <w:p>
      <w:r>
        <w:rPr>
          <w:b w:val="0"/>
          <w:sz w:val="20"/>
        </w:rPr>
        <w:t>a) Photographer will deliver approximately ______________ edited high-resolution digital images within _______ weeks following the session.</w:t>
      </w:r>
    </w:p>
    <w:p>
      <w:r>
        <w:rPr>
          <w:b w:val="0"/>
          <w:sz w:val="20"/>
        </w:rPr>
        <w:t>b) Client shall receive the images via secure download, USB drive, or other agreed delivery method.</w:t>
      </w:r>
    </w:p>
    <w:p>
      <w:r>
        <w:rPr>
          <w:b w:val="0"/>
          <w:sz w:val="20"/>
        </w:rPr>
        <w:t>c) Photographer retains all copyrights to the images. Client is granted a non-exclusive, personal use license for the images.</w:t>
      </w:r>
    </w:p>
    <w:p>
      <w:r>
        <w:rPr>
          <w:b w:val="0"/>
          <w:sz w:val="20"/>
        </w:rPr>
        <w:t>d) Client agrees not to sell, transfer, or distribute the images for commercial purposes without Photographer’s written consent.</w:t>
      </w:r>
    </w:p>
    <w:p/>
    <w:p>
      <w:r>
        <w:rPr>
          <w:b/>
          <w:sz w:val="20"/>
        </w:rPr>
        <w:t>6. Model Release and Privacy</w:t>
      </w:r>
    </w:p>
    <w:p>
      <w:r>
        <w:rPr>
          <w:b w:val="0"/>
          <w:sz w:val="20"/>
        </w:rPr>
        <w:t>a) Client grants Photographer the right to use photographs for promotional, advertising, portfolio, and publication purposes unless expressly denied in writing.</w:t>
      </w:r>
    </w:p>
    <w:p>
      <w:r>
        <w:rPr>
          <w:b w:val="0"/>
          <w:sz w:val="20"/>
        </w:rPr>
        <w:t>b) Photographer agrees to keep Client’s personal information confidential and shall not disclose it except as required by law or with Client’s consent.</w:t>
      </w:r>
    </w:p>
    <w:p/>
    <w:p>
      <w:r>
        <w:rPr>
          <w:b/>
          <w:sz w:val="20"/>
        </w:rPr>
        <w:t>7. Client Conduct and Expectations</w:t>
      </w:r>
    </w:p>
    <w:p>
      <w:r>
        <w:rPr>
          <w:b w:val="0"/>
          <w:sz w:val="20"/>
        </w:rPr>
        <w:t>a) Client agrees to conduct themselves respectfully during the session.</w:t>
      </w:r>
    </w:p>
    <w:p>
      <w:r>
        <w:rPr>
          <w:b w:val="0"/>
          <w:sz w:val="20"/>
        </w:rPr>
        <w:t>b) Photographer reserves the right to terminate the session without refund if Client engages in inappropriate behavior or violates any laws.</w:t>
      </w:r>
    </w:p>
    <w:p/>
    <w:p>
      <w:r>
        <w:rPr>
          <w:b/>
          <w:sz w:val="20"/>
        </w:rPr>
        <w:t>8. Limitation of Liability</w:t>
      </w:r>
    </w:p>
    <w:p>
      <w:r>
        <w:rPr>
          <w:b w:val="0"/>
          <w:sz w:val="20"/>
        </w:rPr>
        <w:t>a) Photographer will take reasonable care to produce high-quality images but is not liable for circumstances beyond their control (e.g., Client illness, weather conditions, equipment failure).</w:t>
      </w:r>
    </w:p>
    <w:p>
      <w:r>
        <w:rPr>
          <w:b w:val="0"/>
          <w:sz w:val="20"/>
        </w:rPr>
        <w:t>b) In the unlikely event that images are lost or damaged due to Photographer’s negligence, liability shall be limited to a refund of all fees paid.</w:t>
      </w:r>
    </w:p>
    <w:p/>
    <w:p>
      <w:r>
        <w:rPr>
          <w:b/>
          <w:sz w:val="20"/>
        </w:rPr>
        <w:t>9. Indemnification</w:t>
      </w:r>
    </w:p>
    <w:p>
      <w:r>
        <w:rPr>
          <w:b w:val="0"/>
          <w:sz w:val="20"/>
        </w:rPr>
        <w:t>Client agrees to indemnify, defend, and hold harmless Photographer from any claims, damages, or liabilities arising out of Client’s participation or breach of this Agreement.</w:t>
      </w:r>
    </w:p>
    <w:p/>
    <w:p>
      <w:r>
        <w:rPr>
          <w:b/>
          <w:sz w:val="20"/>
        </w:rPr>
        <w:t>10. Governing Law and Dispute Resolution</w:t>
      </w:r>
    </w:p>
    <w:p>
      <w:r>
        <w:rPr>
          <w:b w:val="0"/>
          <w:sz w:val="20"/>
        </w:rPr>
        <w:t>This Agreement shall be governed by and construed in accordance with the laws of the United States and the state in which the Photographer’s principal place of business is located. Any disputes arising from this Agreement shall be resolved through mediation or binding arbitration prior to any court action.</w:t>
      </w:r>
    </w:p>
    <w:p/>
    <w:p>
      <w:r>
        <w:rPr>
          <w:b/>
          <w:sz w:val="20"/>
        </w:rPr>
        <w:t>11. Entire Agreement and Amendments</w:t>
      </w:r>
    </w:p>
    <w:p>
      <w:r>
        <w:rPr>
          <w:b w:val="0"/>
          <w:sz w:val="20"/>
        </w:rPr>
        <w:t>This Agreement constitutes the entire agreement between the parties. Any modifications or amendments must be in writing and signed by both parties.</w:t>
      </w:r>
    </w:p>
    <w:p/>
    <w:p>
      <w:r>
        <w:rPr>
          <w:b/>
          <w:sz w:val="20"/>
        </w:rPr>
        <w:t>12. Severability</w:t>
      </w:r>
    </w:p>
    <w:p>
      <w:r>
        <w:rPr>
          <w:b w:val="0"/>
          <w:sz w:val="20"/>
        </w:rPr>
        <w:t>If any provision of this Agreement is found to be invalid or unenforceable, the remaining provisions shall remain in full force and effect.</w:t>
      </w:r>
    </w:p>
    <w:p/>
    <w:p>
      <w:r>
        <w:rPr>
          <w:b/>
          <w:sz w:val="20"/>
        </w:rPr>
        <w:t>13. Acknowledgment</w:t>
      </w:r>
    </w:p>
    <w:p>
      <w:r>
        <w:rPr>
          <w:b w:val="0"/>
          <w:sz w:val="20"/>
        </w:rPr>
        <w:t>Both parties acknowledge that they have read, understood, and agreed to the terms and conditions contained herein.</w:t>
      </w:r>
    </w:p>
    <w:p/>
    <w:p/>
    <w:p>
      <w:r>
        <w:rPr>
          <w:b w:val="0"/>
          <w:sz w:val="20"/>
        </w:rPr>
        <w:t>Place of Agreement: ___________________________________________</w:t>
      </w:r>
    </w:p>
    <w:p>
      <w:r>
        <w:rPr>
          <w:b w:val="0"/>
          <w:sz w:val="20"/>
        </w:rPr>
        <w:t>Time of Agreement: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PHOTOGRAPHER</w:t>
            </w:r>
          </w:p>
        </w:tc>
        <w:tc>
          <w:tcPr>
            <w:tcW w:type="dxa" w:w="4986"/>
            <w:tcBorders>
              <w:top w:val="nil"/>
              <w:left w:val="nil"/>
              <w:bottom w:val="nil"/>
              <w:right w:val="nil"/>
              <w:insideH w:val="nil"/>
              <w:insideV w:val="nil"/>
            </w:tcBorders>
          </w:tcPr>
          <w:p>
            <w:pPr>
              <w:jc w:val="center"/>
            </w:pPr>
            <w:r>
              <w:t>CLIENT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https://contract247-us.com/boudoir-contract/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https://contract247-us.com</w:t>
        </w:r>
      </w:hyperlink>
    </w:p>
    <w:p>
      <w:pPr>
        <w:jc w:val="center"/>
      </w:pPr>
      <w:r>
        <w:rPr>
          <w:color w:val="808080"/>
          <w:sz w:val="20"/>
        </w:rPr>
        <w:t>This template is intended exclusively for personal, non-commercial use.</w:t>
        <w:br/>
        <w:t>If distributed or published, the source must be mentioned. © contract247-us.com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247-us.com/boudoir-contract/" TargetMode="External"/><Relationship Id="rId10" Type="http://schemas.openxmlformats.org/officeDocument/2006/relationships/hyperlink" Target="https://contrac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