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jc w:val="center"/>
      </w:pPr>
      <w:r>
        <w:rPr>
          <w:b/>
          <w:sz w:val="20"/>
        </w:rPr>
        <w:t>PROFESSIONAL BOXING AGREEMENT</w:t>
      </w:r>
    </w:p>
    <w:p/>
    <w:p>
      <w:r>
        <w:rPr>
          <w:b/>
          <w:sz w:val="20"/>
        </w:rPr>
        <w:t>This Professional Boxing Agreement ("Agreement") is entered into by and between the following parties:</w:t>
      </w:r>
    </w:p>
    <w:p/>
    <w:p>
      <w:r>
        <w:rPr>
          <w:b/>
          <w:sz w:val="20"/>
        </w:rPr>
        <w:t>BOXER:</w:t>
      </w:r>
    </w:p>
    <w:p>
      <w:r>
        <w:rPr>
          <w:b w:val="0"/>
          <w:sz w:val="20"/>
        </w:rPr>
        <w:t>Name: ________________________________________________________________</w:t>
      </w:r>
    </w:p>
    <w:p>
      <w:r>
        <w:rPr>
          <w:b w:val="0"/>
          <w:sz w:val="20"/>
        </w:rPr>
        <w:t>Date of Birth: _________________________________________________________</w:t>
      </w:r>
    </w:p>
    <w:p>
      <w:r>
        <w:rPr>
          <w:b w:val="0"/>
          <w:sz w:val="20"/>
        </w:rPr>
        <w:t>Address: _______________________________________________________________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r>
        <w:rPr>
          <w:b/>
          <w:sz w:val="20"/>
        </w:rPr>
        <w:t>PROMOTER:</w:t>
      </w:r>
    </w:p>
    <w:p>
      <w:r>
        <w:rPr>
          <w:b w:val="0"/>
          <w:sz w:val="20"/>
        </w:rPr>
        <w:t>Name: ________________________________________________________________</w:t>
      </w:r>
    </w:p>
    <w:p>
      <w:r>
        <w:rPr>
          <w:b w:val="0"/>
          <w:sz w:val="20"/>
        </w:rPr>
        <w:t>Business Address: _______________________________________________________</w:t>
      </w:r>
    </w:p>
    <w:p>
      <w:r>
        <w:rPr>
          <w:b w:val="0"/>
          <w:sz w:val="20"/>
        </w:rPr>
        <w:t>Phone: _________________________________________________________________</w:t>
      </w:r>
    </w:p>
    <w:p>
      <w:r>
        <w:rPr>
          <w:b w:val="0"/>
          <w:sz w:val="20"/>
        </w:rPr>
        <w:t>Email: _________________________________________________________________</w:t>
      </w:r>
    </w:p>
    <w:p/>
    <w:p/>
    <w:p>
      <w:pPr>
        <w:jc w:val="center"/>
      </w:pPr>
      <w:r>
        <w:rPr>
          <w:b/>
          <w:sz w:val="20"/>
        </w:rPr>
        <w:t>RECITALS</w:t>
      </w:r>
    </w:p>
    <w:p/>
    <w:p>
      <w:r>
        <w:rPr>
          <w:b w:val="0"/>
          <w:sz w:val="20"/>
        </w:rPr>
        <w:t>WHEREAS, Boxer is a professional boxer willing to compete in matches under the terms set forth herein;</w:t>
      </w:r>
    </w:p>
    <w:p>
      <w:r>
        <w:rPr>
          <w:b w:val="0"/>
          <w:sz w:val="20"/>
        </w:rPr>
        <w:t>WHEREAS, Promoter is engaged in the business of organizing and promoting professional boxing matches and desires to engage Boxer for such matches;</w:t>
      </w:r>
    </w:p>
    <w:p>
      <w:r>
        <w:rPr>
          <w:b w:val="0"/>
          <w:sz w:val="20"/>
        </w:rPr>
        <w:t>NOW, THEREFORE, in consideration of the mutual promises and agreements contained herein, the parties agree as follows:</w:t>
      </w:r>
    </w:p>
    <w:p/>
    <w:p/>
    <w:p>
      <w:r>
        <w:rPr>
          <w:b/>
          <w:sz w:val="20"/>
        </w:rPr>
        <w:t>1. TERM OF AGREEMENT</w:t>
      </w:r>
    </w:p>
    <w:p>
      <w:r>
        <w:rPr>
          <w:b w:val="0"/>
          <w:sz w:val="20"/>
        </w:rPr>
        <w:t>This Agreement shall commence upon execution by both parties and shall continue for a period of ________ months/years or until terminated in accordance with the provisions herein.</w:t>
      </w:r>
    </w:p>
    <w:p/>
    <w:p>
      <w:r>
        <w:rPr>
          <w:b/>
          <w:sz w:val="20"/>
        </w:rPr>
        <w:t>2. ENGAGEMENT AND SERVICES</w:t>
      </w:r>
    </w:p>
    <w:p>
      <w:r>
        <w:rPr>
          <w:b w:val="0"/>
          <w:sz w:val="20"/>
        </w:rPr>
        <w:t>Boxer agrees to render professional boxing services exclusively for Promoter during the Term of this Agreement, subject to the terms and conditions herein.</w:t>
      </w:r>
    </w:p>
    <w:p/>
    <w:p>
      <w:r>
        <w:rPr>
          <w:b/>
          <w:sz w:val="20"/>
        </w:rPr>
        <w:t>3. MATCHES</w:t>
      </w:r>
    </w:p>
    <w:p>
      <w:r>
        <w:rPr>
          <w:b w:val="0"/>
          <w:sz w:val="20"/>
        </w:rPr>
        <w:t>Promoter shall arrange professional boxing matches for Boxer. The number, dates, locations, and opponents of such matches shall be determined at Promoter’s discretion but with reasonable notice to Boxer.</w:t>
      </w:r>
    </w:p>
    <w:p>
      <w:r>
        <w:rPr>
          <w:b w:val="0"/>
          <w:sz w:val="20"/>
        </w:rPr>
        <w:t>Boxer agrees to participate in all matches scheduled by Promoter during the Term, subject to Boxer’s health and regulatory approvals.</w:t>
      </w:r>
    </w:p>
    <w:p/>
    <w:p>
      <w:r>
        <w:rPr>
          <w:b/>
          <w:sz w:val="20"/>
        </w:rPr>
        <w:t>4. COMPENSATION</w:t>
      </w:r>
    </w:p>
    <w:p>
      <w:r>
        <w:rPr>
          <w:b w:val="0"/>
          <w:sz w:val="20"/>
        </w:rPr>
        <w:t>4.1 Purse. For each match, Boxer shall receive a purse in the amount of $____________ payable as follows:</w:t>
      </w:r>
    </w:p>
    <w:p>
      <w:r>
        <w:rPr>
          <w:b w:val="0"/>
          <w:sz w:val="20"/>
        </w:rPr>
        <w:t xml:space="preserve">    a) ______% upon signing this Agreement or at least ______ days before the match.</w:t>
      </w:r>
    </w:p>
    <w:p>
      <w:r>
        <w:rPr>
          <w:b w:val="0"/>
          <w:sz w:val="20"/>
        </w:rPr>
        <w:t xml:space="preserve">    b) Balance within ______ days following the match, subject to Boxer’s compliance with all contractual and regulatory obligations.</w:t>
      </w:r>
    </w:p>
    <w:p>
      <w:r>
        <w:rPr>
          <w:b w:val="0"/>
          <w:sz w:val="20"/>
        </w:rPr>
        <w:t>4.2 Additional Payments. Boxer may receive bonuses, sponsorships, or other payments related to matches as agreed in writing by the parties.</w:t>
      </w:r>
    </w:p>
    <w:p/>
    <w:p>
      <w:r>
        <w:rPr>
          <w:b/>
          <w:sz w:val="20"/>
        </w:rPr>
        <w:t>5. EXPENSES</w:t>
      </w:r>
    </w:p>
    <w:p>
      <w:r>
        <w:rPr>
          <w:b w:val="0"/>
          <w:sz w:val="20"/>
        </w:rPr>
        <w:t>Promoter agrees to pay or reimburse Boxer for reasonable and approved expenses directly related to preparation for scheduled matches, including travel, lodging, training, and medical examinations.</w:t>
      </w:r>
    </w:p>
    <w:p>
      <w:r>
        <w:rPr>
          <w:b w:val="0"/>
          <w:sz w:val="20"/>
        </w:rPr>
        <w:t>Boxer shall submit all expense documentation to Promoter in a timely manner for reimbursement.</w:t>
      </w:r>
    </w:p>
    <w:p/>
    <w:p>
      <w:r>
        <w:rPr>
          <w:b/>
          <w:sz w:val="20"/>
        </w:rPr>
        <w:t>6. MEDICAL CLEARANCE AND FITNESS</w:t>
      </w:r>
    </w:p>
    <w:p>
      <w:r>
        <w:rPr>
          <w:b w:val="0"/>
          <w:sz w:val="20"/>
        </w:rPr>
        <w:t>Boxer shall undergo medical examinations as required by applicable athletic commissions or regulatory bodies prior to any match.</w:t>
      </w:r>
    </w:p>
    <w:p>
      <w:r>
        <w:rPr>
          <w:b w:val="0"/>
          <w:sz w:val="20"/>
        </w:rPr>
        <w:t>Boxer represents and warrants being in proper physical condition to participate in professional boxing matches and agrees to immediately disclose any injury or health condition that may affect performance or safety.</w:t>
      </w:r>
    </w:p>
    <w:p/>
    <w:p>
      <w:r>
        <w:rPr>
          <w:b/>
          <w:sz w:val="20"/>
        </w:rPr>
        <w:t>7. CONDUCT AND COMPLIANCE</w:t>
      </w:r>
    </w:p>
    <w:p>
      <w:r>
        <w:rPr>
          <w:b w:val="0"/>
          <w:sz w:val="20"/>
        </w:rPr>
        <w:t>Boxer agrees to comply with all rules, regulations, and codes of conduct established by applicable athletic commissions, sanctioning bodies, and Promoter.</w:t>
      </w:r>
    </w:p>
    <w:p>
      <w:r>
        <w:rPr>
          <w:b w:val="0"/>
          <w:sz w:val="20"/>
        </w:rPr>
        <w:t>Boxer shall refrain from any conduct that may harm the reputation of Promoter or the sport of boxing.</w:t>
      </w:r>
    </w:p>
    <w:p/>
    <w:p>
      <w:r>
        <w:rPr>
          <w:b/>
          <w:sz w:val="20"/>
        </w:rPr>
        <w:t>8. REPRESENTATIONS AND WARRANTIES</w:t>
      </w:r>
    </w:p>
    <w:p>
      <w:r>
        <w:rPr>
          <w:b w:val="0"/>
          <w:sz w:val="20"/>
        </w:rPr>
        <w:t>Each party represents and warrants to the other that it has full authority to enter into this Agreement and that the execution, delivery, and performance hereof do not violate any other agreement, law, or regulation.</w:t>
      </w:r>
    </w:p>
    <w:p>
      <w:r>
        <w:rPr>
          <w:b w:val="0"/>
          <w:sz w:val="20"/>
        </w:rPr>
        <w:t>Boxer warrants that there are no existing contracts or obligations that would prevent full performance under this Agreement.</w:t>
      </w:r>
    </w:p>
    <w:p/>
    <w:p>
      <w:r>
        <w:rPr>
          <w:b/>
          <w:sz w:val="20"/>
        </w:rPr>
        <w:t>9. INSURANCE AND LIABILITY</w:t>
      </w:r>
    </w:p>
    <w:p>
      <w:r>
        <w:rPr>
          <w:b w:val="0"/>
          <w:sz w:val="20"/>
        </w:rPr>
        <w:t>Promoter agrees to maintain appropriate insurance coverage for Boxer during matches and related activities, including but not limited to liability and accident insurance.</w:t>
      </w:r>
    </w:p>
    <w:p>
      <w:r>
        <w:rPr>
          <w:b w:val="0"/>
          <w:sz w:val="20"/>
        </w:rPr>
        <w:t>Boxer accepts inherent risks associated with professional boxing and agrees to hold Promoter harmless from any claims arising from injuries sustained, except in cases of gross negligence or willful misconduct by Promoter.</w:t>
      </w:r>
    </w:p>
    <w:p/>
    <w:p>
      <w:r>
        <w:rPr>
          <w:b/>
          <w:sz w:val="20"/>
        </w:rPr>
        <w:t>10. TERMINATION</w:t>
      </w:r>
    </w:p>
    <w:p>
      <w:r>
        <w:rPr>
          <w:b w:val="0"/>
          <w:sz w:val="20"/>
        </w:rPr>
        <w:t>This Agreement may be terminated prior to its expiration:</w:t>
      </w:r>
    </w:p>
    <w:p>
      <w:r>
        <w:rPr>
          <w:b w:val="0"/>
          <w:sz w:val="20"/>
        </w:rPr>
        <w:t xml:space="preserve">    a) By mutual written agreement of the parties;</w:t>
      </w:r>
    </w:p>
    <w:p>
      <w:r>
        <w:rPr>
          <w:b w:val="0"/>
          <w:sz w:val="20"/>
        </w:rPr>
        <w:t xml:space="preserve">    b) By either party upon material breach by the other party, if such breach is not cured within ______ days of written notice;</w:t>
      </w:r>
    </w:p>
    <w:p>
      <w:r>
        <w:rPr>
          <w:b w:val="0"/>
          <w:sz w:val="20"/>
        </w:rPr>
        <w:t xml:space="preserve">    c) By Promoter immediately if Boxer engages in conduct detrimental to the sport or Promoter’s business;</w:t>
      </w:r>
    </w:p>
    <w:p>
      <w:r>
        <w:rPr>
          <w:b w:val="0"/>
          <w:sz w:val="20"/>
        </w:rPr>
        <w:t xml:space="preserve">    d) Automatically upon Boxer’s death or permanent incapacity to compete.</w:t>
      </w:r>
    </w:p>
    <w:p/>
    <w:p>
      <w:r>
        <w:rPr>
          <w:b/>
          <w:sz w:val="20"/>
        </w:rPr>
        <w:t>11. CONFIDENTIALITY</w:t>
      </w:r>
    </w:p>
    <w:p>
      <w:r>
        <w:rPr>
          <w:b w:val="0"/>
          <w:sz w:val="20"/>
        </w:rPr>
        <w:t>Both parties agree to keep confidential all non-public information obtained in connection with this Agreement and not to disclose such information to any third party without prior written consent, except as required by law or regulatory authorities.</w:t>
      </w:r>
    </w:p>
    <w:p/>
    <w:p>
      <w:r>
        <w:rPr>
          <w:b/>
          <w:sz w:val="20"/>
        </w:rPr>
        <w:t>12. GOVERNING LAW AND DISPUTE RESOLUTION</w:t>
      </w:r>
    </w:p>
    <w:p>
      <w:r>
        <w:rPr>
          <w:b w:val="0"/>
          <w:sz w:val="20"/>
        </w:rPr>
        <w:t>This Agreement shall be governed by and construed in accordance with the laws of the State of ____________________, without regard to conflict of law principles.</w:t>
      </w:r>
    </w:p>
    <w:p>
      <w:r>
        <w:rPr>
          <w:b w:val="0"/>
          <w:sz w:val="20"/>
        </w:rPr>
        <w:t>Any dispute arising out of or relating to this Agreement shall be resolved by binding arbitration in accordance with the rules of the American Arbitration Association, to be conducted in the city of ____________________, State of ______________.</w:t>
      </w:r>
    </w:p>
    <w:p>
      <w:r>
        <w:rPr>
          <w:b w:val="0"/>
          <w:sz w:val="20"/>
        </w:rPr>
        <w:t>The arbitrator’s decision shall be final and binding, and judgment may be entered upon it in any court of competent jurisdiction.</w:t>
      </w:r>
    </w:p>
    <w:p/>
    <w:p>
      <w:r>
        <w:rPr>
          <w:b/>
          <w:sz w:val="20"/>
        </w:rPr>
        <w:t>13. ENTIRE AGREEMENT</w:t>
      </w:r>
    </w:p>
    <w:p>
      <w:r>
        <w:rPr>
          <w:b w:val="0"/>
          <w:sz w:val="20"/>
        </w:rPr>
        <w:t>This Agreement contains the entire understanding between the parties and supersedes all prior agreements, representations, and understandings, whether oral or written, relating to the subject matter hereof.</w:t>
      </w:r>
    </w:p>
    <w:p/>
    <w:p>
      <w:r>
        <w:rPr>
          <w:b/>
          <w:sz w:val="20"/>
        </w:rPr>
        <w:t>14. AMENDMENTS</w:t>
      </w:r>
    </w:p>
    <w:p>
      <w:r>
        <w:rPr>
          <w:b w:val="0"/>
          <w:sz w:val="20"/>
        </w:rPr>
        <w:t>No amendment or modification of this Agreement shall be valid or binding unless made in writing and signed by both parties.</w:t>
      </w:r>
    </w:p>
    <w:p/>
    <w:p>
      <w:r>
        <w:rPr>
          <w:b/>
          <w:sz w:val="20"/>
        </w:rPr>
        <w:t>15. NOTICES</w:t>
      </w:r>
    </w:p>
    <w:p>
      <w:r>
        <w:rPr>
          <w:b w:val="0"/>
          <w:sz w:val="20"/>
        </w:rPr>
        <w:t>All notices, requests, consents, and other communications required or permitted under this Agreement shall be in writing and shall be deemed to have been duly given when delivered personally or sent by certified mail or recognized courier service to the addresses set forth above or to such other address as a party may designate by notice to the other.</w:t>
      </w:r>
    </w:p>
    <w:p/>
    <w:p/>
    <w:p>
      <w:r>
        <w:rPr>
          <w:b w:val="0"/>
          <w:sz w:val="20"/>
        </w:rPr>
        <w:t>Place of signature: __________________________________________________</w:t>
      </w:r>
    </w:p>
    <w:p/>
    <w:p/>
    <w:tbl>
      <w:tblPr>
        <w:tblW w:type="auto" w:w="0"/>
        <w:tblLayout w:type="autofit"/>
        <w:tblLook w:firstColumn="1" w:firstRow="1" w:lastColumn="0" w:lastRow="0" w:noHBand="0" w:noVBand="1" w:val="04A0"/>
      </w:tblPr>
      <w:tblGrid>
        <w:gridCol w:w="4986"/>
        <w:gridCol w:w="4986"/>
      </w:tblGrid>
      <w:tr>
        <w:tc>
          <w:tcPr>
            <w:tcW w:type="dxa" w:w="4986"/>
            <w:tcBorders>
              <w:top w:val="nil"/>
              <w:left w:val="nil"/>
              <w:bottom w:val="nil"/>
              <w:right w:val="nil"/>
              <w:insideH w:val="nil"/>
              <w:insideV w:val="nil"/>
            </w:tcBorders>
          </w:tcPr>
          <w:p>
            <w:pPr>
              <w:jc w:val="center"/>
            </w:pPr>
            <w:r>
              <w:t>BOXER</w:t>
            </w:r>
          </w:p>
        </w:tc>
        <w:tc>
          <w:tcPr>
            <w:tcW w:type="dxa" w:w="4986"/>
            <w:tcBorders>
              <w:top w:val="nil"/>
              <w:left w:val="nil"/>
              <w:bottom w:val="nil"/>
              <w:right w:val="nil"/>
              <w:insideH w:val="nil"/>
              <w:insideV w:val="nil"/>
            </w:tcBorders>
          </w:tcPr>
          <w:p>
            <w:pPr>
              <w:jc w:val="center"/>
            </w:pPr>
            <w:r>
              <w:t>PROMOTER</w:t>
            </w:r>
          </w:p>
        </w:tc>
      </w:tr>
      <w:tr>
        <w:tc>
          <w:tcPr>
            <w:tcW w:type="dxa" w:w="4986"/>
            <w:tcBorders>
              <w:top w:val="nil"/>
              <w:left w:val="nil"/>
              <w:bottom w:val="nil"/>
              <w:right w:val="nil"/>
              <w:insideH w:val="nil"/>
              <w:insideV w:val="nil"/>
            </w:tcBorders>
          </w:tcPr>
          <w:p>
            <w:pPr>
              <w:jc w:val="center"/>
            </w:pPr>
            <w:r>
              <w:br/>
              <w:br/>
              <w:t>Signature: _______________________________</w:t>
            </w:r>
          </w:p>
        </w:tc>
        <w:tc>
          <w:tcPr>
            <w:tcW w:type="dxa" w:w="4986"/>
            <w:tcBorders>
              <w:top w:val="nil"/>
              <w:left w:val="nil"/>
              <w:bottom w:val="nil"/>
              <w:right w:val="nil"/>
              <w:insideH w:val="nil"/>
              <w:insideV w:val="nil"/>
            </w:tcBorders>
          </w:tcPr>
          <w:p>
            <w:pPr>
              <w:jc w:val="center"/>
            </w:pPr>
            <w:r>
              <w:br/>
              <w:br/>
              <w:t>Signature: _______________________________</w:t>
            </w:r>
          </w:p>
        </w:tc>
      </w:tr>
      <w:tr>
        <w:tc>
          <w:tcPr>
            <w:tcW w:type="dxa" w:w="4986"/>
            <w:tcBorders>
              <w:top w:val="nil"/>
              <w:left w:val="nil"/>
              <w:bottom w:val="nil"/>
              <w:right w:val="nil"/>
              <w:insideH w:val="nil"/>
              <w:insideV w:val="nil"/>
            </w:tcBorders>
          </w:tcPr>
          <w:p>
            <w:pPr>
              <w:jc w:val="center"/>
            </w:pPr>
            <w:r>
              <w:t>Name: ____________________________________</w:t>
            </w:r>
          </w:p>
        </w:tc>
        <w:tc>
          <w:tcPr>
            <w:tcW w:type="dxa" w:w="4986"/>
            <w:tcBorders>
              <w:top w:val="nil"/>
              <w:left w:val="nil"/>
              <w:bottom w:val="nil"/>
              <w:right w:val="nil"/>
              <w:insideH w:val="nil"/>
              <w:insideV w:val="nil"/>
            </w:tcBorders>
          </w:tcPr>
          <w:p>
            <w:pPr>
              <w:jc w:val="center"/>
            </w:pPr>
            <w:r>
              <w:t>Name: ____________________________________</w:t>
            </w:r>
          </w:p>
        </w:tc>
      </w:tr>
    </w:tbl>
    <w:p>
      <w:r>
        <w:br w:type="page"/>
      </w:r>
    </w:p>
    <w:p>
      <w:pPr>
        <w:jc w:val="center"/>
      </w:pPr>
      <w:r>
        <w:rPr>
          <w:color w:val="555555"/>
          <w:sz w:val="24"/>
        </w:rPr>
        <w:t>Original source of this document:</w:t>
      </w:r>
    </w:p>
    <w:p>
      <w:pPr>
        <w:jc w:val="center"/>
      </w:pPr>
      <w:hyperlink r:id="rId9">
        <w:r>
          <w:rPr>
            <w:color w:val="0000FF"/>
            <w:u w:val="single"/>
          </w:rPr>
          <w:t>https://contract247-us.com/boxing-contract/</w:t>
        </w:r>
      </w:hyperlink>
    </w:p>
    <w:p>
      <w:pPr>
        <w:jc w:val="center"/>
      </w:pPr>
      <w:r>
        <w:rPr>
          <w:color w:val="555555"/>
          <w:sz w:val="26"/>
        </w:rPr>
        <w:t>Did you find this template helpful?</w:t>
      </w:r>
    </w:p>
    <w:p>
      <w:pPr>
        <w:jc w:val="center"/>
      </w:pPr>
      <w:r>
        <w:rPr>
          <w:color w:val="555555"/>
          <w:sz w:val="26"/>
        </w:rPr>
        <w:t>Find more updated templates at:</w:t>
      </w:r>
    </w:p>
    <w:p>
      <w:pPr>
        <w:jc w:val="center"/>
      </w:pPr>
      <w:hyperlink r:id="rId10">
        <w:r>
          <w:rPr>
            <w:color w:val="0000FF"/>
            <w:u w:val="single"/>
          </w:rPr>
          <w:t>https://contract247-us.com</w:t>
        </w:r>
      </w:hyperlink>
    </w:p>
    <w:p>
      <w:pPr>
        <w:jc w:val="center"/>
      </w:pPr>
      <w:r>
        <w:rPr>
          <w:color w:val="808080"/>
          <w:sz w:val="20"/>
        </w:rPr>
        <w:t>This template is intended exclusively for personal, non-commercial use.</w:t>
        <w:br/>
        <w:t>If distributed or published, the source must be mentioned. © contract247-us.com</w:t>
      </w:r>
    </w:p>
    <w:sectPr w:rsidR="00FC693F" w:rsidRPr="0006063C" w:rsidSect="00034616">
      <w:pgSz w:w="12240" w:h="15840"/>
      <w:pgMar w:top="1134" w:right="1134" w:bottom="1134" w:left="113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hyperlink" Target="https://contract247-us.com/boxing-contract/" TargetMode="External"/><Relationship Id="rId10" Type="http://schemas.openxmlformats.org/officeDocument/2006/relationships/hyperlink" Target="https://contract247-us.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