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BREEDER SERVICE AGREEMENT</w:t>
      </w:r>
    </w:p>
    <w:p/>
    <w:p>
      <w:r>
        <w:rPr>
          <w:b/>
          <w:sz w:val="20"/>
        </w:rPr>
        <w:t>This Breeder Service Agreement (the “Agreement”) is entered into by and between:</w:t>
      </w:r>
    </w:p>
    <w:p/>
    <w:p>
      <w:r>
        <w:rPr>
          <w:b/>
          <w:sz w:val="20"/>
        </w:rPr>
        <w:t>BREEDER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
      <w:r>
        <w:rPr>
          <w:b/>
          <w:sz w:val="20"/>
        </w:rPr>
        <w:t>RECITALS</w:t>
      </w:r>
    </w:p>
    <w:p>
      <w:r>
        <w:rPr>
          <w:b w:val="0"/>
          <w:sz w:val="20"/>
        </w:rPr>
        <w:t>WHEREAS, Breeder is the registered owner of the animal described below; and</w:t>
      </w:r>
    </w:p>
    <w:p>
      <w:r>
        <w:rPr>
          <w:b w:val="0"/>
          <w:sz w:val="20"/>
        </w:rPr>
        <w:t>WHEREAS, Client desires to engage Breeder to provide breeding services under the terms set forth herein;</w:t>
      </w:r>
    </w:p>
    <w:p>
      <w:r>
        <w:rPr>
          <w:b w:val="0"/>
          <w:sz w:val="20"/>
        </w:rPr>
        <w:t>NOW, THEREFORE, in consideration of the mutual covenants and promises contained herein, the parties agree as follows:</w:t>
      </w:r>
    </w:p>
    <w:p/>
    <w:p/>
    <w:p>
      <w:r>
        <w:rPr>
          <w:b/>
          <w:sz w:val="20"/>
        </w:rPr>
        <w:t>1. Animal to be Bred</w:t>
      </w:r>
    </w:p>
    <w:p>
      <w:r>
        <w:rPr>
          <w:b w:val="0"/>
          <w:sz w:val="20"/>
        </w:rPr>
        <w:t>The animal owned by Breeder to be used for breeding is described as follows:</w:t>
      </w:r>
    </w:p>
    <w:p>
      <w:r>
        <w:rPr>
          <w:b w:val="0"/>
          <w:sz w:val="20"/>
        </w:rPr>
        <w:t>Name: ________________________________________________________________</w:t>
      </w:r>
    </w:p>
    <w:p>
      <w:r>
        <w:rPr>
          <w:b w:val="0"/>
          <w:sz w:val="20"/>
        </w:rPr>
        <w:t>Breed: _______________________________________________________________</w:t>
      </w:r>
    </w:p>
    <w:p>
      <w:r>
        <w:rPr>
          <w:b w:val="0"/>
          <w:sz w:val="20"/>
        </w:rPr>
        <w:t>Gender: ______________________________________________________________</w:t>
      </w:r>
    </w:p>
    <w:p>
      <w:r>
        <w:rPr>
          <w:b w:val="0"/>
          <w:sz w:val="20"/>
        </w:rPr>
        <w:t>Date of Birth: ________________________________________________________</w:t>
      </w:r>
    </w:p>
    <w:p>
      <w:r>
        <w:rPr>
          <w:b w:val="0"/>
          <w:sz w:val="20"/>
        </w:rPr>
        <w:t>Registration Number (if applicable): ____________________________________</w:t>
      </w:r>
    </w:p>
    <w:p>
      <w:r>
        <w:rPr>
          <w:b w:val="0"/>
          <w:sz w:val="20"/>
        </w:rPr>
        <w:t>Health Certifications (attach copies if applicable): _____________________</w:t>
      </w:r>
    </w:p>
    <w:p/>
    <w:p>
      <w:r>
        <w:rPr>
          <w:b/>
          <w:sz w:val="20"/>
        </w:rPr>
        <w:t>2. Breeding Services Provided</w:t>
      </w:r>
    </w:p>
    <w:p>
      <w:r>
        <w:rPr>
          <w:b w:val="0"/>
          <w:sz w:val="20"/>
        </w:rPr>
        <w:t>Breeder agrees to provide breeding services to Client’s animal identified as follows:</w:t>
      </w:r>
    </w:p>
    <w:p>
      <w:r>
        <w:rPr>
          <w:b w:val="0"/>
          <w:sz w:val="20"/>
        </w:rPr>
        <w:t>Name: ________________________________________________________________</w:t>
      </w:r>
    </w:p>
    <w:p>
      <w:r>
        <w:rPr>
          <w:b w:val="0"/>
          <w:sz w:val="20"/>
        </w:rPr>
        <w:t>Breed: _______________________________________________________________</w:t>
      </w:r>
    </w:p>
    <w:p>
      <w:r>
        <w:rPr>
          <w:b w:val="0"/>
          <w:sz w:val="20"/>
        </w:rPr>
        <w:t>Gender: ______________________________________________________________</w:t>
      </w:r>
    </w:p>
    <w:p>
      <w:r>
        <w:rPr>
          <w:b w:val="0"/>
          <w:sz w:val="20"/>
        </w:rPr>
        <w:t>Date of Birth: ________________________________________________________</w:t>
      </w:r>
    </w:p>
    <w:p>
      <w:r>
        <w:rPr>
          <w:b w:val="0"/>
          <w:sz w:val="20"/>
        </w:rPr>
        <w:t>Registration Number (if applicable): ____________________________________</w:t>
      </w:r>
    </w:p>
    <w:p>
      <w:r>
        <w:rPr>
          <w:b w:val="0"/>
          <w:sz w:val="20"/>
        </w:rPr>
        <w:t>Client acknowledges and agrees that Breeder makes no guarantees regarding successful breeding or pregnancy.</w:t>
      </w:r>
    </w:p>
    <w:p>
      <w:r>
        <w:rPr>
          <w:b w:val="0"/>
          <w:sz w:val="20"/>
        </w:rPr>
        <w:t>Breeder shall perform breeding services using standard industry practices and generally accepted veterinary protocols.</w:t>
      </w:r>
    </w:p>
    <w:p/>
    <w:p>
      <w:r>
        <w:rPr>
          <w:b/>
          <w:sz w:val="20"/>
        </w:rPr>
        <w:t>3. Fees and Payment</w:t>
      </w:r>
    </w:p>
    <w:p>
      <w:r>
        <w:rPr>
          <w:b w:val="0"/>
          <w:sz w:val="20"/>
        </w:rPr>
        <w:t>Client agrees to pay Breeder the sum of $_____________ (the “Service Fee”) for the breeding services described herein.</w:t>
      </w:r>
    </w:p>
    <w:p>
      <w:r>
        <w:rPr>
          <w:b w:val="0"/>
          <w:sz w:val="20"/>
        </w:rPr>
        <w:t>Payment is due as follows:</w:t>
      </w:r>
    </w:p>
    <w:p>
      <w:r>
        <w:rPr>
          <w:b w:val="0"/>
          <w:sz w:val="20"/>
        </w:rPr>
        <w:t>- Deposit (if any): $_____________ due upon execution of this Agreement.</w:t>
      </w:r>
    </w:p>
    <w:p>
      <w:r>
        <w:rPr>
          <w:b w:val="0"/>
          <w:sz w:val="20"/>
        </w:rPr>
        <w:t>- Remaining Balance: $_____________ due upon completion of breeding services or as otherwise agreed.</w:t>
      </w:r>
    </w:p>
    <w:p>
      <w:r>
        <w:rPr>
          <w:b w:val="0"/>
          <w:sz w:val="20"/>
        </w:rPr>
        <w:t>All payments shall be made in U.S. dollars and are non-refundable except as expressly provided in this Agreement.</w:t>
      </w:r>
    </w:p>
    <w:p/>
    <w:p>
      <w:r>
        <w:rPr>
          <w:b/>
          <w:sz w:val="20"/>
        </w:rPr>
        <w:t>4. Term and Termination</w:t>
      </w:r>
    </w:p>
    <w:p>
      <w:r>
        <w:rPr>
          <w:b w:val="0"/>
          <w:sz w:val="20"/>
        </w:rPr>
        <w:t>This Agreement shall commence on the date of the last signature below and continue until completion of the breeding services or termination by either party.</w:t>
      </w:r>
    </w:p>
    <w:p>
      <w:r>
        <w:rPr>
          <w:b w:val="0"/>
          <w:sz w:val="20"/>
        </w:rPr>
        <w:t>Either party may terminate this Agreement by providing written notice to the other party at least _______ days prior to intended termination.</w:t>
      </w:r>
    </w:p>
    <w:p>
      <w:r>
        <w:rPr>
          <w:b w:val="0"/>
          <w:sz w:val="20"/>
        </w:rPr>
        <w:t>Termination shall not relieve Client of obligation to pay fees incurred prior to termination.</w:t>
      </w:r>
    </w:p>
    <w:p/>
    <w:p>
      <w:r>
        <w:rPr>
          <w:b/>
          <w:sz w:val="20"/>
        </w:rPr>
        <w:t>5. Health and Veterinary Care</w:t>
      </w:r>
    </w:p>
    <w:p>
      <w:r>
        <w:rPr>
          <w:b w:val="0"/>
          <w:sz w:val="20"/>
        </w:rPr>
        <w:t>Client represents that its animal is in good health, free from contagious diseases, and current on all vaccinations and veterinary care.</w:t>
      </w:r>
    </w:p>
    <w:p>
      <w:r>
        <w:rPr>
          <w:b w:val="0"/>
          <w:sz w:val="20"/>
        </w:rPr>
        <w:t>Client agrees to provide Breeder with all relevant veterinary records upon request and to notify Breeder immediately if any health issues arise.</w:t>
      </w:r>
    </w:p>
    <w:p>
      <w:r>
        <w:rPr>
          <w:b w:val="0"/>
          <w:sz w:val="20"/>
        </w:rPr>
        <w:t>Breeder shall not be responsible for any illness, injury, or death of Client’s animal unless caused by Breeder’s gross negligence or willful misconduct.</w:t>
      </w:r>
    </w:p>
    <w:p/>
    <w:p>
      <w:r>
        <w:rPr>
          <w:b/>
          <w:sz w:val="20"/>
        </w:rPr>
        <w:t>6. Warranties and Representations</w:t>
      </w:r>
    </w:p>
    <w:p>
      <w:r>
        <w:rPr>
          <w:b w:val="0"/>
          <w:sz w:val="20"/>
        </w:rPr>
        <w:t>Each party represents and warrants that it has the full right and authority to enter into this Agreement.</w:t>
      </w:r>
    </w:p>
    <w:p>
      <w:r>
        <w:rPr>
          <w:b w:val="0"/>
          <w:sz w:val="20"/>
        </w:rPr>
        <w:t>Client acknowledges that breeding is inherently uncertain and that Breeder makes no warranty, express or implied, regarding fertility, conception, litter size, or offspring quality.</w:t>
      </w:r>
    </w:p>
    <w:p>
      <w:r>
        <w:rPr>
          <w:b w:val="0"/>
          <w:sz w:val="20"/>
        </w:rPr>
        <w:t>Breeder disclaims all warranties including, without limitation, implied warranties of merchantability and fitness for a particular purpose.</w:t>
      </w:r>
    </w:p>
    <w:p/>
    <w:p>
      <w:r>
        <w:rPr>
          <w:b/>
          <w:sz w:val="20"/>
        </w:rPr>
        <w:t>7. Liability and Indemnification</w:t>
      </w:r>
    </w:p>
    <w:p>
      <w:r>
        <w:rPr>
          <w:b w:val="0"/>
          <w:sz w:val="20"/>
        </w:rPr>
        <w:t>Client agrees to indemnify and hold harmless Breeder, its agents, employees, and representatives from any and all claims, damages, liabilities, and expenses arising out of or related to the services provided under this Agreement, except to the extent caused by Breeder’s gross negligence or willful misconduct.</w:t>
      </w:r>
    </w:p>
    <w:p>
      <w:r>
        <w:rPr>
          <w:b w:val="0"/>
          <w:sz w:val="20"/>
        </w:rPr>
        <w:t>In no event shall either party be liable for consequential, incidental, special, or punitive damages.</w:t>
      </w:r>
    </w:p>
    <w:p/>
    <w:p>
      <w:r>
        <w:rPr>
          <w:b/>
          <w:sz w:val="20"/>
        </w:rPr>
        <w:t>8. Offspring Ownership and Registration</w:t>
      </w:r>
    </w:p>
    <w:p>
      <w:r>
        <w:rPr>
          <w:b w:val="0"/>
          <w:sz w:val="20"/>
        </w:rPr>
        <w:t>Ownership of any offspring resulting from the breeding shall be as follows:</w:t>
      </w:r>
    </w:p>
    <w:p>
      <w:r>
        <w:rPr>
          <w:b w:val="0"/>
          <w:sz w:val="20"/>
        </w:rPr>
        <w:t>______________________________________________________________________</w:t>
      </w:r>
    </w:p>
    <w:p>
      <w:r>
        <w:rPr>
          <w:b w:val="0"/>
          <w:sz w:val="20"/>
        </w:rPr>
        <w:t>Client shall be responsible for registration and all associated fees unless otherwise agreed in writing.</w:t>
      </w:r>
    </w:p>
    <w:p/>
    <w:p>
      <w:r>
        <w:rPr>
          <w:b/>
          <w:sz w:val="20"/>
        </w:rPr>
        <w:t>9. Confidentiality</w:t>
      </w:r>
    </w:p>
    <w:p>
      <w:r>
        <w:rPr>
          <w:b w:val="0"/>
          <w:sz w:val="20"/>
        </w:rPr>
        <w:t>Both parties agree to keep confidential all non-public information disclosed during the term of this Agreement and not to disclose such information to any third party without prior written consent, except as required by law.</w:t>
      </w:r>
    </w:p>
    <w:p/>
    <w:p>
      <w:r>
        <w:rPr>
          <w:b/>
          <w:sz w:val="20"/>
        </w:rPr>
        <w:t>10. Governing Law and Dispute Resolution</w:t>
      </w:r>
    </w:p>
    <w:p>
      <w:r>
        <w:rPr>
          <w:b w:val="0"/>
          <w:sz w:val="20"/>
        </w:rPr>
        <w:t>This Agreement shall be governed by and construed in accordance with the laws of the State of ____________________, United States of America, without regard to conflict of laws principles.</w:t>
      </w:r>
    </w:p>
    <w:p>
      <w:r>
        <w:rPr>
          <w:b w:val="0"/>
          <w:sz w:val="20"/>
        </w:rPr>
        <w:t>Any dispute arising under or relating to this Agreement shall be resolved first by good faith negotiation between the parties.</w:t>
      </w:r>
    </w:p>
    <w:p>
      <w:r>
        <w:rPr>
          <w:b w:val="0"/>
          <w:sz w:val="20"/>
        </w:rPr>
        <w:t>If negotiation fails, the dispute shall be submitted to binding arbitration in accordance with the rules of the American Arbitration Association.</w:t>
      </w:r>
    </w:p>
    <w:p/>
    <w:p>
      <w:r>
        <w:rPr>
          <w:b/>
          <w:sz w:val="20"/>
        </w:rPr>
        <w:t>11. Entire Agreement and Amendments</w:t>
      </w:r>
    </w:p>
    <w:p>
      <w:r>
        <w:rPr>
          <w:b w:val="0"/>
          <w:sz w:val="20"/>
        </w:rPr>
        <w:t>This Agreement constitutes the entire agreement between the parties regarding its subject matter and supersedes all prior oral or written agreements, understandings, or representations.</w:t>
      </w:r>
    </w:p>
    <w:p>
      <w:r>
        <w:rPr>
          <w:b w:val="0"/>
          <w:sz w:val="20"/>
        </w:rPr>
        <w:t>Any amendment or modification must be in writing and signed by both parties.</w:t>
      </w:r>
    </w:p>
    <w:p/>
    <w:p>
      <w:r>
        <w:rPr>
          <w:b/>
          <w:sz w:val="20"/>
        </w:rPr>
        <w:t>12. Severability</w:t>
      </w:r>
    </w:p>
    <w:p>
      <w:r>
        <w:rPr>
          <w:b w:val="0"/>
          <w:sz w:val="20"/>
        </w:rPr>
        <w:t>If any provision of this Agreement is found to be invalid, illegal, or unenforceable, the remaining provisions shall remain in full force and effect.</w:t>
      </w:r>
    </w:p>
    <w:p/>
    <w:p>
      <w:r>
        <w:rPr>
          <w:b/>
          <w:sz w:val="20"/>
        </w:rPr>
        <w:t>13. Notices</w:t>
      </w:r>
    </w:p>
    <w:p>
      <w:r>
        <w:rPr>
          <w:b w:val="0"/>
          <w:sz w:val="20"/>
        </w:rPr>
        <w:t>All notices under this Agreement shall be in writing and sent to the respective parties at the addresses provided above, by personal delivery, certified mail, or electronic mail with confirmation of receipt.</w:t>
      </w:r>
    </w:p>
    <w:p/>
    <w:p/>
    <w:p>
      <w:r>
        <w:rPr>
          <w:b/>
          <w:sz w:val="20"/>
        </w:rPr>
        <w:t>IN WITNESS WHEREOF, the parties have executed this Breeder Service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BREEDER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https://contract247-us.com/breeder-contract/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reed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