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CONTRACT PROPOSAL</w:t>
      </w:r>
    </w:p>
    <w:p/>
    <w:p/>
    <w:p>
      <w:r>
        <w:rPr>
          <w:b/>
          <w:sz w:val="20"/>
        </w:rPr>
        <w:t>Proposer Information:</w:t>
      </w:r>
    </w:p>
    <w:p>
      <w:r>
        <w:rPr>
          <w:b w:val="0"/>
          <w:sz w:val="20"/>
        </w:rPr>
        <w:t>Company Name: ____________________________________________________________</w:t>
      </w:r>
    </w:p>
    <w:p>
      <w:r>
        <w:rPr>
          <w:b w:val="0"/>
          <w:sz w:val="20"/>
        </w:rPr>
        <w:t>Authorized Representative: _______________________________________________</w:t>
      </w:r>
    </w:p>
    <w:p>
      <w:r>
        <w:rPr>
          <w:b w:val="0"/>
          <w:sz w:val="20"/>
        </w:rPr>
        <w:t>Title/Position: 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Company Name: ____________________________________________________________</w:t>
      </w:r>
    </w:p>
    <w:p>
      <w:r>
        <w:rPr>
          <w:b w:val="0"/>
          <w:sz w:val="20"/>
        </w:rPr>
        <w:t>Authorized Representative: _______________________________________________</w:t>
      </w:r>
    </w:p>
    <w:p>
      <w:r>
        <w:rPr>
          <w:b w:val="0"/>
          <w:sz w:val="20"/>
        </w:rPr>
        <w:t>Title/Position: 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1. Proposal Summary</w:t>
      </w:r>
    </w:p>
    <w:p>
      <w:r>
        <w:rPr>
          <w:b w:val="0"/>
          <w:sz w:val="20"/>
        </w:rPr>
        <w:t>The Proposer hereby presents this Business Contract Proposal (the “Proposal”) to the Recipient for consideration. This Proposal outlines the terms, conditions, and scope of the potential business relationship and services to be provided, subject to further negotiation and execution of a definitive agreement.</w:t>
      </w:r>
    </w:p>
    <w:p/>
    <w:p/>
    <w:p>
      <w:r>
        <w:rPr>
          <w:b/>
          <w:sz w:val="20"/>
        </w:rPr>
        <w:t>2. Scope of Services</w:t>
      </w:r>
    </w:p>
    <w:p>
      <w:r>
        <w:rPr>
          <w:b w:val="0"/>
          <w:sz w:val="20"/>
        </w:rPr>
        <w:t>The Proposer shall provide the following services and deliverables to the Recipient:</w:t>
      </w:r>
    </w:p>
    <w:p>
      <w:r>
        <w:rPr>
          <w:b w:val="0"/>
          <w:sz w:val="20"/>
        </w:rPr>
        <w:t>- ____________________________________________________________</w:t>
      </w:r>
    </w:p>
    <w:p>
      <w:r>
        <w:rPr>
          <w:b w:val="0"/>
          <w:sz w:val="20"/>
        </w:rPr>
        <w:t>- ____________________________________________________________</w:t>
      </w:r>
    </w:p>
    <w:p>
      <w:r>
        <w:rPr>
          <w:b w:val="0"/>
          <w:sz w:val="20"/>
        </w:rPr>
        <w:t>- ____________________________________________________________</w:t>
      </w:r>
    </w:p>
    <w:p>
      <w:r>
        <w:rPr>
          <w:b w:val="0"/>
          <w:sz w:val="20"/>
        </w:rPr>
        <w:t>The services shall be performed in accordance with industry standards and applicable laws and regulations.</w:t>
      </w:r>
    </w:p>
    <w:p/>
    <w:p/>
    <w:p>
      <w:r>
        <w:rPr>
          <w:b/>
          <w:sz w:val="20"/>
        </w:rPr>
        <w:t>3. Timeline and Deliverables</w:t>
      </w:r>
    </w:p>
    <w:p>
      <w:r>
        <w:rPr>
          <w:b w:val="0"/>
          <w:sz w:val="20"/>
        </w:rPr>
        <w:t>The anticipated timeline for completion of the services is as follows:</w:t>
      </w:r>
    </w:p>
    <w:p>
      <w:r>
        <w:rPr>
          <w:b w:val="0"/>
          <w:sz w:val="20"/>
        </w:rPr>
        <w:t>- Project Start Date: __________________________________________</w:t>
      </w:r>
    </w:p>
    <w:p>
      <w:r>
        <w:rPr>
          <w:b w:val="0"/>
          <w:sz w:val="20"/>
        </w:rPr>
        <w:t>- Milestone 1: _______________________________________________</w:t>
      </w:r>
    </w:p>
    <w:p>
      <w:r>
        <w:rPr>
          <w:b w:val="0"/>
          <w:sz w:val="20"/>
        </w:rPr>
        <w:t>- Milestone 2: _______________________________________________</w:t>
      </w:r>
    </w:p>
    <w:p>
      <w:r>
        <w:rPr>
          <w:b w:val="0"/>
          <w:sz w:val="20"/>
        </w:rPr>
        <w:t>- Final Delivery: ____________________________________________</w:t>
      </w:r>
    </w:p>
    <w:p>
      <w:r>
        <w:rPr>
          <w:b w:val="0"/>
          <w:sz w:val="20"/>
        </w:rPr>
        <w:t>The Proposer agrees to exert commercially reasonable efforts to meet these deadlines.</w:t>
      </w:r>
    </w:p>
    <w:p/>
    <w:p/>
    <w:p>
      <w:r>
        <w:rPr>
          <w:b/>
          <w:sz w:val="20"/>
        </w:rPr>
        <w:t>4. Compensation and Payment Terms</w:t>
      </w:r>
    </w:p>
    <w:p>
      <w:r>
        <w:rPr>
          <w:b w:val="0"/>
          <w:sz w:val="20"/>
        </w:rPr>
        <w:t>The Recipient agrees to compensate the Proposer as follows:</w:t>
      </w:r>
    </w:p>
    <w:p>
      <w:r>
        <w:rPr>
          <w:b w:val="0"/>
          <w:sz w:val="20"/>
        </w:rPr>
        <w:t>Total Fee: $________________</w:t>
      </w:r>
    </w:p>
    <w:p>
      <w:r>
        <w:rPr>
          <w:b w:val="0"/>
          <w:sz w:val="20"/>
        </w:rPr>
        <w:t>Payment Schedule:</w:t>
      </w:r>
    </w:p>
    <w:p>
      <w:r>
        <w:rPr>
          <w:b w:val="0"/>
          <w:sz w:val="20"/>
        </w:rPr>
        <w:t>- Deposit upon signing: $________________</w:t>
      </w:r>
    </w:p>
    <w:p>
      <w:r>
        <w:rPr>
          <w:b w:val="0"/>
          <w:sz w:val="20"/>
        </w:rPr>
        <w:t>- Progress Payment 1: $________________</w:t>
      </w:r>
    </w:p>
    <w:p>
      <w:r>
        <w:rPr>
          <w:b w:val="0"/>
          <w:sz w:val="20"/>
        </w:rPr>
        <w:t>- Final Payment upon completion: $________________</w:t>
      </w:r>
    </w:p>
    <w:p>
      <w:r>
        <w:rPr>
          <w:b w:val="0"/>
          <w:sz w:val="20"/>
        </w:rPr>
        <w:t>All payments shall be made within thirty (30) days of invoice receipt unless otherwise agreed in writing.</w:t>
      </w:r>
    </w:p>
    <w:p/>
    <w:p/>
    <w:p>
      <w:r>
        <w:rPr>
          <w:b/>
          <w:sz w:val="20"/>
        </w:rPr>
        <w:t>5. Confidentiality</w:t>
      </w:r>
    </w:p>
    <w:p>
      <w:r>
        <w:rPr>
          <w:b w:val="0"/>
          <w:sz w:val="20"/>
        </w:rPr>
        <w:t>Both parties agree to maintain the confidentiality of all proprietary, confidential, or trade secret information disclosed during the negotiation and execution of this Proposal and any subsequent agreement. This obligation shall survive termination of this Proposal or any related agreement.</w:t>
      </w:r>
    </w:p>
    <w:p/>
    <w:p/>
    <w:p>
      <w:r>
        <w:rPr>
          <w:b/>
          <w:sz w:val="20"/>
        </w:rPr>
        <w:t>6. Intellectual Property Rights</w:t>
      </w:r>
    </w:p>
    <w:p>
      <w:r>
        <w:rPr>
          <w:b w:val="0"/>
          <w:sz w:val="20"/>
        </w:rPr>
        <w:t>Unless otherwise agreed in writing, all intellectual property rights arising from the services performed by the Proposer shall be the sole property of the Recipient upon full payment. The Proposer retains ownership of any pre-existing materials and tools used in the performance of the services.</w:t>
      </w:r>
    </w:p>
    <w:p/>
    <w:p/>
    <w:p>
      <w:r>
        <w:rPr>
          <w:b/>
          <w:sz w:val="20"/>
        </w:rPr>
        <w:t>7. Warranties and Representations</w:t>
      </w:r>
    </w:p>
    <w:p>
      <w:r>
        <w:rPr>
          <w:b w:val="0"/>
          <w:sz w:val="20"/>
        </w:rPr>
        <w:t>The Proposer represents and warrants that it has the full right, power, and authority to enter into this Proposal and perform the services. Services will be performed in a professional and workmanlike manner consistent with industry standards. Except as expressly stated herein, the Proposer makes no other warranties, express or implied.</w:t>
      </w:r>
    </w:p>
    <w:p/>
    <w:p/>
    <w:p>
      <w:r>
        <w:rPr>
          <w:b/>
          <w:sz w:val="20"/>
        </w:rPr>
        <w:t>8. Limitation of Liability</w:t>
      </w:r>
    </w:p>
    <w:p>
      <w:r>
        <w:rPr>
          <w:b w:val="0"/>
          <w:sz w:val="20"/>
        </w:rPr>
        <w:t>Neither party shall be liable to the other for any indirect, incidental, consequential, special, or punitive damages arising out of or related to this Proposal or any ensuing agreement, regardless of legal theory, even if advised of the possibility of such damages. The maximum liability of the Proposer shall not exceed the total fees paid by the Recipient under this Proposal.</w:t>
      </w:r>
    </w:p>
    <w:p/>
    <w:p/>
    <w:p>
      <w:r>
        <w:rPr>
          <w:b/>
          <w:sz w:val="20"/>
        </w:rPr>
        <w:t>9. Termination</w:t>
      </w:r>
    </w:p>
    <w:p>
      <w:r>
        <w:rPr>
          <w:b w:val="0"/>
          <w:sz w:val="20"/>
        </w:rPr>
        <w:t>Either party may terminate this Proposal by written notice in the event of a material breach by the other party, provided the breaching party fails to cure such breach within fifteen (15) days of receipt of notice. Upon termination, the Recipient shall pay the Proposer for all services rendered and expenses incurred through the effective date of termination.</w:t>
      </w:r>
    </w:p>
    <w:p/>
    <w:p/>
    <w:p>
      <w:r>
        <w:rPr>
          <w:b/>
          <w:sz w:val="20"/>
        </w:rPr>
        <w:t>10. Governing Law and Jurisdiction</w:t>
      </w:r>
    </w:p>
    <w:p>
      <w:r>
        <w:rPr>
          <w:b w:val="0"/>
          <w:sz w:val="20"/>
        </w:rPr>
        <w:t>This Proposal and any contractual relationship arising herefrom shall be governed by and construed in accordance with the laws of the State of ____________________, United States of America, without regard to its conflict of laws principles. Any disputes shall be resolved exclusively in the state or federal courts located within ____________________ County, State of ____________________.</w:t>
      </w:r>
    </w:p>
    <w:p/>
    <w:p/>
    <w:p>
      <w:r>
        <w:rPr>
          <w:b/>
          <w:sz w:val="20"/>
        </w:rPr>
        <w:t>11. Entire Agreement</w:t>
      </w:r>
    </w:p>
    <w:p>
      <w:r>
        <w:rPr>
          <w:b w:val="0"/>
          <w:sz w:val="20"/>
        </w:rPr>
        <w:t>This Proposal constitutes the entire understanding between the parties regarding its subject matter and supersedes all prior oral or written agreements, representations, or understandings. Any amendments or modifications must be made in writing and signed by authorized representatives of both parties.</w:t>
      </w:r>
    </w:p>
    <w:p/>
    <w:p/>
    <w:p>
      <w:r>
        <w:rPr>
          <w:b/>
          <w:sz w:val="20"/>
        </w:rPr>
        <w:t>12. Notices</w:t>
      </w:r>
    </w:p>
    <w:p>
      <w:r>
        <w:rPr>
          <w:b w:val="0"/>
          <w:sz w:val="20"/>
        </w:rPr>
        <w:t>All notices required or permitted under this Proposal shall be in writing and delivered by hand, certified mail, or recognized overnight courier service to the addresses stated above or to such other addresses as either party may designate by notice.</w:t>
      </w:r>
    </w:p>
    <w:p/>
    <w:p/>
    <w:p>
      <w:r>
        <w:rPr>
          <w:b/>
          <w:sz w:val="20"/>
        </w:rPr>
        <w:t>Acceptance of Proposal:</w:t>
      </w:r>
    </w:p>
    <w:p>
      <w:r>
        <w:rPr>
          <w:b w:val="0"/>
          <w:sz w:val="20"/>
        </w:rPr>
        <w:t>The undersigned, having read and understood this Business Contract Proposal, agree to the terms and conditions set forth herein and signify acceptance by their signatures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PROPOSER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https://contract247-us.com/business-contract-proposal/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usiness-contract-proposal/"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