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CLASS ENROLLMENT AND PARTICIPATION AGREEMENT</w:t>
      </w:r>
    </w:p>
    <w:p/>
    <w:p/>
    <w:p>
      <w:r>
        <w:rPr>
          <w:b/>
          <w:sz w:val="20"/>
        </w:rPr>
        <w:t>This Class Contract (the “Agreement”) is entered into by and between:</w:t>
      </w:r>
    </w:p>
    <w:p>
      <w:r>
        <w:rPr>
          <w:b w:val="0"/>
          <w:sz w:val="20"/>
        </w:rPr>
        <w:t>Instructor Name: ______________________________________________________</w:t>
      </w:r>
    </w:p>
    <w:p>
      <w:r>
        <w:rPr>
          <w:b w:val="0"/>
          <w:sz w:val="20"/>
        </w:rPr>
        <w:t>Institution/Organization: 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Student Name: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2"/>
        </w:rPr>
        <w:t>RECITALS</w:t>
      </w:r>
    </w:p>
    <w:p>
      <w:r>
        <w:rPr>
          <w:b w:val="0"/>
          <w:sz w:val="20"/>
        </w:rPr>
        <w:t>WHEREAS, the Instructor offers educational classes and training as described herein;</w:t>
      </w:r>
    </w:p>
    <w:p>
      <w:r>
        <w:rPr>
          <w:b w:val="0"/>
          <w:sz w:val="20"/>
        </w:rPr>
        <w:t>WHEREAS, the Student wishes to enroll and participate in the class under the terms set forth;</w:t>
      </w:r>
    </w:p>
    <w:p/>
    <w:p>
      <w:r>
        <w:rPr>
          <w:b/>
          <w:sz w:val="22"/>
        </w:rPr>
        <w:t>1. DEFINITIONS</w:t>
      </w:r>
    </w:p>
    <w:p>
      <w:r>
        <w:rPr>
          <w:b w:val="0"/>
          <w:sz w:val="20"/>
        </w:rPr>
        <w:t>“Class” means the educational course titled: ________________________________.</w:t>
      </w:r>
    </w:p>
    <w:p>
      <w:r>
        <w:rPr>
          <w:b w:val="0"/>
          <w:sz w:val="20"/>
        </w:rPr>
        <w:t>“Instructor” means the individual or entity conducting the Class.</w:t>
      </w:r>
    </w:p>
    <w:p>
      <w:r>
        <w:rPr>
          <w:b w:val="0"/>
          <w:sz w:val="20"/>
        </w:rPr>
        <w:t>“Student” means the individual enrolling and participating in the Class.</w:t>
      </w:r>
    </w:p>
    <w:p/>
    <w:p>
      <w:r>
        <w:rPr>
          <w:b/>
          <w:sz w:val="22"/>
        </w:rPr>
        <w:t>2. ENROLLMENT AND CLASS DETAILS</w:t>
      </w:r>
    </w:p>
    <w:p>
      <w:r>
        <w:rPr>
          <w:b w:val="0"/>
          <w:sz w:val="20"/>
        </w:rPr>
        <w:t>2.1 The Student hereby enrolls in the Class and agrees to comply with all rules and requirements.</w:t>
      </w:r>
    </w:p>
    <w:p>
      <w:r>
        <w:rPr>
          <w:b w:val="0"/>
          <w:sz w:val="20"/>
        </w:rPr>
        <w:t>2.2 Class Location: ______________________________________________________</w:t>
      </w:r>
    </w:p>
    <w:p>
      <w:r>
        <w:rPr>
          <w:b w:val="0"/>
          <w:sz w:val="20"/>
        </w:rPr>
        <w:t>2.3 Class Schedule: _____________________________________________________</w:t>
      </w:r>
    </w:p>
    <w:p>
      <w:r>
        <w:rPr>
          <w:b w:val="0"/>
          <w:sz w:val="20"/>
        </w:rPr>
        <w:t>2.4 Duration: ___________________________________________________________</w:t>
      </w:r>
    </w:p>
    <w:p/>
    <w:p>
      <w:r>
        <w:rPr>
          <w:b/>
          <w:sz w:val="22"/>
        </w:rPr>
        <w:t>3. FEES AND PAYMENT</w:t>
      </w:r>
    </w:p>
    <w:p>
      <w:r>
        <w:rPr>
          <w:b w:val="0"/>
          <w:sz w:val="20"/>
        </w:rPr>
        <w:t>3.1 Tuition Fee: $__________________ payable by the Student to the Instructor.</w:t>
      </w:r>
    </w:p>
    <w:p>
      <w:r>
        <w:rPr>
          <w:b w:val="0"/>
          <w:sz w:val="20"/>
        </w:rPr>
        <w:t>3.2 Payment Method: ___________________________________________________</w:t>
      </w:r>
    </w:p>
    <w:p>
      <w:r>
        <w:rPr>
          <w:b w:val="0"/>
          <w:sz w:val="20"/>
        </w:rPr>
        <w:t>3.3 Payment Deadlines: __________________________________________________</w:t>
      </w:r>
    </w:p>
    <w:p>
      <w:r>
        <w:rPr>
          <w:b w:val="0"/>
          <w:sz w:val="20"/>
        </w:rPr>
        <w:t>3.4 Late payments may incur additional fees or result in termination of enrollment.</w:t>
      </w:r>
    </w:p>
    <w:p/>
    <w:p>
      <w:r>
        <w:rPr>
          <w:b/>
          <w:sz w:val="22"/>
        </w:rPr>
        <w:t>4. STUDENT OBLIGATIONS</w:t>
      </w:r>
    </w:p>
    <w:p>
      <w:r>
        <w:rPr>
          <w:b w:val="0"/>
          <w:sz w:val="20"/>
        </w:rPr>
        <w:t>4.1 The Student agrees to attend all classes punctually and participate actively.</w:t>
      </w:r>
    </w:p>
    <w:p>
      <w:r>
        <w:rPr>
          <w:b w:val="0"/>
          <w:sz w:val="20"/>
        </w:rPr>
        <w:t>4.2 The Student shall complete all assignments, projects, and exams as required.</w:t>
      </w:r>
    </w:p>
    <w:p>
      <w:r>
        <w:rPr>
          <w:b w:val="0"/>
          <w:sz w:val="20"/>
        </w:rPr>
        <w:t>4.3 The Student agrees to abide by the Institution’s code of conduct and policies.</w:t>
      </w:r>
    </w:p>
    <w:p>
      <w:r>
        <w:rPr>
          <w:b w:val="0"/>
          <w:sz w:val="20"/>
        </w:rPr>
        <w:t>4.4 The Student must notify the Instructor promptly of any absences or issues.</w:t>
      </w:r>
    </w:p>
    <w:p/>
    <w:p>
      <w:r>
        <w:rPr>
          <w:b/>
          <w:sz w:val="22"/>
        </w:rPr>
        <w:t>5. INSTRUCTOR OBLIGATIONS</w:t>
      </w:r>
    </w:p>
    <w:p>
      <w:r>
        <w:rPr>
          <w:b w:val="0"/>
          <w:sz w:val="20"/>
        </w:rPr>
        <w:t>5.1 The Instructor agrees to provide instructional services with reasonable skill and care.</w:t>
      </w:r>
    </w:p>
    <w:p>
      <w:r>
        <w:rPr>
          <w:b w:val="0"/>
          <w:sz w:val="20"/>
        </w:rPr>
        <w:t>5.2 The Instructor shall provide necessary materials and evaluate the Student’s progress.</w:t>
      </w:r>
    </w:p>
    <w:p>
      <w:r>
        <w:rPr>
          <w:b w:val="0"/>
          <w:sz w:val="20"/>
        </w:rPr>
        <w:t>5.3 The Instructor shall be available for reasonable consultation and support.</w:t>
      </w:r>
    </w:p>
    <w:p/>
    <w:p>
      <w:r>
        <w:rPr>
          <w:b/>
          <w:sz w:val="22"/>
        </w:rPr>
        <w:t>6. INTELLECTUAL PROPERTY</w:t>
      </w:r>
    </w:p>
    <w:p>
      <w:r>
        <w:rPr>
          <w:b w:val="0"/>
          <w:sz w:val="20"/>
        </w:rPr>
        <w:t>6.1 All course materials provided by the Instructor are protected by copyright laws.</w:t>
      </w:r>
    </w:p>
    <w:p>
      <w:r>
        <w:rPr>
          <w:b w:val="0"/>
          <w:sz w:val="20"/>
        </w:rPr>
        <w:t>6.2 The Student shall not reproduce, distribute, or use materials for commercial purposes without permission.</w:t>
      </w:r>
    </w:p>
    <w:p/>
    <w:p>
      <w:r>
        <w:rPr>
          <w:b/>
          <w:sz w:val="22"/>
        </w:rPr>
        <w:t>7. CONFIDENTIALITY</w:t>
      </w:r>
    </w:p>
    <w:p>
      <w:r>
        <w:rPr>
          <w:b w:val="0"/>
          <w:sz w:val="20"/>
        </w:rPr>
        <w:t>7.1 Both parties agree to maintain confidentiality of any proprietary or sensitive information disclosed during the Class.</w:t>
      </w:r>
    </w:p>
    <w:p/>
    <w:p>
      <w:r>
        <w:rPr>
          <w:b/>
          <w:sz w:val="22"/>
        </w:rPr>
        <w:t>8. CANCELLATION AND REFUND POLICY</w:t>
      </w:r>
    </w:p>
    <w:p>
      <w:r>
        <w:rPr>
          <w:b w:val="0"/>
          <w:sz w:val="20"/>
        </w:rPr>
        <w:t>8.1 The Student may cancel enrollment by providing written notice to the Instructor.</w:t>
      </w:r>
    </w:p>
    <w:p>
      <w:r>
        <w:rPr>
          <w:b w:val="0"/>
          <w:sz w:val="20"/>
        </w:rPr>
        <w:t>8.2 Refunds shall be provided according to the following schedule and conditions:</w:t>
      </w:r>
    </w:p>
    <w:p>
      <w:r>
        <w:rPr>
          <w:b w:val="0"/>
          <w:sz w:val="20"/>
        </w:rPr>
        <w:t xml:space="preserve">    - Cancellation ___ days before start: Full refund minus processing fees.</w:t>
      </w:r>
    </w:p>
    <w:p>
      <w:r>
        <w:rPr>
          <w:b w:val="0"/>
          <w:sz w:val="20"/>
        </w:rPr>
        <w:t xml:space="preserve">    - Cancellation less than ___ days before start: Partial refund as agreed.</w:t>
      </w:r>
    </w:p>
    <w:p>
      <w:r>
        <w:rPr>
          <w:b w:val="0"/>
          <w:sz w:val="20"/>
        </w:rPr>
        <w:t>8.3 The Instructor reserves the right to cancel or reschedule classes with notice and full refund or credit.</w:t>
      </w:r>
    </w:p>
    <w:p/>
    <w:p>
      <w:r>
        <w:rPr>
          <w:b/>
          <w:sz w:val="22"/>
        </w:rPr>
        <w:t>9. LIABILITY AND INDEMNIFICATION</w:t>
      </w:r>
    </w:p>
    <w:p>
      <w:r>
        <w:rPr>
          <w:b w:val="0"/>
          <w:sz w:val="20"/>
        </w:rPr>
        <w:t>9.1 The Student participates in the Class at their own risk. The Instructor is not liable for any personal injury, loss, or damage incurred.</w:t>
      </w:r>
    </w:p>
    <w:p>
      <w:r>
        <w:rPr>
          <w:b w:val="0"/>
          <w:sz w:val="20"/>
        </w:rPr>
        <w:t>9.2 The Student agrees to indemnify and hold harmless the Instructor and Institution against any claims arising from Student’s conduct.</w:t>
      </w:r>
    </w:p>
    <w:p/>
    <w:p>
      <w:r>
        <w:rPr>
          <w:b/>
          <w:sz w:val="22"/>
        </w:rPr>
        <w:t>10. TERM AND TERMINATION</w:t>
      </w:r>
    </w:p>
    <w:p>
      <w:r>
        <w:rPr>
          <w:b w:val="0"/>
          <w:sz w:val="20"/>
        </w:rPr>
        <w:t>10.1 This Agreement commences upon execution and continues until completion of the Class or termination.</w:t>
      </w:r>
    </w:p>
    <w:p>
      <w:r>
        <w:rPr>
          <w:b w:val="0"/>
          <w:sz w:val="20"/>
        </w:rPr>
        <w:t>10.2 Either party may terminate this Agreement by written notice upon material breach by the other party.</w:t>
      </w:r>
    </w:p>
    <w:p>
      <w:r>
        <w:rPr>
          <w:b w:val="0"/>
          <w:sz w:val="20"/>
        </w:rPr>
        <w:t>10.3 Termination shall not relieve the Student from payment obligations accrued prior to termination.</w:t>
      </w:r>
    </w:p>
    <w:p/>
    <w:p>
      <w:r>
        <w:rPr>
          <w:b/>
          <w:sz w:val="22"/>
        </w:rPr>
        <w:t>11. GOVERNING LAW AND DISPUTE RESOLUTION</w:t>
      </w:r>
    </w:p>
    <w:p>
      <w:r>
        <w:rPr>
          <w:b w:val="0"/>
          <w:sz w:val="20"/>
        </w:rPr>
        <w:t>11.1 This Agreement shall be governed by and construed in accordance with the laws of the State of __________, United States of America.</w:t>
      </w:r>
    </w:p>
    <w:p>
      <w:r>
        <w:rPr>
          <w:b w:val="0"/>
          <w:sz w:val="20"/>
        </w:rPr>
        <w:t>11.2 Any disputes arising out of or in connection with this Agreement shall be resolved by good faith negotiation.</w:t>
      </w:r>
    </w:p>
    <w:p>
      <w:r>
        <w:rPr>
          <w:b w:val="0"/>
          <w:sz w:val="20"/>
        </w:rPr>
        <w:t>11.3 If negotiation fails, disputes shall be submitted to binding arbitration in the location agreed by the parties.</w:t>
      </w:r>
    </w:p>
    <w:p/>
    <w:p>
      <w:r>
        <w:rPr>
          <w:b/>
          <w:sz w:val="22"/>
        </w:rPr>
        <w:t>12. ENTIRE AGREEMENT</w:t>
      </w:r>
    </w:p>
    <w:p>
      <w:r>
        <w:rPr>
          <w:b w:val="0"/>
          <w:sz w:val="20"/>
        </w:rPr>
        <w:t>This Agreement constitutes the entire understanding between the parties with respect to the subject matter herein and supersedes all prior agreements or understandings.</w:t>
      </w:r>
    </w:p>
    <w:p/>
    <w:p>
      <w:r>
        <w:rPr>
          <w:b/>
          <w:sz w:val="22"/>
        </w:rPr>
        <w:t>13. AMENDMENTS</w:t>
      </w:r>
    </w:p>
    <w:p>
      <w:r>
        <w:rPr>
          <w:b w:val="0"/>
          <w:sz w:val="20"/>
        </w:rPr>
        <w:t>No amendment or modification of this Agreement shall be valid unless in writing and signed by both parties.</w:t>
      </w:r>
    </w:p>
    <w:p/>
    <w:p>
      <w:r>
        <w:rPr>
          <w:b/>
          <w:sz w:val="22"/>
        </w:rPr>
        <w:t>14. SEVERABILITY</w:t>
      </w:r>
    </w:p>
    <w:p>
      <w:r>
        <w:rPr>
          <w:b w:val="0"/>
          <w:sz w:val="20"/>
        </w:rPr>
        <w:t>If any provision of this Agreement is found invalid or unenforceable, the remainder shall continue in full force and effect.</w:t>
      </w:r>
    </w:p>
    <w:p/>
    <w:p/>
    <w:p>
      <w:r>
        <w:rPr>
          <w:b w:val="0"/>
          <w:sz w:val="20"/>
        </w:rPr>
        <w:t>Place of Signing: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INSTRUCTOR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https://contract247-us.com/class-contract/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class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