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COMMERCIAL CLEANING SERVICES AGREEMENT</w:t>
      </w:r>
    </w:p>
    <w:p/>
    <w:p>
      <w:r>
        <w:rPr>
          <w:b/>
          <w:sz w:val="20"/>
        </w:rPr>
        <w:t>This Commercial Cleaning Services Agreement (the "Agreement") is entered into by and between:</w:t>
      </w:r>
    </w:p>
    <w:p/>
    <w:p>
      <w:r>
        <w:rPr>
          <w:b/>
          <w:sz w:val="20"/>
        </w:rPr>
        <w:t>Service Provider Information:</w:t>
      </w:r>
    </w:p>
    <w:p>
      <w:r>
        <w:rPr>
          <w:b w:val="0"/>
          <w:sz w:val="20"/>
        </w:rPr>
        <w:t>Legal Business Name: __________________________________________________________</w:t>
      </w:r>
    </w:p>
    <w:p>
      <w:r>
        <w:rPr>
          <w:b w:val="0"/>
          <w:sz w:val="20"/>
        </w:rPr>
        <w:t>Type of Business Entity: ______________________________________________________</w:t>
      </w:r>
    </w:p>
    <w:p>
      <w:r>
        <w:rPr>
          <w:b w:val="0"/>
          <w:sz w:val="20"/>
        </w:rPr>
        <w:t>Business Address: ______________________________________________________________</w:t>
      </w:r>
    </w:p>
    <w:p>
      <w:r>
        <w:rPr>
          <w:b w:val="0"/>
          <w:sz w:val="20"/>
        </w:rPr>
        <w:t>Phone Number: _________________________________________________________________</w:t>
      </w:r>
    </w:p>
    <w:p>
      <w:r>
        <w:rPr>
          <w:b w:val="0"/>
          <w:sz w:val="20"/>
        </w:rPr>
        <w:t>Email Address: _________________________________________________________________</w:t>
      </w:r>
    </w:p>
    <w:p/>
    <w:p>
      <w:r>
        <w:rPr>
          <w:b/>
          <w:sz w:val="20"/>
        </w:rPr>
        <w:t>Client Information:</w:t>
      </w:r>
    </w:p>
    <w:p>
      <w:r>
        <w:rPr>
          <w:b w:val="0"/>
          <w:sz w:val="20"/>
        </w:rPr>
        <w:t>Legal Name/Business Name: _____________________________________________________</w:t>
      </w:r>
    </w:p>
    <w:p>
      <w:r>
        <w:rPr>
          <w:b w:val="0"/>
          <w:sz w:val="20"/>
        </w:rPr>
        <w:t>Business Address: ______________________________________________________________</w:t>
      </w:r>
    </w:p>
    <w:p>
      <w:r>
        <w:rPr>
          <w:b w:val="0"/>
          <w:sz w:val="20"/>
        </w:rPr>
        <w:t>Phone Number: _________________________________________________________________</w:t>
      </w:r>
    </w:p>
    <w:p>
      <w:r>
        <w:rPr>
          <w:b w:val="0"/>
          <w:sz w:val="20"/>
        </w:rPr>
        <w:t>Email Address: _________________________________________________________________</w:t>
      </w:r>
    </w:p>
    <w:p/>
    <w:p>
      <w:r>
        <w:rPr>
          <w:b/>
          <w:sz w:val="20"/>
        </w:rPr>
        <w:t>RECITALS</w:t>
      </w:r>
    </w:p>
    <w:p>
      <w:r>
        <w:rPr>
          <w:b w:val="0"/>
          <w:sz w:val="20"/>
        </w:rPr>
        <w:t>WHEREAS, Service Provider is engaged in the business of providing commercial cleaning services;</w:t>
      </w:r>
    </w:p>
    <w:p>
      <w:r>
        <w:rPr>
          <w:b w:val="0"/>
          <w:sz w:val="20"/>
        </w:rPr>
        <w:t>WHEREAS, Client desires to retain Service Provider to perform such services under the terms and conditions set forth in this Agreement;</w:t>
      </w:r>
    </w:p>
    <w:p>
      <w:r>
        <w:rPr>
          <w:b w:val="0"/>
          <w:sz w:val="20"/>
        </w:rPr>
        <w:t>NOW, THEREFORE, in consideration of the mutual covenants contained herein, the parties agree as follows:</w:t>
      </w:r>
    </w:p>
    <w:p/>
    <w:p>
      <w:r>
        <w:rPr>
          <w:b/>
          <w:sz w:val="20"/>
        </w:rPr>
        <w:t>1. SCOPE OF SERVICES</w:t>
      </w:r>
    </w:p>
    <w:p>
      <w:r>
        <w:rPr>
          <w:b w:val="0"/>
          <w:sz w:val="20"/>
        </w:rPr>
        <w:t>Service Provider agrees to provide commercial cleaning services (the "Services") as specified in this Agreement and any attached schedules or exhibits, including but not limited to:</w:t>
      </w:r>
    </w:p>
    <w:p>
      <w:r>
        <w:rPr>
          <w:b w:val="0"/>
          <w:sz w:val="20"/>
        </w:rPr>
        <w:t>- General cleaning of offices, restrooms, common areas, and other Client premises as applicable.</w:t>
      </w:r>
    </w:p>
    <w:p>
      <w:r>
        <w:rPr>
          <w:b w:val="0"/>
          <w:sz w:val="20"/>
        </w:rPr>
        <w:t>- Trash removal, dusting, vacuuming, mopping, floor care, window cleaning, and other related services.</w:t>
      </w:r>
    </w:p>
    <w:p>
      <w:r>
        <w:rPr>
          <w:b w:val="0"/>
          <w:sz w:val="20"/>
        </w:rPr>
        <w:t>- Use of appropriate cleaning supplies, equipment, and personnel qualified for the tasks.</w:t>
      </w:r>
    </w:p>
    <w:p>
      <w:r>
        <w:rPr>
          <w:b w:val="0"/>
          <w:sz w:val="20"/>
        </w:rPr>
        <w:t>Any additional services must be agreed upon in writing by both parties prior to performance.</w:t>
      </w:r>
    </w:p>
    <w:p/>
    <w:p>
      <w:r>
        <w:rPr>
          <w:b/>
          <w:sz w:val="20"/>
        </w:rPr>
        <w:t>2. SERVICE SCHEDULE</w:t>
      </w:r>
    </w:p>
    <w:p>
      <w:r>
        <w:rPr>
          <w:b w:val="0"/>
          <w:sz w:val="20"/>
        </w:rPr>
        <w:t>Cleaning services will be performed according to the following schedule:</w:t>
      </w:r>
    </w:p>
    <w:p>
      <w:r>
        <w:rPr>
          <w:b w:val="0"/>
          <w:sz w:val="20"/>
        </w:rPr>
        <w:t>- Days of service: _______________________________________________________________</w:t>
      </w:r>
    </w:p>
    <w:p>
      <w:r>
        <w:rPr>
          <w:b w:val="0"/>
          <w:sz w:val="20"/>
        </w:rPr>
        <w:t>- Hours of service: ______________________________________________________________</w:t>
      </w:r>
    </w:p>
    <w:p>
      <w:r>
        <w:rPr>
          <w:b w:val="0"/>
          <w:sz w:val="20"/>
        </w:rPr>
        <w:t>- Frequency: ___________________________________________________________________</w:t>
      </w:r>
    </w:p>
    <w:p>
      <w:r>
        <w:rPr>
          <w:b w:val="0"/>
          <w:sz w:val="20"/>
        </w:rPr>
        <w:t>Service Provider shall notify Client in advance of any changes to the schedule and obtain approval for material modifications.</w:t>
      </w:r>
    </w:p>
    <w:p/>
    <w:p>
      <w:r>
        <w:rPr>
          <w:b/>
          <w:sz w:val="20"/>
        </w:rPr>
        <w:t>3. TERM AND TERMINATION</w:t>
      </w:r>
    </w:p>
    <w:p>
      <w:r>
        <w:rPr>
          <w:b w:val="0"/>
          <w:sz w:val="20"/>
        </w:rPr>
        <w:t>This Agreement shall commence upon execution and continue until terminated by either party with a written notice of at least thirty (30) days.</w:t>
      </w:r>
    </w:p>
    <w:p>
      <w:r>
        <w:rPr>
          <w:b w:val="0"/>
          <w:sz w:val="20"/>
        </w:rPr>
        <w:t>Either party may terminate this Agreement immediately for cause if the other party breaches any material term and fails to cure the breach within ten (10) days of notice.</w:t>
      </w:r>
    </w:p>
    <w:p>
      <w:r>
        <w:rPr>
          <w:b w:val="0"/>
          <w:sz w:val="20"/>
        </w:rPr>
        <w:t>Upon termination, Service Provider shall complete any services in progress and return all Client property.</w:t>
      </w:r>
    </w:p>
    <w:p/>
    <w:p>
      <w:r>
        <w:rPr>
          <w:b/>
          <w:sz w:val="20"/>
        </w:rPr>
        <w:t>4. COMPENSATION AND PAYMENT TERMS</w:t>
      </w:r>
    </w:p>
    <w:p>
      <w:r>
        <w:rPr>
          <w:b w:val="0"/>
          <w:sz w:val="20"/>
        </w:rPr>
        <w:t>Client agrees to pay Service Provider as follows:</w:t>
      </w:r>
    </w:p>
    <w:p>
      <w:r>
        <w:rPr>
          <w:b w:val="0"/>
          <w:sz w:val="20"/>
        </w:rPr>
        <w:t>- Service Fee: $________________ per cleaning visit / per hour / per month (specify)</w:t>
      </w:r>
    </w:p>
    <w:p>
      <w:r>
        <w:rPr>
          <w:b w:val="0"/>
          <w:sz w:val="20"/>
        </w:rPr>
        <w:t>- Additional Charges: Any extra services or supplies requested by Client and not covered in the base fee will be billed separately.</w:t>
      </w:r>
    </w:p>
    <w:p>
      <w:r>
        <w:rPr>
          <w:b w:val="0"/>
          <w:sz w:val="20"/>
        </w:rPr>
        <w:t>Invoices shall be issued _______________________________________________________________.</w:t>
      </w:r>
    </w:p>
    <w:p>
      <w:r>
        <w:rPr>
          <w:b w:val="0"/>
          <w:sz w:val="20"/>
        </w:rPr>
        <w:t>Payment is due within thirty (30) days of invoice date unless otherwise stated in writing.</w:t>
      </w:r>
    </w:p>
    <w:p>
      <w:r>
        <w:rPr>
          <w:b w:val="0"/>
          <w:sz w:val="20"/>
        </w:rPr>
        <w:t>Late payments will incur interest at the rate of 1.5% per month or the maximum allowed by law, whichever is less.</w:t>
      </w:r>
    </w:p>
    <w:p/>
    <w:p>
      <w:r>
        <w:rPr>
          <w:b/>
          <w:sz w:val="20"/>
        </w:rPr>
        <w:t>5. SUPPLIES AND EQUIPMENT</w:t>
      </w:r>
    </w:p>
    <w:p>
      <w:r>
        <w:rPr>
          <w:b w:val="0"/>
          <w:sz w:val="20"/>
        </w:rPr>
        <w:t>Service Provider will provide all necessary cleaning supplies and equipment unless otherwise agreed.</w:t>
      </w:r>
    </w:p>
    <w:p>
      <w:r>
        <w:rPr>
          <w:b w:val="0"/>
          <w:sz w:val="20"/>
        </w:rPr>
        <w:t>Service Provider warrants that all products used comply with applicable safety and environmental regulations.</w:t>
      </w:r>
    </w:p>
    <w:p>
      <w:r>
        <w:rPr>
          <w:b w:val="0"/>
          <w:sz w:val="20"/>
        </w:rPr>
        <w:t>Client may request the use of specific products or equipment, subject to Service Provider’s approval.</w:t>
      </w:r>
    </w:p>
    <w:p/>
    <w:p>
      <w:r>
        <w:rPr>
          <w:b/>
          <w:sz w:val="20"/>
        </w:rPr>
        <w:t>6. SERVICE PROVIDER PERSONNEL</w:t>
      </w:r>
    </w:p>
    <w:p>
      <w:r>
        <w:rPr>
          <w:b w:val="0"/>
          <w:sz w:val="20"/>
        </w:rPr>
        <w:t>Service Provider shall employ qualified and trained personnel to perform the Services in a professional and workmanlike manner.</w:t>
      </w:r>
    </w:p>
    <w:p>
      <w:r>
        <w:rPr>
          <w:b w:val="0"/>
          <w:sz w:val="20"/>
        </w:rPr>
        <w:t>Service Provider is responsible for all wages, taxes, insurance, and benefits of its employees or subcontractors.</w:t>
      </w:r>
    </w:p>
    <w:p>
      <w:r>
        <w:rPr>
          <w:b w:val="0"/>
          <w:sz w:val="20"/>
        </w:rPr>
        <w:t>Service Provider shall ensure personnel conduct themselves in a respectful manner and comply with Client’s reasonable policies while on premises.</w:t>
      </w:r>
    </w:p>
    <w:p/>
    <w:p>
      <w:r>
        <w:rPr>
          <w:b/>
          <w:sz w:val="20"/>
        </w:rPr>
        <w:t>7. ACCESS TO PREMISES</w:t>
      </w:r>
    </w:p>
    <w:p>
      <w:r>
        <w:rPr>
          <w:b w:val="0"/>
          <w:sz w:val="20"/>
        </w:rPr>
        <w:t>Client shall provide Service Provider and its personnel reasonable access to the premises to perform the Services according to the agreed schedule.</w:t>
      </w:r>
    </w:p>
    <w:p>
      <w:r>
        <w:rPr>
          <w:b w:val="0"/>
          <w:sz w:val="20"/>
        </w:rPr>
        <w:t>Client shall ensure that the premises are safe and notify Service Provider of any hazardous conditions or materials.</w:t>
      </w:r>
    </w:p>
    <w:p/>
    <w:p>
      <w:r>
        <w:rPr>
          <w:b/>
          <w:sz w:val="20"/>
        </w:rPr>
        <w:t>8. INSURANCE AND LIABILITY</w:t>
      </w:r>
    </w:p>
    <w:p>
      <w:r>
        <w:rPr>
          <w:b w:val="0"/>
          <w:sz w:val="20"/>
        </w:rPr>
        <w:t>Service Provider shall maintain commercial general liability insurance with limits of not less than $1,000,000 per occurrence.</w:t>
      </w:r>
    </w:p>
    <w:p>
      <w:r>
        <w:rPr>
          <w:b w:val="0"/>
          <w:sz w:val="20"/>
        </w:rPr>
        <w:t>Service Provider shall provide certificates of insurance upon Client’s request.</w:t>
      </w:r>
    </w:p>
    <w:p>
      <w:r>
        <w:rPr>
          <w:b w:val="0"/>
          <w:sz w:val="20"/>
        </w:rPr>
        <w:t>Service Provider is responsible for any damage to Client property caused by its negligence or willful misconduct.</w:t>
      </w:r>
    </w:p>
    <w:p>
      <w:r>
        <w:rPr>
          <w:b w:val="0"/>
          <w:sz w:val="20"/>
        </w:rPr>
        <w:t>Client shall maintain appropriate insurance for its premises and contents.</w:t>
      </w:r>
    </w:p>
    <w:p>
      <w:r>
        <w:rPr>
          <w:b w:val="0"/>
          <w:sz w:val="20"/>
        </w:rPr>
        <w:t>Neither party shall be liable for indirect, incidental, consequential, or punitive damages arising from the performance of this Agreement.</w:t>
      </w:r>
    </w:p>
    <w:p/>
    <w:p>
      <w:r>
        <w:rPr>
          <w:b/>
          <w:sz w:val="20"/>
        </w:rPr>
        <w:t>9. INDEMNIFICATION</w:t>
      </w:r>
    </w:p>
    <w:p>
      <w:r>
        <w:rPr>
          <w:b w:val="0"/>
          <w:sz w:val="20"/>
        </w:rPr>
        <w:t>Each party agrees to indemnify, defend, and hold harmless the other party from and against any claims, damages, liabilities, costs, and expenses (including reasonable attorney’s fees) arising from the indemnifying party’s breach of this Agreement, negligence, or willful misconduct.</w:t>
      </w:r>
    </w:p>
    <w:p/>
    <w:p>
      <w:r>
        <w:rPr>
          <w:b/>
          <w:sz w:val="20"/>
        </w:rPr>
        <w:t>10. CONFIDENTIALITY</w:t>
      </w:r>
    </w:p>
    <w:p>
      <w:r>
        <w:rPr>
          <w:b w:val="0"/>
          <w:sz w:val="20"/>
        </w:rPr>
        <w:t>Service Provider agrees to keep confidential all information obtained in the course of providing services and not to disclose such information to any third party without Client’s prior written consent.</w:t>
      </w:r>
    </w:p>
    <w:p>
      <w:r>
        <w:rPr>
          <w:b w:val="0"/>
          <w:sz w:val="20"/>
        </w:rPr>
        <w:t>This obligation shall survive termination of this Agreement.</w:t>
      </w:r>
    </w:p>
    <w:p/>
    <w:p>
      <w:r>
        <w:rPr>
          <w:b/>
          <w:sz w:val="20"/>
        </w:rPr>
        <w:t>11. COMPLIANCE WITH LAWS</w:t>
      </w:r>
    </w:p>
    <w:p>
      <w:r>
        <w:rPr>
          <w:b w:val="0"/>
          <w:sz w:val="20"/>
        </w:rPr>
        <w:t>Service Provider shall comply with all applicable federal, state, and local laws, ordinances, regulations, and codes in performing the Services.</w:t>
      </w:r>
    </w:p>
    <w:p>
      <w:r>
        <w:rPr>
          <w:b w:val="0"/>
          <w:sz w:val="20"/>
        </w:rPr>
        <w:t>This includes but is not limited to labor laws, occupational safety and health requirements, and environmental regulations.</w:t>
      </w:r>
    </w:p>
    <w:p/>
    <w:p>
      <w:r>
        <w:rPr>
          <w:b/>
          <w:sz w:val="20"/>
        </w:rPr>
        <w:t>12. INDEPENDENT CONTRACTOR</w:t>
      </w:r>
    </w:p>
    <w:p>
      <w:r>
        <w:rPr>
          <w:b w:val="0"/>
          <w:sz w:val="20"/>
        </w:rPr>
        <w:t>Service Provider is an independent contractor and not an employee, partner, or agent of Client.</w:t>
      </w:r>
    </w:p>
    <w:p>
      <w:r>
        <w:rPr>
          <w:b w:val="0"/>
          <w:sz w:val="20"/>
        </w:rPr>
        <w:t>Service Provider has no authority to bind or incur obligations on behalf of Client except as expressly provided in this Agreement.</w:t>
      </w:r>
    </w:p>
    <w:p/>
    <w:p>
      <w:r>
        <w:rPr>
          <w:b/>
          <w:sz w:val="20"/>
        </w:rPr>
        <w:t>13. FORCE MAJEURE</w:t>
      </w:r>
    </w:p>
    <w:p>
      <w:r>
        <w:rPr>
          <w:b w:val="0"/>
          <w:sz w:val="20"/>
        </w:rPr>
        <w:t>Neither party shall be liable for delays or failure to perform due to causes beyond their reasonable control, including but not limited to natural disasters, acts of government, labor disputes, or utility failures.</w:t>
      </w:r>
    </w:p>
    <w:p>
      <w:r>
        <w:rPr>
          <w:b w:val="0"/>
          <w:sz w:val="20"/>
        </w:rPr>
        <w:t>The affected party shall notify the other promptly and use reasonable efforts to resume performance.</w:t>
      </w:r>
    </w:p>
    <w:p/>
    <w:p>
      <w:r>
        <w:rPr>
          <w:b/>
          <w:sz w:val="20"/>
        </w:rPr>
        <w:t>14. DISPUTE RESOLUTION</w:t>
      </w:r>
    </w:p>
    <w:p>
      <w:r>
        <w:rPr>
          <w:b w:val="0"/>
          <w:sz w:val="20"/>
        </w:rPr>
        <w:t>The parties agree to attempt to resolve any dispute arising from this Agreement through good faith negotiations.</w:t>
      </w:r>
    </w:p>
    <w:p>
      <w:r>
        <w:rPr>
          <w:b w:val="0"/>
          <w:sz w:val="20"/>
        </w:rPr>
        <w:t>If unresolved, disputes shall be submitted to mediation before seeking legal remedies.</w:t>
      </w:r>
    </w:p>
    <w:p>
      <w:r>
        <w:rPr>
          <w:b w:val="0"/>
          <w:sz w:val="20"/>
        </w:rPr>
        <w:t>This Agreement shall be governed by and construed in accordance with the laws of the State of ___________________________.</w:t>
      </w:r>
    </w:p>
    <w:p/>
    <w:p>
      <w:r>
        <w:rPr>
          <w:b/>
          <w:sz w:val="20"/>
        </w:rPr>
        <w:t>15. ENTIRE AGREEMENT</w:t>
      </w:r>
    </w:p>
    <w:p>
      <w:r>
        <w:rPr>
          <w:b w:val="0"/>
          <w:sz w:val="20"/>
        </w:rPr>
        <w:t>This Agreement constitutes the entire agreement between the parties and supersedes all prior negotiations, understandings, and agreements.</w:t>
      </w:r>
    </w:p>
    <w:p>
      <w:r>
        <w:rPr>
          <w:b w:val="0"/>
          <w:sz w:val="20"/>
        </w:rPr>
        <w:t>Any amendments must be in writing and signed by both parties.</w:t>
      </w:r>
    </w:p>
    <w:p/>
    <w:p>
      <w:r>
        <w:rPr>
          <w:b/>
          <w:sz w:val="20"/>
        </w:rPr>
        <w:t>16. SEVERABILITY</w:t>
      </w:r>
    </w:p>
    <w:p>
      <w:r>
        <w:rPr>
          <w:b w:val="0"/>
          <w:sz w:val="20"/>
        </w:rPr>
        <w:t>If any provision of this Agreement is found to be invalid or unenforceable, the remaining provisions shall remain in full force and effect.</w:t>
      </w:r>
    </w:p>
    <w:p/>
    <w:p>
      <w:r>
        <w:rPr>
          <w:b/>
          <w:sz w:val="20"/>
        </w:rPr>
        <w:t>17. NOTICES</w:t>
      </w:r>
    </w:p>
    <w:p>
      <w:r>
        <w:rPr>
          <w:b w:val="0"/>
          <w:sz w:val="20"/>
        </w:rPr>
        <w:t>All notices required or permitted under this Agreement shall be in writing and delivered to the addresses provided above by personal delivery, certified mail, or email with confirmation.</w:t>
      </w:r>
    </w:p>
    <w:p/>
    <w:p/>
    <w:p>
      <w:pPr>
        <w:jc w:val="center"/>
      </w:pPr>
      <w:r>
        <w:rPr>
          <w:b w:val="0"/>
          <w:sz w:val="20"/>
        </w:rPr>
        <w:t>IN WITNESS WHEREOF, the parties have executed this Commercial Cleaning Services Agreement as of the date indicated below.</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SERVICE PROVIDER</w:t>
            </w:r>
          </w:p>
        </w:tc>
        <w:tc>
          <w:tcPr>
            <w:tcW w:type="dxa" w:w="4986"/>
            <w:tcBorders>
              <w:top w:val="nil"/>
              <w:left w:val="nil"/>
              <w:bottom w:val="nil"/>
              <w:right w:val="nil"/>
              <w:insideH w:val="nil"/>
              <w:insideV w:val="nil"/>
            </w:tcBorders>
          </w:tcPr>
          <w:p>
            <w:pPr>
              <w:jc w:val="center"/>
            </w:pPr>
            <w:r>
              <w:t>CLIENT</w:t>
            </w:r>
          </w:p>
        </w:tc>
      </w:tr>
      <w:tr>
        <w:tc>
          <w:tcPr>
            <w:tcW w:type="dxa" w:w="4986"/>
            <w:tcBorders>
              <w:top w:val="nil"/>
              <w:left w:val="nil"/>
              <w:bottom w:val="nil"/>
              <w:right w:val="nil"/>
              <w:insideH w:val="nil"/>
              <w:insideV w:val="nil"/>
            </w:tcBorders>
          </w:tcPr>
          <w:p>
            <w:pPr>
              <w:jc w:val="center"/>
            </w:pPr>
            <w:r>
              <w:br/>
              <w:br/>
              <w:t>Signature: _________________________</w:t>
            </w:r>
          </w:p>
        </w:tc>
        <w:tc>
          <w:tcPr>
            <w:tcW w:type="dxa" w:w="4986"/>
            <w:tcBorders>
              <w:top w:val="nil"/>
              <w:left w:val="nil"/>
              <w:bottom w:val="nil"/>
              <w:right w:val="nil"/>
              <w:insideH w:val="nil"/>
              <w:insideV w:val="nil"/>
            </w:tcBorders>
          </w:tcPr>
          <w:p>
            <w:pPr>
              <w:jc w:val="center"/>
            </w:pPr>
            <w:r>
              <w:br/>
              <w:br/>
              <w:t>Signature: _________________________</w:t>
            </w:r>
          </w:p>
        </w:tc>
      </w:tr>
      <w:tr>
        <w:tc>
          <w:tcPr>
            <w:tcW w:type="dxa" w:w="4986"/>
            <w:tcBorders>
              <w:top w:val="nil"/>
              <w:left w:val="nil"/>
              <w:bottom w:val="nil"/>
              <w:right w:val="nil"/>
              <w:insideH w:val="nil"/>
              <w:insideV w:val="nil"/>
            </w:tcBorders>
          </w:tcPr>
          <w:p>
            <w:pPr>
              <w:jc w:val="center"/>
            </w:pPr>
            <w:r>
              <w:t>Printed Name: ________________________</w:t>
            </w:r>
          </w:p>
        </w:tc>
        <w:tc>
          <w:tcPr>
            <w:tcW w:type="dxa" w:w="4986"/>
            <w:tcBorders>
              <w:top w:val="nil"/>
              <w:left w:val="nil"/>
              <w:bottom w:val="nil"/>
              <w:right w:val="nil"/>
              <w:insideH w:val="nil"/>
              <w:insideV w:val="nil"/>
            </w:tcBorders>
          </w:tcPr>
          <w:p>
            <w:pPr>
              <w:jc w:val="center"/>
            </w:pPr>
            <w:r>
              <w:t>Printed Name: ________________________</w:t>
            </w:r>
          </w:p>
        </w:tc>
      </w:tr>
      <w:tr>
        <w:tc>
          <w:tcPr>
            <w:tcW w:type="dxa" w:w="4986"/>
            <w:tcBorders>
              <w:top w:val="nil"/>
              <w:left w:val="nil"/>
              <w:bottom w:val="nil"/>
              <w:right w:val="nil"/>
              <w:insideH w:val="nil"/>
              <w:insideV w:val="nil"/>
            </w:tcBorders>
          </w:tcPr>
          <w:p>
            <w:pPr>
              <w:jc w:val="center"/>
            </w:pPr>
            <w:r>
              <w:t>Title/Position: ________________________</w:t>
            </w:r>
          </w:p>
        </w:tc>
        <w:tc>
          <w:tcPr>
            <w:tcW w:type="dxa" w:w="4986"/>
            <w:tcBorders>
              <w:top w:val="nil"/>
              <w:left w:val="nil"/>
              <w:bottom w:val="nil"/>
              <w:right w:val="nil"/>
              <w:insideH w:val="nil"/>
              <w:insideV w:val="nil"/>
            </w:tcBorders>
          </w:tcPr>
          <w:p>
            <w:pPr>
              <w:jc w:val="center"/>
            </w:pPr>
            <w:r>
              <w:t>Title/Position: ________________________</w:t>
            </w:r>
          </w:p>
        </w:tc>
      </w:tr>
    </w:tbl>
    <w:p>
      <w:r>
        <w:br w:type="page"/>
      </w:r>
    </w:p>
    <w:p>
      <w:pPr>
        <w:jc w:val="center"/>
      </w:pPr>
      <w:r>
        <w:rPr>
          <w:color w:val="555555"/>
          <w:sz w:val="24"/>
        </w:rPr>
        <w:t>Original source of this document:</w:t>
      </w:r>
    </w:p>
    <w:p>
      <w:pPr>
        <w:jc w:val="center"/>
      </w:pPr>
      <w:hyperlink r:id="rId9">
        <w:r>
          <w:rPr>
            <w:color w:val="0000FF"/>
            <w:u w:val="single"/>
          </w:rPr>
          <w:t>https://contract247-us.com/commercial-cleaning-contract/</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https://contract247-us.com</w:t>
        </w:r>
      </w:hyperlink>
    </w:p>
    <w:p>
      <w:pPr>
        <w:jc w:val="center"/>
      </w:pPr>
      <w:r>
        <w:rPr>
          <w:color w:val="808080"/>
          <w:sz w:val="20"/>
        </w:rPr>
        <w:t>This template is intended exclusively for personal, non-commercial use.</w:t>
        <w:br/>
        <w:t>If distributed or published, the source must be mentioned. © contract247-us.com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contract247-us.com/commercial-cleaning-contract/" TargetMode="External"/><Relationship Id="rId10" Type="http://schemas.openxmlformats.org/officeDocument/2006/relationships/hyperlink" Target="https://contract247-u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