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CONSTRUCTION CONTRACT AGREEMENT</w:t>
      </w:r>
    </w:p>
    <w:p/>
    <w:p>
      <w:r>
        <w:rPr>
          <w:b/>
          <w:sz w:val="20"/>
        </w:rPr>
        <w:t>This Construction Contract Agreement ("Agreement") is entered into by and between:</w:t>
      </w:r>
    </w:p>
    <w:p>
      <w:r>
        <w:rPr>
          <w:b w:val="0"/>
          <w:sz w:val="20"/>
        </w:rPr>
        <w:t>Contractor Name: ______________________________________________________</w:t>
      </w:r>
    </w:p>
    <w:p>
      <w:r>
        <w:rPr>
          <w:b w:val="0"/>
          <w:sz w:val="20"/>
        </w:rPr>
        <w:t>Contractor Address: ___________________________________________________</w:t>
      </w:r>
    </w:p>
    <w:p>
      <w:r>
        <w:rPr>
          <w:b w:val="0"/>
          <w:sz w:val="20"/>
        </w:rPr>
        <w:t>Contractor Phone: _____________________________________________________</w:t>
      </w:r>
    </w:p>
    <w:p/>
    <w:p>
      <w:r>
        <w:rPr>
          <w:b w:val="0"/>
          <w:sz w:val="20"/>
        </w:rPr>
        <w:t>Owner Name: _________________________________________________________</w:t>
      </w:r>
    </w:p>
    <w:p>
      <w:r>
        <w:rPr>
          <w:b w:val="0"/>
          <w:sz w:val="20"/>
        </w:rPr>
        <w:t>Owner Address: ______________________________________________________</w:t>
      </w:r>
    </w:p>
    <w:p>
      <w:r>
        <w:rPr>
          <w:b w:val="0"/>
          <w:sz w:val="20"/>
        </w:rPr>
        <w:t>Owner Phone: ________________________________________________________</w:t>
      </w:r>
    </w:p>
    <w:p/>
    <w:p/>
    <w:p>
      <w:r>
        <w:rPr>
          <w:b/>
          <w:sz w:val="20"/>
        </w:rPr>
        <w:t>RECITALS</w:t>
      </w:r>
    </w:p>
    <w:p>
      <w:r>
        <w:rPr>
          <w:b w:val="0"/>
          <w:sz w:val="20"/>
        </w:rPr>
        <w:t>WHEREAS, Owner desires to have certain construction work performed at the property located at:</w:t>
      </w:r>
    </w:p>
    <w:p>
      <w:r>
        <w:rPr>
          <w:b w:val="0"/>
          <w:sz w:val="20"/>
        </w:rPr>
        <w:t>Property Address: ______________________________________________________</w:t>
      </w:r>
    </w:p>
    <w:p>
      <w:r>
        <w:rPr>
          <w:b w:val="0"/>
          <w:sz w:val="20"/>
        </w:rPr>
        <w:t>AND WHEREAS, Contractor represents that it is duly qualified, licensed, and capable of performing the work required;</w:t>
      </w:r>
    </w:p>
    <w:p>
      <w:r>
        <w:rPr>
          <w:b w:val="0"/>
          <w:sz w:val="20"/>
        </w:rPr>
        <w:t>NOW, THEREFORE, for and in consideration of the mutual covenants and agreements contained herein, the parties agree as follows:</w:t>
      </w:r>
    </w:p>
    <w:p/>
    <w:p/>
    <w:p>
      <w:r>
        <w:rPr>
          <w:b/>
          <w:sz w:val="20"/>
        </w:rPr>
        <w:t>1. Scope of Work</w:t>
      </w:r>
    </w:p>
    <w:p>
      <w:r>
        <w:rPr>
          <w:b w:val="0"/>
          <w:sz w:val="20"/>
        </w:rPr>
        <w:t>Contractor shall furnish all labor, materials, equipment, tools, supervision, and services required to complete the construction work described as follows: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The work shall comply with all applicable federal, state, and local laws, codes, and regulations.</w:t>
      </w:r>
    </w:p>
    <w:p/>
    <w:p>
      <w:r>
        <w:rPr>
          <w:b/>
          <w:sz w:val="20"/>
        </w:rPr>
        <w:t>2. Contract Price and Payment</w:t>
      </w:r>
    </w:p>
    <w:p>
      <w:r>
        <w:rPr>
          <w:b w:val="0"/>
          <w:sz w:val="20"/>
        </w:rPr>
        <w:t>The total contract price for the complete performance of the work is: $__________________ (USD).</w:t>
      </w:r>
    </w:p>
    <w:p>
      <w:r>
        <w:rPr>
          <w:b w:val="0"/>
          <w:sz w:val="20"/>
        </w:rPr>
        <w:t>Payments shall be made according to the following schedule or milestones:</w:t>
      </w:r>
    </w:p>
    <w:p>
      <w:r>
        <w:rPr>
          <w:b w:val="0"/>
          <w:sz w:val="20"/>
        </w:rPr>
        <w:t>- Deposit: $__________________ due upon signing this Agreement.</w:t>
      </w:r>
    </w:p>
    <w:p>
      <w:r>
        <w:rPr>
          <w:b w:val="0"/>
          <w:sz w:val="20"/>
        </w:rPr>
        <w:t>- Progress Payments: $__________________ upon completion of designated milestones as follows:</w:t>
      </w:r>
    </w:p>
    <w:p>
      <w:r>
        <w:rPr>
          <w:b w:val="0"/>
          <w:sz w:val="20"/>
        </w:rPr>
        <w:t xml:space="preserve">  _________________________________________________________________</w:t>
      </w:r>
    </w:p>
    <w:p>
      <w:r>
        <w:rPr>
          <w:b w:val="0"/>
          <w:sz w:val="20"/>
        </w:rPr>
        <w:t>- Final Payment: $__________________ due upon substantial completion of the work and acceptance by Owner.</w:t>
      </w:r>
    </w:p>
    <w:p>
      <w:r>
        <w:rPr>
          <w:b w:val="0"/>
          <w:sz w:val="20"/>
        </w:rPr>
        <w:t>All payments shall be made within fifteen (15) days of Contractor’s invoice receipt.</w:t>
      </w:r>
    </w:p>
    <w:p/>
    <w:p>
      <w:r>
        <w:rPr>
          <w:b/>
          <w:sz w:val="20"/>
        </w:rPr>
        <w:t>3. Time of Completion</w:t>
      </w:r>
    </w:p>
    <w:p>
      <w:r>
        <w:rPr>
          <w:b w:val="0"/>
          <w:sz w:val="20"/>
        </w:rPr>
        <w:t>Contractor shall commence work within _________ days after receipt of Owner’s written notice to proceed.</w:t>
      </w:r>
    </w:p>
    <w:p>
      <w:r>
        <w:rPr>
          <w:b w:val="0"/>
          <w:sz w:val="20"/>
        </w:rPr>
        <w:t>The estimated completion date is: ___________________________________.</w:t>
      </w:r>
    </w:p>
    <w:p>
      <w:r>
        <w:rPr>
          <w:b w:val="0"/>
          <w:sz w:val="20"/>
        </w:rPr>
        <w:t>Contractor shall diligently prosecute the work to completion but shall not be responsible for delays caused by conditions beyond its control.</w:t>
      </w:r>
    </w:p>
    <w:p/>
    <w:p>
      <w:r>
        <w:rPr>
          <w:b/>
          <w:sz w:val="20"/>
        </w:rPr>
        <w:t>4. Permits and Regulations</w:t>
      </w:r>
    </w:p>
    <w:p>
      <w:r>
        <w:rPr>
          <w:b w:val="0"/>
          <w:sz w:val="20"/>
        </w:rPr>
        <w:t>Contractor shall obtain and pay for all necessary permits, licenses, and inspections required by applicable authorities.</w:t>
      </w:r>
    </w:p>
    <w:p>
      <w:r>
        <w:rPr>
          <w:b w:val="0"/>
          <w:sz w:val="20"/>
        </w:rPr>
        <w:t>All work shall conform to applicable building codes, zoning ordinances, and other legal requirements.</w:t>
      </w:r>
    </w:p>
    <w:p/>
    <w:p>
      <w:r>
        <w:rPr>
          <w:b/>
          <w:sz w:val="20"/>
        </w:rPr>
        <w:t>5. Changes in the Work</w:t>
      </w:r>
    </w:p>
    <w:p>
      <w:r>
        <w:rPr>
          <w:b w:val="0"/>
          <w:sz w:val="20"/>
        </w:rPr>
        <w:t>Owner may request changes, additions, or deletions to the work, which shall be documented in a written Change Order signed by both parties.</w:t>
      </w:r>
    </w:p>
    <w:p>
      <w:r>
        <w:rPr>
          <w:b w:val="0"/>
          <w:sz w:val="20"/>
        </w:rPr>
        <w:t>Change Orders shall specify any adjustment in contract price, time for performance, or both.</w:t>
      </w:r>
    </w:p>
    <w:p>
      <w:r>
        <w:rPr>
          <w:b w:val="0"/>
          <w:sz w:val="20"/>
        </w:rPr>
        <w:t>Contractor shall not proceed with any changes without an authorized Change Order.</w:t>
      </w:r>
    </w:p>
    <w:p/>
    <w:p>
      <w:r>
        <w:rPr>
          <w:b/>
          <w:sz w:val="20"/>
        </w:rPr>
        <w:t>6. Warranties</w:t>
      </w:r>
    </w:p>
    <w:p>
      <w:r>
        <w:rPr>
          <w:b w:val="0"/>
          <w:sz w:val="20"/>
        </w:rPr>
        <w:t>Contractor warrants that all work will be performed in a good and workmanlike manner, consistent with industry standards, and will be free from defects for a period of one (1) year from the date of substantial completion.</w:t>
      </w:r>
    </w:p>
    <w:p>
      <w:r>
        <w:rPr>
          <w:b w:val="0"/>
          <w:sz w:val="20"/>
        </w:rPr>
        <w:t>Contractor shall repair or replace any defective work at no cost to Owner during the warranty period.</w:t>
      </w:r>
    </w:p>
    <w:p>
      <w:r>
        <w:rPr>
          <w:b w:val="0"/>
          <w:sz w:val="20"/>
        </w:rPr>
        <w:t>This warranty does not cover damage caused by misuse, neglect, or alterations made by Owner or third parties.</w:t>
      </w:r>
    </w:p>
    <w:p/>
    <w:p>
      <w:r>
        <w:rPr>
          <w:b/>
          <w:sz w:val="20"/>
        </w:rPr>
        <w:t>7. Insurance and Liability</w:t>
      </w:r>
    </w:p>
    <w:p>
      <w:r>
        <w:rPr>
          <w:b w:val="0"/>
          <w:sz w:val="20"/>
        </w:rPr>
        <w:t>Contractor shall maintain comprehensive general liability insurance, workers’ compensation, and any other insurance required by law.</w:t>
      </w:r>
    </w:p>
    <w:p>
      <w:r>
        <w:rPr>
          <w:b w:val="0"/>
          <w:sz w:val="20"/>
        </w:rPr>
        <w:t>Certificate of insurance shall be provided to Owner upon request.</w:t>
      </w:r>
    </w:p>
    <w:p>
      <w:r>
        <w:rPr>
          <w:b w:val="0"/>
          <w:sz w:val="20"/>
        </w:rPr>
        <w:t>Contractor shall indemnify and hold Owner harmless from any claims, damages, or liabilities arising from Contractor’s performance of the work, except to the extent caused by Owner’s negligence.</w:t>
      </w:r>
    </w:p>
    <w:p/>
    <w:p>
      <w:r>
        <w:rPr>
          <w:b/>
          <w:sz w:val="20"/>
        </w:rPr>
        <w:t>8. Suspension and Termination</w:t>
      </w:r>
    </w:p>
    <w:p>
      <w:r>
        <w:rPr>
          <w:b w:val="0"/>
          <w:sz w:val="20"/>
        </w:rPr>
        <w:t>Owner may suspend work at any time by providing written notice to Contractor. Contractor shall be entitled to an equitable adjustment in contract price and/or time for completion.</w:t>
      </w:r>
    </w:p>
    <w:p>
      <w:r>
        <w:rPr>
          <w:b w:val="0"/>
          <w:sz w:val="20"/>
        </w:rPr>
        <w:t>Either party may terminate this Agreement for cause upon written notice if the other party materially breaches any term and fails to cure within ten (10) days.</w:t>
      </w:r>
    </w:p>
    <w:p>
      <w:r>
        <w:rPr>
          <w:b w:val="0"/>
          <w:sz w:val="20"/>
        </w:rPr>
        <w:t>Upon termination, Contractor shall be paid for all work completed to date, including reasonable demobilization costs.</w:t>
      </w:r>
    </w:p>
    <w:p/>
    <w:p>
      <w:r>
        <w:rPr>
          <w:b/>
          <w:sz w:val="20"/>
        </w:rPr>
        <w:t>9. Dispute Resolution</w:t>
      </w:r>
    </w:p>
    <w:p>
      <w:r>
        <w:rPr>
          <w:b w:val="0"/>
          <w:sz w:val="20"/>
        </w:rPr>
        <w:t>Any dispute arising under this Agreement shall first be addressed by good faith negotiations between the parties.</w:t>
      </w:r>
    </w:p>
    <w:p>
      <w:r>
        <w:rPr>
          <w:b w:val="0"/>
          <w:sz w:val="20"/>
        </w:rPr>
        <w:t>If unresolved, disputes shall be submitted to mediation administered by a mutually agreed mediator in the jurisdiction of the project.</w:t>
      </w:r>
    </w:p>
    <w:p>
      <w:r>
        <w:rPr>
          <w:b w:val="0"/>
          <w:sz w:val="20"/>
        </w:rPr>
        <w:t>If mediation fails, disputes shall be resolved by binding arbitration in accordance with the rules of the American Arbitration Association.</w:t>
      </w:r>
    </w:p>
    <w:p/>
    <w:p>
      <w:r>
        <w:rPr>
          <w:b/>
          <w:sz w:val="20"/>
        </w:rPr>
        <w:t>10. Miscellaneous</w:t>
      </w:r>
    </w:p>
    <w:p>
      <w:r>
        <w:rPr>
          <w:b w:val="0"/>
          <w:sz w:val="20"/>
        </w:rPr>
        <w:t>a) Entire Agreement: This Agreement contains the entire understanding between the parties and supersedes all prior agreements.</w:t>
      </w:r>
    </w:p>
    <w:p>
      <w:r>
        <w:rPr>
          <w:b w:val="0"/>
          <w:sz w:val="20"/>
        </w:rPr>
        <w:t>b) Amendments: Any amendments must be in writing and signed by both parties.</w:t>
      </w:r>
    </w:p>
    <w:p>
      <w:r>
        <w:rPr>
          <w:b w:val="0"/>
          <w:sz w:val="20"/>
        </w:rPr>
        <w:t>c) Governing Law: This Agreement shall be governed by and construed in accordance with the laws of the State in which the property is located.</w:t>
      </w:r>
    </w:p>
    <w:p>
      <w:r>
        <w:rPr>
          <w:b w:val="0"/>
          <w:sz w:val="20"/>
        </w:rPr>
        <w:t>d) Severability: If any provision is held invalid, the remainder shall remain in full force and effect.</w:t>
      </w:r>
    </w:p>
    <w:p>
      <w:r>
        <w:rPr>
          <w:b w:val="0"/>
          <w:sz w:val="20"/>
        </w:rPr>
        <w:t>e) Assignment: Neither party may assign this Agreement without prior written consent.</w:t>
      </w:r>
    </w:p>
    <w:p/>
    <w:p/>
    <w:p>
      <w:r>
        <w:rPr>
          <w:b w:val="0"/>
          <w:sz w:val="20"/>
        </w:rPr>
        <w:t>Place and date of signature: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CONTRACTOR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OWNER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https://contract247-us.com/construction-contract/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contract247-us.com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247-us.com/construction-contract/" TargetMode="External"/><Relationship Id="rId10" Type="http://schemas.openxmlformats.org/officeDocument/2006/relationships/hyperlink" Target="https://contract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