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COMPARISON AGREEMENT</w:t>
      </w:r>
    </w:p>
    <w:p/>
    <w:p>
      <w:r>
        <w:rPr>
          <w:b/>
          <w:sz w:val="20"/>
        </w:rPr>
        <w:t>Parties:</w:t>
      </w:r>
    </w:p>
    <w:p>
      <w:r>
        <w:rPr>
          <w:b w:val="0"/>
          <w:sz w:val="20"/>
        </w:rPr>
        <w:t>Party A: ________________________________________________________________</w:t>
      </w:r>
    </w:p>
    <w:p>
      <w:r>
        <w:rPr>
          <w:b w:val="0"/>
          <w:sz w:val="20"/>
        </w:rPr>
        <w:t>Address: _______________________________________________________________</w:t>
      </w:r>
    </w:p>
    <w:p>
      <w:r>
        <w:rPr>
          <w:b w:val="0"/>
          <w:sz w:val="20"/>
        </w:rPr>
        <w:t>Contact Information: ___________________________________________________</w:t>
      </w:r>
    </w:p>
    <w:p/>
    <w:p>
      <w:r>
        <w:rPr>
          <w:b w:val="0"/>
          <w:sz w:val="20"/>
        </w:rPr>
        <w:t>Party B: ________________________________________________________________</w:t>
      </w:r>
    </w:p>
    <w:p>
      <w:r>
        <w:rPr>
          <w:b w:val="0"/>
          <w:sz w:val="20"/>
        </w:rPr>
        <w:t>Address: _______________________________________________________________</w:t>
      </w:r>
    </w:p>
    <w:p>
      <w:r>
        <w:rPr>
          <w:b w:val="0"/>
          <w:sz w:val="20"/>
        </w:rPr>
        <w:t>Contact Information: ___________________________________________________</w:t>
      </w:r>
    </w:p>
    <w:p/>
    <w:p>
      <w:r>
        <w:rPr>
          <w:b/>
          <w:sz w:val="20"/>
        </w:rPr>
        <w:t>Purpose of the Agreement:</w:t>
      </w:r>
    </w:p>
    <w:p>
      <w:r>
        <w:rPr>
          <w:b w:val="0"/>
          <w:sz w:val="20"/>
        </w:rPr>
        <w:t>This Agreement establishes the terms and conditions under which Party A and Party B will compare, review, and analyze two or more existing contracts with the objective of identifying similarities, differences, risks, and obligations, thereby facilitating informed decision-making and risk mitigation.</w:t>
      </w:r>
    </w:p>
    <w:p/>
    <w:p>
      <w:r>
        <w:rPr>
          <w:b/>
          <w:sz w:val="20"/>
        </w:rPr>
        <w:t>Definitions:</w:t>
      </w:r>
    </w:p>
    <w:p>
      <w:r>
        <w:rPr>
          <w:b w:val="0"/>
          <w:sz w:val="20"/>
        </w:rPr>
        <w:t>1. “Contract(s)” refers to the documents under review and comparison as specified by the parties.</w:t>
      </w:r>
    </w:p>
    <w:p>
      <w:r>
        <w:rPr>
          <w:b w:val="0"/>
          <w:sz w:val="20"/>
        </w:rPr>
        <w:t>2. “Comparison Report” means the document produced summarizing findings, differences, and recommendations created pursuant to this Agreement.</w:t>
      </w:r>
    </w:p>
    <w:p/>
    <w:p>
      <w:r>
        <w:rPr>
          <w:b/>
          <w:sz w:val="20"/>
        </w:rPr>
        <w:t>Scope of Services:</w:t>
      </w:r>
    </w:p>
    <w:p>
      <w:r>
        <w:rPr>
          <w:b w:val="0"/>
          <w:sz w:val="20"/>
        </w:rPr>
        <w:t>Party A agrees to perform a detailed comparison of the specified Contracts, including but not limited to:</w:t>
      </w:r>
    </w:p>
    <w:p>
      <w:r>
        <w:rPr>
          <w:b w:val="0"/>
          <w:sz w:val="20"/>
        </w:rPr>
        <w:t>- Identification of key contractual terms and provisions.</w:t>
      </w:r>
    </w:p>
    <w:p>
      <w:r>
        <w:rPr>
          <w:b w:val="0"/>
          <w:sz w:val="20"/>
        </w:rPr>
        <w:t>- Highlighting discrepancies, conflicts, or gaps between the Contracts.</w:t>
      </w:r>
    </w:p>
    <w:p>
      <w:r>
        <w:rPr>
          <w:b w:val="0"/>
          <w:sz w:val="20"/>
        </w:rPr>
        <w:t>- Assessing risks and liabilities associated with each Contract.</w:t>
      </w:r>
    </w:p>
    <w:p>
      <w:r>
        <w:rPr>
          <w:b w:val="0"/>
          <w:sz w:val="20"/>
        </w:rPr>
        <w:t>- Providing recommendations for negotiation or amendment based on findings.</w:t>
      </w:r>
    </w:p>
    <w:p/>
    <w:p>
      <w:r>
        <w:rPr>
          <w:b/>
          <w:sz w:val="20"/>
        </w:rPr>
        <w:t>Responsibilities of Party A:</w:t>
      </w:r>
    </w:p>
    <w:p>
      <w:r>
        <w:rPr>
          <w:b w:val="0"/>
          <w:sz w:val="20"/>
        </w:rPr>
        <w:t>- Conduct a thorough and objective review of all Contracts provided.</w:t>
      </w:r>
    </w:p>
    <w:p>
      <w:r>
        <w:rPr>
          <w:b w:val="0"/>
          <w:sz w:val="20"/>
        </w:rPr>
        <w:t>- Prepare and deliver the Comparison Report in a timely manner.</w:t>
      </w:r>
    </w:p>
    <w:p>
      <w:r>
        <w:rPr>
          <w:b w:val="0"/>
          <w:sz w:val="20"/>
        </w:rPr>
        <w:t>- Maintain confidentiality of all contract information and related materials.</w:t>
      </w:r>
    </w:p>
    <w:p/>
    <w:p>
      <w:r>
        <w:rPr>
          <w:b/>
          <w:sz w:val="20"/>
        </w:rPr>
        <w:t>Responsibilities of Party B:</w:t>
      </w:r>
    </w:p>
    <w:p>
      <w:r>
        <w:rPr>
          <w:b w:val="0"/>
          <w:sz w:val="20"/>
        </w:rPr>
        <w:t>- Provide all relevant Contracts and related documents necessary for comparison.</w:t>
      </w:r>
    </w:p>
    <w:p>
      <w:r>
        <w:rPr>
          <w:b w:val="0"/>
          <w:sz w:val="20"/>
        </w:rPr>
        <w:t>- Ensure timely communication and availability for clarifications.</w:t>
      </w:r>
    </w:p>
    <w:p>
      <w:r>
        <w:rPr>
          <w:b w:val="0"/>
          <w:sz w:val="20"/>
        </w:rPr>
        <w:t>- Review and consider the Comparison Report and provide feedback.</w:t>
      </w:r>
    </w:p>
    <w:p/>
    <w:p>
      <w:r>
        <w:rPr>
          <w:b/>
          <w:sz w:val="20"/>
        </w:rPr>
        <w:t>Confidentiality:</w:t>
      </w:r>
    </w:p>
    <w:p>
      <w:r>
        <w:rPr>
          <w:b w:val="0"/>
          <w:sz w:val="20"/>
        </w:rPr>
        <w:t>Both parties agree to maintain strict confidentiality of all information, documents, and findings related to the Contracts and this Agreement. Disclosure to third parties is prohibited without prior written consent from the other party, except as required by law.</w:t>
      </w:r>
    </w:p>
    <w:p/>
    <w:p>
      <w:r>
        <w:rPr>
          <w:b/>
          <w:sz w:val="20"/>
        </w:rPr>
        <w:t>Fees and Payment Terms:</w:t>
      </w:r>
    </w:p>
    <w:p>
      <w:r>
        <w:rPr>
          <w:b w:val="0"/>
          <w:sz w:val="20"/>
        </w:rPr>
        <w:t>Party B agrees to pay Party A the agreed fee of ______________ USD for the services rendered under this Agreement. Payment shall be made within ______ days of delivery of the Comparison Report.</w:t>
      </w:r>
    </w:p>
    <w:p/>
    <w:p>
      <w:r>
        <w:rPr>
          <w:b/>
          <w:sz w:val="20"/>
        </w:rPr>
        <w:t>Term and Termination:</w:t>
      </w:r>
    </w:p>
    <w:p>
      <w:r>
        <w:rPr>
          <w:b w:val="0"/>
          <w:sz w:val="20"/>
        </w:rPr>
        <w:t>This Agreement shall commence upon execution by both parties and shall continue until the Completion of Services unless terminated earlier in writing by either party with a prior notice of ______ days.</w:t>
      </w:r>
    </w:p>
    <w:p>
      <w:r>
        <w:rPr>
          <w:b w:val="0"/>
          <w:sz w:val="20"/>
        </w:rPr>
        <w:t>Termination shall not affect accrued rights or obligations of either party.</w:t>
      </w:r>
    </w:p>
    <w:p/>
    <w:p>
      <w:r>
        <w:rPr>
          <w:b/>
          <w:sz w:val="20"/>
        </w:rPr>
        <w:t>Limitation of Liability:</w:t>
      </w:r>
    </w:p>
    <w:p>
      <w:r>
        <w:rPr>
          <w:b w:val="0"/>
          <w:sz w:val="20"/>
        </w:rPr>
        <w:t>Neither party shall be liable for indirect, incidental, special, or consequential damages arising out of or in connection with this Agreement or the services performed hereunder, except in cases of gross negligence or willful misconduct.</w:t>
      </w:r>
    </w:p>
    <w:p/>
    <w:p>
      <w:r>
        <w:rPr>
          <w:b/>
          <w:sz w:val="20"/>
        </w:rPr>
        <w:t>Governing Law and Jurisdiction:</w:t>
      </w:r>
    </w:p>
    <w:p>
      <w:r>
        <w:rPr>
          <w:b w:val="0"/>
          <w:sz w:val="20"/>
        </w:rPr>
        <w:t>This Agreement shall be governed by and construed in accordance with the laws of the State of ____, United States of America. Any dispute arising out of or relating to this Agreement shall be subject to the exclusive jurisdiction of the courts located in ____, and the parties hereby consent to such jurisdiction.</w:t>
      </w:r>
    </w:p>
    <w:p/>
    <w:p>
      <w:r>
        <w:rPr>
          <w:b/>
          <w:sz w:val="20"/>
        </w:rPr>
        <w:t>Entire Agreement:</w:t>
      </w:r>
    </w:p>
    <w:p>
      <w:r>
        <w:rPr>
          <w:b w:val="0"/>
          <w:sz w:val="20"/>
        </w:rPr>
        <w:t>This Agreement constitutes the entire agreement between the parties with respect to the subject matter hereof and supersedes all prior or contemporaneous understandings, representations, or agreements, whether oral or written.</w:t>
      </w:r>
    </w:p>
    <w:p/>
    <w:p>
      <w:r>
        <w:rPr>
          <w:b/>
          <w:sz w:val="20"/>
        </w:rPr>
        <w:t>Amendments:</w:t>
      </w:r>
    </w:p>
    <w:p>
      <w:r>
        <w:rPr>
          <w:b w:val="0"/>
          <w:sz w:val="20"/>
        </w:rPr>
        <w:t>Any amendments or modifications to this Agreement must be made in writing and signed by authorized representatives of both parties.</w:t>
      </w:r>
    </w:p>
    <w:p/>
    <w:p>
      <w:r>
        <w:rPr>
          <w:b/>
          <w:sz w:val="20"/>
        </w:rPr>
        <w:t>Notices:</w:t>
      </w:r>
    </w:p>
    <w:p>
      <w:r>
        <w:rPr>
          <w:b w:val="0"/>
          <w:sz w:val="20"/>
        </w:rPr>
        <w:t>All notices or communications required or permitted under this Agreement shall be in writing and delivered personally, by certified mail, return receipt requested, or by recognized overnight courier service, to the addresses listed above or to such other address as either party may designate in writing.</w:t>
      </w:r>
    </w:p>
    <w:p/>
    <w:p>
      <w:r>
        <w:rPr>
          <w:b/>
          <w:sz w:val="20"/>
        </w:rPr>
        <w:t>Severability:</w:t>
      </w:r>
    </w:p>
    <w:p>
      <w:r>
        <w:rPr>
          <w:b w:val="0"/>
          <w:sz w:val="20"/>
        </w:rPr>
        <w:t>If any provision of this Agreement is determined to be invalid, illegal, or unenforceable, the remaining provisions shall remain in full force and effect.</w:t>
      </w:r>
    </w:p>
    <w:p/>
    <w:p>
      <w:r>
        <w:rPr>
          <w:b/>
          <w:sz w:val="20"/>
        </w:rPr>
        <w:t>Counterparts:</w:t>
      </w:r>
    </w:p>
    <w:p>
      <w:r>
        <w:rPr>
          <w:b w:val="0"/>
          <w:sz w:val="20"/>
        </w:rPr>
        <w:t>This Agreement may be executed in counterparts, each of which shall be deemed an original and all of which together shall constitute one and the same instrument.</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Name/Title: __________________________________</w:t>
            </w:r>
          </w:p>
        </w:tc>
        <w:tc>
          <w:tcPr>
            <w:tcW w:type="dxa" w:w="4986"/>
            <w:tcBorders>
              <w:top w:val="nil"/>
              <w:left w:val="nil"/>
              <w:bottom w:val="nil"/>
              <w:right w:val="nil"/>
              <w:insideH w:val="nil"/>
              <w:insideV w:val="nil"/>
            </w:tcBorders>
          </w:tcPr>
          <w:p>
            <w:pPr>
              <w:jc w:val="center"/>
            </w:pPr>
            <w:r>
              <w:t>Name/Title: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https://contract247-us.com/contract-comparison/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comparison/"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