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LABOR AGREEMENT</w:t>
      </w:r>
    </w:p>
    <w:p/>
    <w:p/>
    <w:p>
      <w:r>
        <w:rPr>
          <w:b/>
          <w:sz w:val="20"/>
        </w:rPr>
        <w:t>This Contract Labor Agreement ("Agreement") is entered into by and between:</w:t>
      </w:r>
    </w:p>
    <w:p>
      <w:r>
        <w:rPr>
          <w:b/>
          <w:sz w:val="20"/>
        </w:rPr>
        <w:t>EMPLOYER:</w:t>
      </w:r>
    </w:p>
    <w:p>
      <w:r>
        <w:rPr>
          <w:b w:val="0"/>
          <w:sz w:val="20"/>
        </w:rPr>
        <w:t>Name: ______________________________________________________________</w:t>
      </w:r>
    </w:p>
    <w:p>
      <w:r>
        <w:rPr>
          <w:b w:val="0"/>
          <w:sz w:val="20"/>
        </w:rPr>
        <w:t>Address: ___________________________________________________________</w:t>
      </w:r>
    </w:p>
    <w:p>
      <w:r>
        <w:rPr>
          <w:b w:val="0"/>
          <w:sz w:val="20"/>
        </w:rPr>
        <w:t>Contact Information: _______________________________________________</w:t>
      </w:r>
    </w:p>
    <w:p/>
    <w:p>
      <w:r>
        <w:rPr>
          <w:b/>
          <w:sz w:val="20"/>
        </w:rPr>
        <w:t>CONTRACTOR:</w:t>
      </w:r>
    </w:p>
    <w:p>
      <w:r>
        <w:rPr>
          <w:b w:val="0"/>
          <w:sz w:val="20"/>
        </w:rPr>
        <w:t>Name: ______________________________________________________________</w:t>
      </w:r>
    </w:p>
    <w:p>
      <w:r>
        <w:rPr>
          <w:b w:val="0"/>
          <w:sz w:val="20"/>
        </w:rPr>
        <w:t>Address: ___________________________________________________________</w:t>
      </w:r>
    </w:p>
    <w:p>
      <w:r>
        <w:rPr>
          <w:b w:val="0"/>
          <w:sz w:val="20"/>
        </w:rPr>
        <w:t>Contact Information: _______________________________________________</w:t>
      </w:r>
    </w:p>
    <w:p/>
    <w:p/>
    <w:p>
      <w:r>
        <w:rPr>
          <w:b/>
          <w:sz w:val="20"/>
        </w:rPr>
        <w:t>WHEREAS,</w:t>
      </w:r>
    </w:p>
    <w:p>
      <w:r>
        <w:rPr>
          <w:b w:val="0"/>
          <w:sz w:val="20"/>
        </w:rPr>
        <w:t>The Employer desires to engage the Contractor to perform certain labor and/or services under the terms set forth herein;</w:t>
      </w:r>
    </w:p>
    <w:p>
      <w:r>
        <w:rPr>
          <w:b w:val="0"/>
          <w:sz w:val="20"/>
        </w:rPr>
        <w:t>and</w:t>
      </w:r>
    </w:p>
    <w:p>
      <w:r>
        <w:rPr>
          <w:b w:val="0"/>
          <w:sz w:val="20"/>
        </w:rPr>
        <w:t>The Contractor agrees to perform such services under the terms and conditions of this Agreement.</w:t>
      </w:r>
    </w:p>
    <w:p/>
    <w:p/>
    <w:p>
      <w:r>
        <w:rPr>
          <w:b/>
          <w:sz w:val="20"/>
        </w:rPr>
        <w:t>1. Scope of Work</w:t>
      </w:r>
    </w:p>
    <w:p>
      <w:r>
        <w:rPr>
          <w:b w:val="0"/>
          <w:sz w:val="20"/>
        </w:rPr>
        <w:t>Contractor shall perform the work and services as described herein and/or attached as Exhibit A, which is incorporated herein by reference. All work shall be performed in a professional, timely, and workmanlike manner in accordance with industry standards.</w:t>
      </w:r>
    </w:p>
    <w:p/>
    <w:p>
      <w:r>
        <w:rPr>
          <w:b/>
          <w:sz w:val="20"/>
        </w:rPr>
        <w:t>2. Term of Agreement</w:t>
      </w:r>
    </w:p>
    <w:p>
      <w:r>
        <w:rPr>
          <w:b w:val="0"/>
          <w:sz w:val="20"/>
        </w:rPr>
        <w:t>This Agreement shall commence upon execution by both parties and shall continue until the completion of the work or termination as provided herein.</w:t>
      </w:r>
    </w:p>
    <w:p/>
    <w:p>
      <w:r>
        <w:rPr>
          <w:b/>
          <w:sz w:val="20"/>
        </w:rPr>
        <w:t>3. Compensation</w:t>
      </w:r>
    </w:p>
    <w:p>
      <w:r>
        <w:rPr>
          <w:b w:val="0"/>
          <w:sz w:val="20"/>
        </w:rPr>
        <w:t>The Employer agrees to pay Contractor the sum of $________________ for the services rendered under this Agreement. Payment shall be made as follows: __________________________________________.</w:t>
      </w:r>
    </w:p>
    <w:p>
      <w:r>
        <w:rPr>
          <w:b w:val="0"/>
          <w:sz w:val="20"/>
        </w:rPr>
        <w:t>Contractor shall submit invoices to the Employer detailing the work performed and amounts due. Payment shall be made within 30 days of receipt of such invoices.</w:t>
      </w:r>
    </w:p>
    <w:p/>
    <w:p>
      <w:r>
        <w:rPr>
          <w:b/>
          <w:sz w:val="20"/>
        </w:rPr>
        <w:t>4. Independent Contractor Relationship</w:t>
      </w:r>
    </w:p>
    <w:p>
      <w:r>
        <w:rPr>
          <w:b w:val="0"/>
          <w:sz w:val="20"/>
        </w:rPr>
        <w:t>Contractor is an independent contractor and not an employee of the Employer. Nothing in this Agreement shall be construed to create a partnership, joint venture, or employer-employee relationship. Contractor is solely responsible for all taxes, withholdings, and other statutory or contractual obligations of any sort, including but not limited to federal, state, and local taxes.</w:t>
      </w:r>
    </w:p>
    <w:p/>
    <w:p>
      <w:r>
        <w:rPr>
          <w:b/>
          <w:sz w:val="20"/>
        </w:rPr>
        <w:t>5. Work Schedule and Location</w:t>
      </w:r>
    </w:p>
    <w:p>
      <w:r>
        <w:rPr>
          <w:b w:val="0"/>
          <w:sz w:val="20"/>
        </w:rPr>
        <w:t>Contractor shall perform the work at the following location(s): _________________________________________________. Contractor shall determine the hours and schedule required to complete the work, unless otherwise agreed in writing.</w:t>
      </w:r>
    </w:p>
    <w:p/>
    <w:p>
      <w:r>
        <w:rPr>
          <w:b/>
          <w:sz w:val="20"/>
        </w:rPr>
        <w:t>6. Confidentiality</w:t>
      </w:r>
    </w:p>
    <w:p>
      <w:r>
        <w:rPr>
          <w:b w:val="0"/>
          <w:sz w:val="20"/>
        </w:rPr>
        <w:t>Contractor agrees to keep confidential and not disclose to any third party any proprietary or confidential information of the Employer obtained during the term of this Agreement, unless required by law or with the Employer’s prior written consent.</w:t>
      </w:r>
    </w:p>
    <w:p/>
    <w:p>
      <w:r>
        <w:rPr>
          <w:b/>
          <w:sz w:val="20"/>
        </w:rPr>
        <w:t>7. Ownership of Work Product</w:t>
      </w:r>
    </w:p>
    <w:p>
      <w:r>
        <w:rPr>
          <w:b w:val="0"/>
          <w:sz w:val="20"/>
        </w:rPr>
        <w:t>All work product, materials, inventions, or discoveries developed or created by Contractor in connection with this Agreement shall be the exclusive property of the Employer. Contractor hereby assigns all rights, title, and interest in any such work product to the Employer.</w:t>
      </w:r>
    </w:p>
    <w:p/>
    <w:p>
      <w:r>
        <w:rPr>
          <w:b/>
          <w:sz w:val="20"/>
        </w:rPr>
        <w:t>8. Compliance with Laws</w:t>
      </w:r>
    </w:p>
    <w:p>
      <w:r>
        <w:rPr>
          <w:b w:val="0"/>
          <w:sz w:val="20"/>
        </w:rPr>
        <w:t>Contractor shall comply with all federal, state, and local laws, regulations, and ordinances applicable to the performance of services under this Agreement.</w:t>
      </w:r>
    </w:p>
    <w:p/>
    <w:p>
      <w:r>
        <w:rPr>
          <w:b/>
          <w:sz w:val="20"/>
        </w:rPr>
        <w:t>9. Insurance and Liability</w:t>
      </w:r>
    </w:p>
    <w:p>
      <w:r>
        <w:rPr>
          <w:b w:val="0"/>
          <w:sz w:val="20"/>
        </w:rPr>
        <w:t>Contractor shall maintain adequate insurance coverage for general liability, workers' compensation, and any other insurance necessary for the performance of the work. Contractor agrees to indemnify and hold harmless the Employer from any claims, damages, losses, or expenses arising out of Contractor’s performance or failure to perform under this Agreement.</w:t>
      </w:r>
    </w:p>
    <w:p/>
    <w:p>
      <w:r>
        <w:rPr>
          <w:b/>
          <w:sz w:val="20"/>
        </w:rPr>
        <w:t>10. Termination</w:t>
      </w:r>
    </w:p>
    <w:p>
      <w:r>
        <w:rPr>
          <w:b w:val="0"/>
          <w:sz w:val="20"/>
        </w:rPr>
        <w:t>Either party may terminate this Agreement for any reason upon providing _______ days’ written notice to the other party. Employer may terminate immediately for cause upon written notice. Upon termination, Contractor shall be compensated for all work satisfactorily performed through the date of termination.</w:t>
      </w:r>
    </w:p>
    <w:p/>
    <w:p>
      <w:r>
        <w:rPr>
          <w:b/>
          <w:sz w:val="20"/>
        </w:rPr>
        <w:t>11. Dispute Resolution</w:t>
      </w:r>
    </w:p>
    <w:p>
      <w:r>
        <w:rPr>
          <w:b w:val="0"/>
          <w:sz w:val="20"/>
        </w:rPr>
        <w:t>Any dispute arising out of or relating to this Agreement shall be resolved first through good faith negotiations between the parties. If resolution cannot be reached, the dispute shall be submitted to mediation before a mutually agreed-upon mediator. If mediation fails, the parties agree to binding arbitration in accordance with the rules of the American Arbitration Association, with the arbitration held in the state where the Employer’s principal place of business is located.</w:t>
      </w:r>
    </w:p>
    <w:p/>
    <w:p>
      <w:r>
        <w:rPr>
          <w:b/>
          <w:sz w:val="20"/>
        </w:rPr>
        <w:t>12. Governing Law</w:t>
      </w:r>
    </w:p>
    <w:p>
      <w:r>
        <w:rPr>
          <w:b w:val="0"/>
          <w:sz w:val="20"/>
        </w:rPr>
        <w:t>This Agreement shall be governed by and construed in accordance with the laws of the State of ____________________, without regard to its conflict of laws principles.</w:t>
      </w:r>
    </w:p>
    <w:p/>
    <w:p>
      <w:r>
        <w:rPr>
          <w:b/>
          <w:sz w:val="20"/>
        </w:rPr>
        <w:t>13. Entire Agreement</w:t>
      </w:r>
    </w:p>
    <w:p>
      <w:r>
        <w:rPr>
          <w:b w:val="0"/>
          <w:sz w:val="20"/>
        </w:rPr>
        <w:t>This Agreement constitutes the entire understanding between the parties and supersedes all prior agreements, representations, or understandings, written or oral, relating to the subject matter herein. Any modifications to this Agreement must be made in writing and signed by both parties.</w:t>
      </w:r>
    </w:p>
    <w:p/>
    <w:p>
      <w:r>
        <w:rPr>
          <w:b/>
          <w:sz w:val="20"/>
        </w:rPr>
        <w:t>14. Notices</w:t>
      </w:r>
    </w:p>
    <w:p>
      <w:r>
        <w:rPr>
          <w:b w:val="0"/>
          <w:sz w:val="20"/>
        </w:rPr>
        <w:t>All notices required or permitted under this Agreement shall be in writing and delivered personally, sent by certified mail, return receipt requested, or by nationally recognized overnight delivery service to the addresses set forth herein or such other address as either party may designate by notice.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https://contract247-us.com/contract-labor-contract/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tract-labo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