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PROPOSAL</w:t>
      </w:r>
    </w:p>
    <w:p/>
    <w:p/>
    <w:p>
      <w:r>
        <w:rPr>
          <w:b/>
          <w:sz w:val="20"/>
        </w:rPr>
        <w:t>This Contract Proposal (“Proposal”) is made between the following parties:</w:t>
      </w:r>
    </w:p>
    <w:p>
      <w:r>
        <w:rPr>
          <w:b w:val="0"/>
          <w:sz w:val="20"/>
        </w:rPr>
        <w:t>Client Name: ____________________________________________________________</w:t>
      </w:r>
    </w:p>
    <w:p>
      <w:r>
        <w:rPr>
          <w:b w:val="0"/>
          <w:sz w:val="20"/>
        </w:rPr>
        <w:t>Client Address: _________________________________________________________</w:t>
      </w:r>
    </w:p>
    <w:p>
      <w:r>
        <w:rPr>
          <w:b w:val="0"/>
          <w:sz w:val="20"/>
        </w:rPr>
        <w:t>Contact Information: ____________________________________________________</w:t>
      </w:r>
    </w:p>
    <w:p/>
    <w:p>
      <w:r>
        <w:rPr>
          <w:b w:val="0"/>
          <w:sz w:val="20"/>
        </w:rPr>
        <w:t>Service Provider Name: _________________________________________________</w:t>
      </w:r>
    </w:p>
    <w:p>
      <w:r>
        <w:rPr>
          <w:b w:val="0"/>
          <w:sz w:val="20"/>
        </w:rPr>
        <w:t>Service Provider Address: ________________________________________________</w:t>
      </w:r>
    </w:p>
    <w:p>
      <w:r>
        <w:rPr>
          <w:b w:val="0"/>
          <w:sz w:val="20"/>
        </w:rPr>
        <w:t>Contact Information: ____________________________________________________</w:t>
      </w:r>
    </w:p>
    <w:p/>
    <w:p/>
    <w:p>
      <w:r>
        <w:rPr>
          <w:b/>
          <w:sz w:val="20"/>
        </w:rPr>
        <w:t>RECITALS</w:t>
      </w:r>
    </w:p>
    <w:p>
      <w:r>
        <w:rPr>
          <w:b w:val="0"/>
          <w:sz w:val="20"/>
        </w:rPr>
        <w:t>WHEREAS, the Client desires to obtain certain services as described herein;</w:t>
      </w:r>
    </w:p>
    <w:p>
      <w:r>
        <w:rPr>
          <w:b w:val="0"/>
          <w:sz w:val="20"/>
        </w:rPr>
        <w:t>WHEREAS, the Service Provider agrees to perform such services under the terms and conditions set forth below;</w:t>
      </w:r>
    </w:p>
    <w:p/>
    <w:p/>
    <w:p>
      <w:r>
        <w:rPr>
          <w:b/>
          <w:sz w:val="20"/>
        </w:rPr>
        <w:t>1. SCOPE OF SERVICES</w:t>
      </w:r>
    </w:p>
    <w:p>
      <w:r>
        <w:rPr>
          <w:b w:val="0"/>
          <w:sz w:val="20"/>
        </w:rPr>
        <w:t>The Service Provider agrees to provide the following services (the “Services”):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2. DELIVERABLES</w:t>
      </w:r>
    </w:p>
    <w:p>
      <w:r>
        <w:rPr>
          <w:b w:val="0"/>
          <w:sz w:val="20"/>
        </w:rPr>
        <w:t>The Service Provider shall deliver the following items to the Client upon completion of the Services: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3. TERM</w:t>
      </w:r>
    </w:p>
    <w:p>
      <w:r>
        <w:rPr>
          <w:b w:val="0"/>
          <w:sz w:val="20"/>
        </w:rPr>
        <w:t>This Proposal shall commence upon mutual acceptance by both parties and shall continue until the completion of the Services or termination as provided herein.</w:t>
      </w:r>
    </w:p>
    <w:p/>
    <w:p>
      <w:r>
        <w:rPr>
          <w:b/>
          <w:sz w:val="20"/>
        </w:rPr>
        <w:t>4. COMPENSATION</w:t>
      </w:r>
    </w:p>
    <w:p>
      <w:r>
        <w:rPr>
          <w:b w:val="0"/>
          <w:sz w:val="20"/>
        </w:rPr>
        <w:t>The Client agrees to pay the Service Provider the total amount of $____________ for the Services rendered under this Proposal.</w:t>
      </w:r>
    </w:p>
    <w:p>
      <w:r>
        <w:rPr>
          <w:b w:val="0"/>
          <w:sz w:val="20"/>
        </w:rPr>
        <w:t>Payment shall be made as follows:</w:t>
      </w:r>
    </w:p>
    <w:p>
      <w:r>
        <w:rPr>
          <w:b w:val="0"/>
          <w:sz w:val="20"/>
        </w:rPr>
        <w:t>a) Deposit of $____________ upon acceptance of this Proposal.</w:t>
      </w:r>
    </w:p>
    <w:p>
      <w:r>
        <w:rPr>
          <w:b w:val="0"/>
          <w:sz w:val="20"/>
        </w:rPr>
        <w:t>b) Balance of $____________ upon delivery of the final deliverables.</w:t>
      </w:r>
    </w:p>
    <w:p>
      <w:r>
        <w:rPr>
          <w:b w:val="0"/>
          <w:sz w:val="20"/>
        </w:rPr>
        <w:t>All payments shall be made in United States Dollars (USD).</w:t>
      </w:r>
    </w:p>
    <w:p/>
    <w:p>
      <w:r>
        <w:rPr>
          <w:b/>
          <w:sz w:val="20"/>
        </w:rPr>
        <w:t>5. EXPENSES</w:t>
      </w:r>
    </w:p>
    <w:p>
      <w:r>
        <w:rPr>
          <w:b w:val="0"/>
          <w:sz w:val="20"/>
        </w:rPr>
        <w:t>The Client shall reimburse the Service Provider for all reasonable and pre-approved out-of-pocket expenses incurred in connection with the performance of the Services.</w:t>
      </w:r>
    </w:p>
    <w:p/>
    <w:p>
      <w:r>
        <w:rPr>
          <w:b/>
          <w:sz w:val="20"/>
        </w:rPr>
        <w:t>6. CHANGES TO SERVICES</w:t>
      </w:r>
    </w:p>
    <w:p>
      <w:r>
        <w:rPr>
          <w:b w:val="0"/>
          <w:sz w:val="20"/>
        </w:rPr>
        <w:t>Any changes to the scope of the Services must be agreed upon in writing by both parties. Additional work outside the scope shall be billed separately at rates agreed upon by the parties.</w:t>
      </w:r>
    </w:p>
    <w:p/>
    <w:p>
      <w:r>
        <w:rPr>
          <w:b/>
          <w:sz w:val="20"/>
        </w:rPr>
        <w:t>7. CONFIDENTIALITY</w:t>
      </w:r>
    </w:p>
    <w:p>
      <w:r>
        <w:rPr>
          <w:b w:val="0"/>
          <w:sz w:val="20"/>
        </w:rPr>
        <w:t>Both parties agree to keep confidential any proprietary or confidential information obtained during the term of this Proposal and not to disclose such information to any third party without prior written consent, except as required by law.</w:t>
      </w:r>
    </w:p>
    <w:p/>
    <w:p>
      <w:r>
        <w:rPr>
          <w:b/>
          <w:sz w:val="20"/>
        </w:rPr>
        <w:t>8. INTELLECTUAL PROPERTY RIGHTS</w:t>
      </w:r>
    </w:p>
    <w:p>
      <w:r>
        <w:rPr>
          <w:b w:val="0"/>
          <w:sz w:val="20"/>
        </w:rPr>
        <w:t>Unless otherwise agreed in writing, all intellectual property rights in any materials developed or delivered under this Proposal shall be the property of the Client upon full payment.</w:t>
      </w:r>
    </w:p>
    <w:p/>
    <w:p>
      <w:r>
        <w:rPr>
          <w:b/>
          <w:sz w:val="20"/>
        </w:rPr>
        <w:t>9. WARRANTIES AND REPRESENTATIONS</w:t>
      </w:r>
    </w:p>
    <w:p>
      <w:r>
        <w:rPr>
          <w:b w:val="0"/>
          <w:sz w:val="20"/>
        </w:rPr>
        <w:t>The Service Provider represents and warrants that the Services shall be performed in a professional and workmanlike manner, consistent with industry standards.</w:t>
      </w:r>
    </w:p>
    <w:p/>
    <w:p>
      <w:r>
        <w:rPr>
          <w:b/>
          <w:sz w:val="20"/>
        </w:rPr>
        <w:t>10. LIMITATION OF LIABILITY</w:t>
      </w:r>
    </w:p>
    <w:p>
      <w:r>
        <w:rPr>
          <w:b w:val="0"/>
          <w:sz w:val="20"/>
        </w:rPr>
        <w:t>In no event shall either party be liable for any indirect, incidental, consequential, special, or punitive damages arising out of or relating to this Proposal, even if advised of the possibility thereof.</w:t>
      </w:r>
    </w:p>
    <w:p/>
    <w:p>
      <w:r>
        <w:rPr>
          <w:b/>
          <w:sz w:val="20"/>
        </w:rPr>
        <w:t>11. TERMINATION</w:t>
      </w:r>
    </w:p>
    <w:p>
      <w:r>
        <w:rPr>
          <w:b w:val="0"/>
          <w:sz w:val="20"/>
        </w:rPr>
        <w:t>Either party may terminate this Proposal upon written notice if the other party breaches any material term and fails to cure such breach within fifteen (15) days after receipt of notice.</w:t>
      </w:r>
    </w:p>
    <w:p>
      <w:r>
        <w:rPr>
          <w:b w:val="0"/>
          <w:sz w:val="20"/>
        </w:rPr>
        <w:t>Upon termination, the Client shall pay for all Services performed and expenses incurred up to the effective date of termination.</w:t>
      </w:r>
    </w:p>
    <w:p/>
    <w:p>
      <w:r>
        <w:rPr>
          <w:b/>
          <w:sz w:val="20"/>
        </w:rPr>
        <w:t>12. GOVERNING LAW AND DISPUTE RESOLUTION</w:t>
      </w:r>
    </w:p>
    <w:p>
      <w:r>
        <w:rPr>
          <w:b w:val="0"/>
          <w:sz w:val="20"/>
        </w:rPr>
        <w:t>This Proposal shall be governed by and construed in accordance with the laws of the United States and the State of _______________.</w:t>
      </w:r>
    </w:p>
    <w:p>
      <w:r>
        <w:rPr>
          <w:b w:val="0"/>
          <w:sz w:val="20"/>
        </w:rPr>
        <w:t>Any dispute arising under or relating to this Proposal shall be resolved first through good faith negotiation between the parties. If unresolved, disputes shall be submitted to binding arbitration in accordance with the rules of the American Arbitration Association.</w:t>
      </w:r>
    </w:p>
    <w:p/>
    <w:p>
      <w:r>
        <w:rPr>
          <w:b/>
          <w:sz w:val="20"/>
        </w:rPr>
        <w:t>13. INDEPENDENT CONTRACTOR</w:t>
      </w:r>
    </w:p>
    <w:p>
      <w:r>
        <w:rPr>
          <w:b w:val="0"/>
          <w:sz w:val="20"/>
        </w:rPr>
        <w:t>The Service Provider is an independent contractor and nothing herein shall be construed as creating an employer-employee relationship, partnership, or joint venture between the parties.</w:t>
      </w:r>
    </w:p>
    <w:p/>
    <w:p>
      <w:r>
        <w:rPr>
          <w:b/>
          <w:sz w:val="20"/>
        </w:rPr>
        <w:t>14. ENTIRE AGREEMENT</w:t>
      </w:r>
    </w:p>
    <w:p>
      <w:r>
        <w:rPr>
          <w:b w:val="0"/>
          <w:sz w:val="20"/>
        </w:rPr>
        <w:t>This Proposal constitutes the entire agreement between the parties with respect to its subject matter and supersedes all prior agreements, understandings, and communications.</w:t>
      </w:r>
    </w:p>
    <w:p/>
    <w:p>
      <w:r>
        <w:rPr>
          <w:b/>
          <w:sz w:val="20"/>
        </w:rPr>
        <w:t>15. AMENDMENTS</w:t>
      </w:r>
    </w:p>
    <w:p>
      <w:r>
        <w:rPr>
          <w:b w:val="0"/>
          <w:sz w:val="20"/>
        </w:rPr>
        <w:t>Any amendments or modifications to this Proposal must be in writing and signed by authorized representatives of both parties.</w:t>
      </w:r>
    </w:p>
    <w:p/>
    <w:p/>
    <w:p>
      <w:r>
        <w:rPr>
          <w:b/>
          <w:sz w:val="20"/>
        </w:rPr>
        <w:t>ACCEPTANCE</w:t>
      </w:r>
    </w:p>
    <w:p>
      <w:r>
        <w:rPr>
          <w:b w:val="0"/>
          <w:sz w:val="20"/>
        </w:rPr>
        <w:t>By signing below, both parties agree to the terms and conditions set forth in this Contract Proposal.</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w:t>
            </w:r>
          </w:p>
        </w:tc>
        <w:tc>
          <w:tcPr>
            <w:tcW w:type="dxa" w:w="4986"/>
            <w:tcBorders>
              <w:top w:val="nil"/>
              <w:left w:val="nil"/>
              <w:bottom w:val="nil"/>
              <w:right w:val="nil"/>
              <w:insideH w:val="nil"/>
              <w:insideV w:val="nil"/>
            </w:tcBorders>
          </w:tcPr>
          <w:p>
            <w:pPr>
              <w:jc w:val="center"/>
            </w:pPr>
            <w:r>
              <w:t>Name &amp; Title: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https://contract247-us.com/contract-proposal/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proposal/"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