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 RENEWAL NOTICE AND AGREEMENT</w:t>
      </w:r>
    </w:p>
    <w:p/>
    <w:p>
      <w:r>
        <w:rPr>
          <w:b/>
          <w:sz w:val="20"/>
        </w:rPr>
        <w:t>Recipient Information:</w:t>
      </w:r>
    </w:p>
    <w:p>
      <w:r>
        <w:rPr>
          <w:b w:val="0"/>
          <w:sz w:val="20"/>
        </w:rPr>
        <w:t>Name: ________________________________________________________________</w:t>
      </w:r>
    </w:p>
    <w:p>
      <w:r>
        <w:rPr>
          <w:b w:val="0"/>
          <w:sz w:val="20"/>
        </w:rPr>
        <w:t>Company: _____________________________________________________________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p>
      <w:r>
        <w:rPr>
          <w:b/>
          <w:sz w:val="20"/>
        </w:rPr>
        <w:t>Sender Information:</w:t>
      </w:r>
    </w:p>
    <w:p>
      <w:r>
        <w:rPr>
          <w:b w:val="0"/>
          <w:sz w:val="20"/>
        </w:rPr>
        <w:t>Name: ________________________________________________________________</w:t>
      </w:r>
    </w:p>
    <w:p>
      <w:r>
        <w:rPr>
          <w:b w:val="0"/>
          <w:sz w:val="20"/>
        </w:rPr>
        <w:t>Company: _____________________________________________________________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p>
      <w:r>
        <w:rPr>
          <w:b/>
          <w:sz w:val="20"/>
        </w:rPr>
        <w:t>Subject: Contract Renewal Notification and Terms</w:t>
      </w:r>
    </w:p>
    <w:p/>
    <w:p>
      <w:r>
        <w:rPr>
          <w:b w:val="0"/>
          <w:sz w:val="20"/>
        </w:rPr>
        <w:t>Dear _________________________________________________________________,</w:t>
      </w:r>
    </w:p>
    <w:p/>
    <w:p>
      <w:r>
        <w:rPr>
          <w:b w:val="0"/>
          <w:sz w:val="20"/>
        </w:rPr>
        <w:t>This letter serves as a formal notice regarding the renewal of the existing contract between the parties identified above. The renewal terms outlined below are intended to extend and modify the agreement in accordance with the parties' mutual consent and the governing laws of the United States of America.</w:t>
      </w:r>
    </w:p>
    <w:p/>
    <w:p>
      <w:r>
        <w:rPr>
          <w:b/>
          <w:sz w:val="20"/>
        </w:rPr>
        <w:t>Contract Details:</w:t>
      </w:r>
    </w:p>
    <w:p>
      <w:r>
        <w:rPr>
          <w:b w:val="0"/>
          <w:sz w:val="20"/>
        </w:rPr>
        <w:t>Original Contract Title: _______________________________________________</w:t>
      </w:r>
    </w:p>
    <w:p>
      <w:r>
        <w:rPr>
          <w:b w:val="0"/>
          <w:sz w:val="20"/>
        </w:rPr>
        <w:t>Original Contract Effective Term: ______________________________________</w:t>
      </w:r>
    </w:p>
    <w:p>
      <w:r>
        <w:rPr>
          <w:b w:val="0"/>
          <w:sz w:val="20"/>
        </w:rPr>
        <w:t>Contract Number / Reference: __________________________________________</w:t>
      </w:r>
    </w:p>
    <w:p/>
    <w:p>
      <w:r>
        <w:rPr>
          <w:b/>
          <w:sz w:val="20"/>
        </w:rPr>
        <w:t>Renewal Term:</w:t>
      </w:r>
    </w:p>
    <w:p>
      <w:r>
        <w:rPr>
          <w:b w:val="0"/>
          <w:sz w:val="20"/>
        </w:rPr>
        <w:t>The contract shall be renewed for a period of ____________________________ beginning immediately upon expiration of the original term, unless otherwise agreed in writing by the parties.</w:t>
      </w:r>
    </w:p>
    <w:p/>
    <w:p>
      <w:r>
        <w:rPr>
          <w:b/>
          <w:sz w:val="20"/>
        </w:rPr>
        <w:t>Payment and Compensation:</w:t>
      </w:r>
    </w:p>
    <w:p>
      <w:r>
        <w:rPr>
          <w:b w:val="0"/>
          <w:sz w:val="20"/>
        </w:rPr>
        <w:t>All payments and compensation terms shall remain as specified in the original agreement unless explicitly modified herein. Any adjustments to payment terms must be documented in writing and signed by authorized representatives of both parties.</w:t>
      </w:r>
    </w:p>
    <w:p/>
    <w:p>
      <w:r>
        <w:rPr>
          <w:b/>
          <w:sz w:val="20"/>
        </w:rPr>
        <w:t>Obligations and Responsibilities:</w:t>
      </w:r>
    </w:p>
    <w:p>
      <w:r>
        <w:rPr>
          <w:b w:val="0"/>
          <w:sz w:val="20"/>
        </w:rPr>
        <w:t>All obligations, duties, and responsibilities of the parties as set forth in the original contract shall continue to apply and remain enforceable during the renewal term, except to the extent expressly modified by this renewal agreement.</w:t>
      </w:r>
    </w:p>
    <w:p/>
    <w:p>
      <w:r>
        <w:rPr>
          <w:b/>
          <w:sz w:val="20"/>
        </w:rPr>
        <w:t>Termination:</w:t>
      </w:r>
    </w:p>
    <w:p>
      <w:r>
        <w:rPr>
          <w:b w:val="0"/>
          <w:sz w:val="20"/>
        </w:rPr>
        <w:t>Either party may terminate this renewal agreement in accordance with the termination provisions stipulated in the original contract. Any termination shall be effective only upon written notice delivered as specified in the governing agreement.</w:t>
      </w:r>
    </w:p>
    <w:p/>
    <w:p>
      <w:r>
        <w:rPr>
          <w:b/>
          <w:sz w:val="20"/>
        </w:rPr>
        <w:t>Governing Law and Jurisdiction:</w:t>
      </w:r>
    </w:p>
    <w:p>
      <w:r>
        <w:rPr>
          <w:b w:val="0"/>
          <w:sz w:val="20"/>
        </w:rPr>
        <w:t>This renewal agreement shall be governed by and construed in accordance with the laws of the United States of America and the applicable state law governing the original agreement. Exclusive jurisdiction for any disputes arising hereunder shall lie with the courts located within the state specified in the original contract.</w:t>
      </w:r>
    </w:p>
    <w:p/>
    <w:p>
      <w:r>
        <w:rPr>
          <w:b/>
          <w:sz w:val="20"/>
        </w:rPr>
        <w:t>Entire Agreement:</w:t>
      </w:r>
    </w:p>
    <w:p>
      <w:r>
        <w:rPr>
          <w:b w:val="0"/>
          <w:sz w:val="20"/>
        </w:rPr>
        <w:t>This renewal agreement, together with the original contract and any prior amendments, constitutes the entire understanding between the parties concerning the subject matter herein and supersedes all prior negotiations, representations, or agreements, whether written or oral, relating to such subject matter.</w:t>
      </w:r>
    </w:p>
    <w:p/>
    <w:p>
      <w:r>
        <w:rPr>
          <w:b/>
          <w:sz w:val="20"/>
        </w:rPr>
        <w:t>Amendments:</w:t>
      </w:r>
    </w:p>
    <w:p>
      <w:r>
        <w:rPr>
          <w:b w:val="0"/>
          <w:sz w:val="20"/>
        </w:rPr>
        <w:t>Any amendments or modifications to this renewal agreement must be made in writing and signed by duly authorized representatives of both parties to be legally binding.</w:t>
      </w:r>
    </w:p>
    <w:p/>
    <w:p>
      <w:r>
        <w:rPr>
          <w:b/>
          <w:sz w:val="20"/>
        </w:rPr>
        <w:t>Notices:</w:t>
      </w:r>
    </w:p>
    <w:p>
      <w:r>
        <w:rPr>
          <w:b w:val="0"/>
          <w:sz w:val="20"/>
        </w:rPr>
        <w:t>All notices required or permitted under this renewal agreement shall be in writing and delivered to the parties at the addresses specified above or to such other addresses as the parties may designate by prior written notice.</w:t>
      </w:r>
    </w:p>
    <w:p/>
    <w:p>
      <w:r>
        <w:rPr>
          <w:b w:val="0"/>
          <w:sz w:val="20"/>
        </w:rPr>
        <w:t>If you agree to the terms as stated above, please indicate your acceptance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Signatory - Sender</w:t>
            </w:r>
          </w:p>
        </w:tc>
        <w:tc>
          <w:tcPr>
            <w:tcW w:type="dxa" w:w="4986"/>
            <w:tcBorders>
              <w:top w:val="nil"/>
              <w:left w:val="nil"/>
              <w:bottom w:val="nil"/>
              <w:right w:val="nil"/>
              <w:insideH w:val="nil"/>
              <w:insideV w:val="nil"/>
            </w:tcBorders>
          </w:tcPr>
          <w:p>
            <w:pPr>
              <w:jc w:val="center"/>
            </w:pPr>
            <w:r>
              <w:t>Authorized Signatory - 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r>
        <w:tc>
          <w:tcPr>
            <w:tcW w:type="dxa" w:w="4986"/>
            <w:tcBorders>
              <w:top w:val="nil"/>
              <w:left w:val="nil"/>
              <w:bottom w:val="nil"/>
              <w:right w:val="nil"/>
              <w:insideH w:val="nil"/>
              <w:insideV w:val="nil"/>
            </w:tcBorders>
          </w:tcPr>
          <w:p>
            <w:pPr>
              <w:jc w:val="center"/>
            </w:pPr>
            <w:r>
              <w:t>Title / Position: _____________________</w:t>
            </w:r>
          </w:p>
        </w:tc>
        <w:tc>
          <w:tcPr>
            <w:tcW w:type="dxa" w:w="4986"/>
            <w:tcBorders>
              <w:top w:val="nil"/>
              <w:left w:val="nil"/>
              <w:bottom w:val="nil"/>
              <w:right w:val="nil"/>
              <w:insideH w:val="nil"/>
              <w:insideV w:val="nil"/>
            </w:tcBorders>
          </w:tcPr>
          <w:p>
            <w:pPr>
              <w:jc w:val="center"/>
            </w:pPr>
            <w:r>
              <w:t>Title / Position: _____________________</w:t>
            </w:r>
          </w:p>
        </w:tc>
      </w:tr>
    </w:tbl>
    <w:p/>
    <w:p/>
    <w:p>
      <w:r>
        <w:rPr>
          <w:b w:val="0"/>
          <w:sz w:val="20"/>
        </w:rPr>
        <w:t>By signing above, both parties acknowledge and agree to be legally bound by the terms of this Contract Renewal Notice and Agreement.</w:t>
      </w:r>
    </w:p>
    <w:p/>
    <w:p>
      <w:r>
        <w:br w:type="page"/>
      </w:r>
    </w:p>
    <w:p>
      <w:pPr>
        <w:jc w:val="center"/>
      </w:pPr>
      <w:r>
        <w:rPr>
          <w:color w:val="555555"/>
          <w:sz w:val="24"/>
        </w:rPr>
        <w:t>Original source of this document:</w:t>
      </w:r>
    </w:p>
    <w:p>
      <w:pPr>
        <w:jc w:val="center"/>
      </w:pPr>
      <w:hyperlink r:id="rId9">
        <w:r>
          <w:rPr>
            <w:color w:val="0000FF"/>
            <w:u w:val="single"/>
          </w:rPr>
          <w:t>https://contract247-us.com/contract-renewal-email/</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tract-renewal-email/"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