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SECURITY DEPOSIT AGREEMENT</w:t>
      </w:r>
    </w:p>
    <w:p/>
    <w:p>
      <w:r>
        <w:rPr>
          <w:b/>
          <w:sz w:val="20"/>
        </w:rPr>
        <w:t>This Security Deposit Agreement ("Agreement") is entered into by and between the following parties:</w:t>
      </w:r>
    </w:p>
    <w:p/>
    <w:p>
      <w:r>
        <w:rPr>
          <w:b/>
          <w:sz w:val="20"/>
        </w:rPr>
        <w:t>Landlord:</w:t>
      </w:r>
    </w:p>
    <w:p>
      <w:r>
        <w:rPr>
          <w:b w:val="0"/>
          <w:sz w:val="20"/>
        </w:rPr>
        <w:t>Full Name/Entity Name: 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Tenant:</w:t>
      </w:r>
    </w:p>
    <w:p>
      <w:r>
        <w:rPr>
          <w:b w:val="0"/>
          <w:sz w:val="20"/>
        </w:rPr>
        <w:t>Full Name/Entity Name: 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Premises:</w:t>
      </w:r>
    </w:p>
    <w:p>
      <w:r>
        <w:rPr>
          <w:b w:val="0"/>
          <w:sz w:val="20"/>
        </w:rPr>
        <w:t>Address of Rental Property: ___________________________________________________</w:t>
      </w:r>
    </w:p>
    <w:p>
      <w:r>
        <w:rPr>
          <w:b w:val="0"/>
          <w:sz w:val="20"/>
        </w:rPr>
        <w:t>Type of Property: ______________________________________________________________</w:t>
      </w:r>
    </w:p>
    <w:p/>
    <w:p>
      <w:r>
        <w:rPr>
          <w:b/>
          <w:sz w:val="20"/>
        </w:rPr>
        <w:t>Deposit Amount and Receipt:</w:t>
      </w:r>
    </w:p>
    <w:p>
      <w:r>
        <w:rPr>
          <w:b w:val="0"/>
          <w:sz w:val="20"/>
        </w:rPr>
        <w:t>The Tenant has delivered to the Landlord a security deposit in the amount of $________________ (the "Deposit") to secure the Tenant's obligations under the lease or rental agreement for the Premises.</w:t>
      </w:r>
    </w:p>
    <w:p>
      <w:r>
        <w:rPr>
          <w:b w:val="0"/>
          <w:sz w:val="20"/>
        </w:rPr>
        <w:t>Landlord hereby acknowledges receipt of the Deposit in full.</w:t>
      </w:r>
    </w:p>
    <w:p/>
    <w:p>
      <w:r>
        <w:rPr>
          <w:b/>
          <w:sz w:val="20"/>
        </w:rPr>
        <w:t>Purpose and Use of Deposit:</w:t>
      </w:r>
    </w:p>
    <w:p>
      <w:r>
        <w:rPr>
          <w:b w:val="0"/>
          <w:sz w:val="20"/>
        </w:rPr>
        <w:t>The Deposit shall be held by the Landlord as security for the full and faithful performance by Tenant of all terms, conditions, and obligations of the lease or rental agreement, including but not limited to payment of rent and repair of damages to the Premises beyond normal wear and tear.</w:t>
      </w:r>
    </w:p>
    <w:p/>
    <w:p>
      <w:r>
        <w:rPr>
          <w:b/>
          <w:sz w:val="20"/>
        </w:rPr>
        <w:t>Deposit Holding and Interest:</w:t>
      </w:r>
    </w:p>
    <w:p>
      <w:r>
        <w:rPr>
          <w:b w:val="0"/>
          <w:sz w:val="20"/>
        </w:rPr>
        <w:t>The Deposit shall be held by the Landlord in a separate account in accordance with applicable state and local laws. Interest on the Deposit, if any, shall be handled as follows:</w:t>
      </w:r>
    </w:p>
    <w:p>
      <w:r>
        <w:rPr>
          <w:b w:val="0"/>
          <w:sz w:val="20"/>
        </w:rPr>
        <w:t>________________________________________________________________________________</w:t>
      </w:r>
    </w:p>
    <w:p>
      <w:r>
        <w:rPr>
          <w:b w:val="0"/>
          <w:sz w:val="20"/>
        </w:rPr>
        <w:t>________________________________________________________________________________</w:t>
      </w:r>
    </w:p>
    <w:p/>
    <w:p>
      <w:r>
        <w:rPr>
          <w:b/>
          <w:sz w:val="20"/>
        </w:rPr>
        <w:t>Return of Deposit:</w:t>
      </w:r>
    </w:p>
    <w:p>
      <w:r>
        <w:rPr>
          <w:b w:val="0"/>
          <w:sz w:val="20"/>
        </w:rPr>
        <w:t>Subject to applicable law, the Landlord shall return the Deposit to the Tenant within __________ days after the termination of the tenancy and delivery of possession of the Premises to the Landlord, less any lawful deductions for unpaid rent, damages beyond normal wear and tear, cleaning, or other breaches of the lease agreement.</w:t>
      </w:r>
    </w:p>
    <w:p>
      <w:r>
        <w:rPr>
          <w:b w:val="0"/>
          <w:sz w:val="20"/>
        </w:rPr>
        <w:t>A written itemized list of any deductions shall be provided to the Tenant along with the balance of the Deposit.</w:t>
      </w:r>
    </w:p>
    <w:p/>
    <w:p>
      <w:r>
        <w:rPr>
          <w:b/>
          <w:sz w:val="20"/>
        </w:rPr>
        <w:t>Deductions and Disputes:</w:t>
      </w:r>
    </w:p>
    <w:p>
      <w:r>
        <w:rPr>
          <w:b w:val="0"/>
          <w:sz w:val="20"/>
        </w:rPr>
        <w:t>If the Landlord intends to make any deductions from the Deposit, the Tenant shall have the right to dispute such deductions in writing within __________ days after receipt of the itemized list.</w:t>
      </w:r>
    </w:p>
    <w:p>
      <w:r>
        <w:rPr>
          <w:b w:val="0"/>
          <w:sz w:val="20"/>
        </w:rPr>
        <w:t>Any disputes arising under this Agreement shall be resolved in accordance with the dispute resolution provisions of the lease or rental agreement or applicable law.</w:t>
      </w:r>
    </w:p>
    <w:p/>
    <w:p>
      <w:r>
        <w:rPr>
          <w:b/>
          <w:sz w:val="20"/>
        </w:rPr>
        <w:t>Tenant Obligations:</w:t>
      </w:r>
    </w:p>
    <w:p>
      <w:r>
        <w:rPr>
          <w:b w:val="0"/>
          <w:sz w:val="20"/>
        </w:rPr>
        <w:t>The Tenant agrees to comply fully with all terms of the lease or rental agreement, to maintain the Premises in good condition, and to promptly notify the Landlord of any damage, defects, or necessary repairs.</w:t>
      </w:r>
    </w:p>
    <w:p/>
    <w:p>
      <w:r>
        <w:rPr>
          <w:b/>
          <w:sz w:val="20"/>
        </w:rPr>
        <w:t>Landlord Obligations:</w:t>
      </w:r>
    </w:p>
    <w:p>
      <w:r>
        <w:rPr>
          <w:b w:val="0"/>
          <w:sz w:val="20"/>
        </w:rPr>
        <w:t>The Landlord shall hold the Deposit in accordance with applicable laws and return it in a timely manner as provided herein. The Landlord agrees to provide the Tenant with a forwarding address for return of the Deposit.</w:t>
      </w:r>
    </w:p>
    <w:p/>
    <w:p>
      <w:r>
        <w:rPr>
          <w:b/>
          <w:sz w:val="20"/>
        </w:rPr>
        <w:t>No Waiver:</w:t>
      </w:r>
    </w:p>
    <w:p>
      <w:r>
        <w:rPr>
          <w:b w:val="0"/>
          <w:sz w:val="20"/>
        </w:rPr>
        <w:t>No failure or delay by either party to exercise any right or remedy under this Agreement shall operate as a waiver of such right or remedy.</w:t>
      </w:r>
    </w:p>
    <w:p/>
    <w:p>
      <w:r>
        <w:rPr>
          <w:b/>
          <w:sz w:val="20"/>
        </w:rPr>
        <w:t>Governing Law:</w:t>
      </w:r>
    </w:p>
    <w:p>
      <w:r>
        <w:rPr>
          <w:b w:val="0"/>
          <w:sz w:val="20"/>
        </w:rPr>
        <w:t>This Agreement shall be governed by and construed in accordance with the laws of the State of ____________________, without regard to its conflict of laws principles.</w:t>
      </w:r>
    </w:p>
    <w:p/>
    <w:p>
      <w:r>
        <w:rPr>
          <w:b/>
          <w:sz w:val="20"/>
        </w:rPr>
        <w:t>Entire Agreement:</w:t>
      </w:r>
    </w:p>
    <w:p>
      <w:r>
        <w:rPr>
          <w:b w:val="0"/>
          <w:sz w:val="20"/>
        </w:rPr>
        <w:t>This Agreement constitutes the entire understanding between the parties regarding the security deposit and supersedes all prior discussions and agreements, whether oral or written.</w:t>
      </w:r>
    </w:p>
    <w:p/>
    <w:p>
      <w:r>
        <w:rPr>
          <w:b/>
          <w:sz w:val="20"/>
        </w:rPr>
        <w:t>Amendments:</w:t>
      </w:r>
    </w:p>
    <w:p>
      <w:r>
        <w:rPr>
          <w:b w:val="0"/>
          <w:sz w:val="20"/>
        </w:rPr>
        <w:t>Any modifications or amendments to this Agreement must be made in writing and signed by both parties to be effective.</w:t>
      </w:r>
    </w:p>
    <w:p/>
    <w:p>
      <w:r>
        <w:rPr>
          <w:b/>
          <w:sz w:val="20"/>
        </w:rPr>
        <w:t>Severability:</w:t>
      </w:r>
    </w:p>
    <w:p>
      <w:r>
        <w:rPr>
          <w:b w:val="0"/>
          <w:sz w:val="20"/>
        </w:rPr>
        <w:t>If any provision of this Agreement is found to be invalid or unenforceable, the remaining provisions shall continue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https://contract247-us.com/deposit-contract/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deposi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