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DOG BOARDING AGREEMENT</w:t>
      </w:r>
    </w:p>
    <w:p/>
    <w:p>
      <w:r>
        <w:rPr>
          <w:b/>
          <w:sz w:val="20"/>
        </w:rPr>
        <w:t>This Dog Boarding Agreement ("Agreement") is entered into by and between the following parties:</w:t>
      </w:r>
    </w:p>
    <w:p/>
    <w:p>
      <w:r>
        <w:rPr>
          <w:b/>
          <w:sz w:val="20"/>
        </w:rPr>
        <w:t>Boarding Provider Information:</w:t>
      </w:r>
    </w:p>
    <w:p>
      <w:r>
        <w:rPr>
          <w:b w:val="0"/>
          <w:sz w:val="20"/>
        </w:rPr>
        <w:t>Full Name: ______________________________________________________________</w:t>
      </w:r>
    </w:p>
    <w:p>
      <w:r>
        <w:rPr>
          <w:b w:val="0"/>
          <w:sz w:val="20"/>
        </w:rPr>
        <w:t>Business Name (if applicable): 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Dog Owner Information:</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Dog Information:</w:t>
      </w:r>
    </w:p>
    <w:p>
      <w:r>
        <w:rPr>
          <w:b w:val="0"/>
          <w:sz w:val="20"/>
        </w:rPr>
        <w:t>Name: _________________________________________________________________</w:t>
      </w:r>
    </w:p>
    <w:p>
      <w:r>
        <w:rPr>
          <w:b w:val="0"/>
          <w:sz w:val="20"/>
        </w:rPr>
        <w:t>Breed: _________________________________________________________________</w:t>
      </w:r>
    </w:p>
    <w:p>
      <w:r>
        <w:rPr>
          <w:b w:val="0"/>
          <w:sz w:val="20"/>
        </w:rPr>
        <w:t>Age: ____________________    Sex: ____________________</w:t>
      </w:r>
    </w:p>
    <w:p>
      <w:r>
        <w:rPr>
          <w:b w:val="0"/>
          <w:sz w:val="20"/>
        </w:rPr>
        <w:t>Color/Markings: _________________________________________________________</w:t>
      </w:r>
    </w:p>
    <w:p>
      <w:r>
        <w:rPr>
          <w:b w:val="0"/>
          <w:sz w:val="20"/>
        </w:rPr>
        <w:t>Weight: ___________________</w:t>
      </w:r>
    </w:p>
    <w:p>
      <w:r>
        <w:rPr>
          <w:b w:val="0"/>
          <w:sz w:val="20"/>
        </w:rPr>
        <w:t>Veterinarian Name: ______________________________________________________</w:t>
      </w:r>
    </w:p>
    <w:p>
      <w:r>
        <w:rPr>
          <w:b w:val="0"/>
          <w:sz w:val="20"/>
        </w:rPr>
        <w:t>Veterinarian Phone: _____________________________________________________</w:t>
      </w:r>
    </w:p>
    <w:p/>
    <w:p>
      <w:r>
        <w:rPr>
          <w:b/>
          <w:sz w:val="20"/>
        </w:rPr>
        <w:t>Vaccination and Health Requirements:</w:t>
      </w:r>
    </w:p>
    <w:p>
      <w:r>
        <w:rPr>
          <w:b w:val="0"/>
          <w:sz w:val="20"/>
        </w:rPr>
        <w:t>The Owner represents and warrants that the Dog is in good health and current on all vaccinations, including but not limited to rabies, distemper, parvovirus, bordetella, and any other vaccines required by law or by the Provider.</w:t>
      </w:r>
    </w:p>
    <w:p>
      <w:r>
        <w:rPr>
          <w:b w:val="0"/>
          <w:sz w:val="20"/>
        </w:rPr>
        <w:t>Proof of vaccinations and health records must be provided to the Provider prior to or at the time of boarding.</w:t>
      </w:r>
    </w:p>
    <w:p>
      <w:r>
        <w:rPr>
          <w:b w:val="0"/>
          <w:sz w:val="20"/>
        </w:rPr>
        <w:t>The Owner affirms that the Dog is free from communicable diseases and parasites, and has not exhibited symptoms of illness within the past 14 days.</w:t>
      </w:r>
    </w:p>
    <w:p/>
    <w:p>
      <w:r>
        <w:rPr>
          <w:b/>
          <w:sz w:val="20"/>
        </w:rPr>
        <w:t>Services Provided:</w:t>
      </w:r>
    </w:p>
    <w:p>
      <w:r>
        <w:rPr>
          <w:b w:val="0"/>
          <w:sz w:val="20"/>
        </w:rPr>
        <w:t>The Provider agrees to board and care for the Dog during the agreed period, including feeding, exercise, grooming, and any other mutually agreed services.</w:t>
      </w:r>
    </w:p>
    <w:p>
      <w:r>
        <w:rPr>
          <w:b w:val="0"/>
          <w:sz w:val="20"/>
        </w:rPr>
        <w:t>The Provider shall exercise reasonable care, skill, and diligence in the care of the Dog.</w:t>
      </w:r>
    </w:p>
    <w:p/>
    <w:p>
      <w:r>
        <w:rPr>
          <w:b/>
          <w:sz w:val="20"/>
        </w:rPr>
        <w:t>Boarding Period:</w:t>
      </w:r>
    </w:p>
    <w:p>
      <w:r>
        <w:rPr>
          <w:b w:val="0"/>
          <w:sz w:val="20"/>
        </w:rPr>
        <w:t>Start Date and Time: ____________________________________________________</w:t>
      </w:r>
    </w:p>
    <w:p>
      <w:r>
        <w:rPr>
          <w:b w:val="0"/>
          <w:sz w:val="20"/>
        </w:rPr>
        <w:t>End Date and Time: ______________________________________________________</w:t>
      </w:r>
    </w:p>
    <w:p>
      <w:r>
        <w:rPr>
          <w:b w:val="0"/>
          <w:sz w:val="20"/>
        </w:rPr>
        <w:t>Late pick-up fees or extended boarding shall be subject to additional charges as agreed upon by the parties.</w:t>
      </w:r>
    </w:p>
    <w:p/>
    <w:p>
      <w:r>
        <w:rPr>
          <w:b/>
          <w:sz w:val="20"/>
        </w:rPr>
        <w:t>Fees and Payment:</w:t>
      </w:r>
    </w:p>
    <w:p>
      <w:r>
        <w:rPr>
          <w:b w:val="0"/>
          <w:sz w:val="20"/>
        </w:rPr>
        <w:t>The Owner agrees to pay the Provider the sum of $____________ for the boarding services described herein.</w:t>
      </w:r>
    </w:p>
    <w:p>
      <w:r>
        <w:rPr>
          <w:b w:val="0"/>
          <w:sz w:val="20"/>
        </w:rPr>
        <w:t>Payment is due in full prior to or at drop-off unless otherwise agreed in writing.</w:t>
      </w:r>
    </w:p>
    <w:p>
      <w:r>
        <w:rPr>
          <w:b w:val="0"/>
          <w:sz w:val="20"/>
        </w:rPr>
        <w:t>Additional charges may apply for services beyond the scope of this Agreement, including but not limited to veterinary care, special diet, or extended stay.</w:t>
      </w:r>
    </w:p>
    <w:p/>
    <w:p>
      <w:r>
        <w:rPr>
          <w:b/>
          <w:sz w:val="20"/>
        </w:rPr>
        <w:t>Food and Medication:</w:t>
      </w:r>
    </w:p>
    <w:p>
      <w:r>
        <w:rPr>
          <w:b w:val="0"/>
          <w:sz w:val="20"/>
        </w:rPr>
        <w:t>The Owner shall provide all food, treats, and medication necessary for the Dog’s care during boarding, with clear instructions.</w:t>
      </w:r>
    </w:p>
    <w:p>
      <w:r>
        <w:rPr>
          <w:b w:val="0"/>
          <w:sz w:val="20"/>
        </w:rPr>
        <w:t>The Provider agrees to administer medication strictly according to the Owner’s instructions and is not responsible for adverse reactions.</w:t>
      </w:r>
    </w:p>
    <w:p/>
    <w:p>
      <w:r>
        <w:rPr>
          <w:b/>
          <w:sz w:val="20"/>
        </w:rPr>
        <w:t>Emergency and Veterinary Care:</w:t>
      </w:r>
    </w:p>
    <w:p>
      <w:r>
        <w:rPr>
          <w:b w:val="0"/>
          <w:sz w:val="20"/>
        </w:rPr>
        <w:t>In the event of illness or injury requiring veterinary attention, the Provider shall make reasonable efforts to contact the Owner immediately.</w:t>
      </w:r>
    </w:p>
    <w:p>
      <w:r>
        <w:rPr>
          <w:b w:val="0"/>
          <w:sz w:val="20"/>
        </w:rPr>
        <w:t>If the Owner cannot be reached or immediate care is necessary, the Provider is authorized to seek veterinary treatment at the Owner’s expense.</w:t>
      </w:r>
    </w:p>
    <w:p>
      <w:r>
        <w:rPr>
          <w:b w:val="0"/>
          <w:sz w:val="20"/>
        </w:rPr>
        <w:t>The Owner agrees to reimburse all veterinary and emergency expenses incurred on behalf of the Dog upon presentation of receipts.</w:t>
      </w:r>
    </w:p>
    <w:p/>
    <w:p>
      <w:r>
        <w:rPr>
          <w:b/>
          <w:sz w:val="20"/>
        </w:rPr>
        <w:t>Liability and Indemnification:</w:t>
      </w:r>
    </w:p>
    <w:p>
      <w:r>
        <w:rPr>
          <w:b w:val="0"/>
          <w:sz w:val="20"/>
        </w:rPr>
        <w:t>The Owner acknowledges and agrees that the Provider shall not be liable for any injury, illness, or death of the Dog except where caused by the Provider’s gross negligence or intentional misconduct.</w:t>
      </w:r>
    </w:p>
    <w:p>
      <w:r>
        <w:rPr>
          <w:b w:val="0"/>
          <w:sz w:val="20"/>
        </w:rPr>
        <w:t>The Owner agrees to indemnify and hold harmless the Provider, their agents, employees, and representatives from any and all claims, damages, expenses, or liabilities arising out of or related to the Dog’s behavior, health, or boarding.</w:t>
      </w:r>
    </w:p>
    <w:p/>
    <w:p>
      <w:r>
        <w:rPr>
          <w:b/>
          <w:sz w:val="20"/>
        </w:rPr>
        <w:t>Behavioral Issues:</w:t>
      </w:r>
    </w:p>
    <w:p>
      <w:r>
        <w:rPr>
          <w:b w:val="0"/>
          <w:sz w:val="20"/>
        </w:rPr>
        <w:t>The Owner represents that the Dog is not aggressive or dangerous and has no history of biting or injuring persons or other animals.</w:t>
      </w:r>
    </w:p>
    <w:p>
      <w:r>
        <w:rPr>
          <w:b w:val="0"/>
          <w:sz w:val="20"/>
        </w:rPr>
        <w:t>If the Dog exhibits aggressive or uncontrollable behavior during boarding, the Provider reserves the right to terminate this Agreement and require immediate pick-up by the Owner.</w:t>
      </w:r>
    </w:p>
    <w:p>
      <w:r>
        <w:rPr>
          <w:b w:val="0"/>
          <w:sz w:val="20"/>
        </w:rPr>
        <w:t>In such case, no refund will be issued, and additional costs, including emergency care or property damage, will be charged to the Owner.</w:t>
      </w:r>
    </w:p>
    <w:p/>
    <w:p>
      <w:r>
        <w:rPr>
          <w:b/>
          <w:sz w:val="20"/>
        </w:rPr>
        <w:t>Cancellation and Termination:</w:t>
      </w:r>
    </w:p>
    <w:p>
      <w:r>
        <w:rPr>
          <w:b w:val="0"/>
          <w:sz w:val="20"/>
        </w:rPr>
        <w:t>Either party may terminate this Agreement at any time by providing written notice to the other party.</w:t>
      </w:r>
    </w:p>
    <w:p>
      <w:r>
        <w:rPr>
          <w:b w:val="0"/>
          <w:sz w:val="20"/>
        </w:rPr>
        <w:t>Cancellation fees may apply as specified by the Provider’s policies.</w:t>
      </w:r>
    </w:p>
    <w:p>
      <w:r>
        <w:rPr>
          <w:b w:val="0"/>
          <w:sz w:val="20"/>
        </w:rPr>
        <w:t>The Provider reserves the right to terminate this Agreement immediately if the Owner breaches any terms herein or if the Dog’s behavior or health poses a risk to others.</w:t>
      </w:r>
    </w:p>
    <w:p/>
    <w:p>
      <w:r>
        <w:rPr>
          <w:b/>
          <w:sz w:val="20"/>
        </w:rPr>
        <w:t>Personal Property:</w:t>
      </w:r>
    </w:p>
    <w:p>
      <w:r>
        <w:rPr>
          <w:b w:val="0"/>
          <w:sz w:val="20"/>
        </w:rPr>
        <w:t>The Owner is responsible for all personal items and belongings brought with the Dog.</w:t>
      </w:r>
    </w:p>
    <w:p>
      <w:r>
        <w:rPr>
          <w:b w:val="0"/>
          <w:sz w:val="20"/>
        </w:rPr>
        <w:t>The Provider shall not be liable for loss or damage to any personal property.</w:t>
      </w:r>
    </w:p>
    <w:p/>
    <w:p>
      <w:r>
        <w:rPr>
          <w:b/>
          <w:sz w:val="20"/>
        </w:rPr>
        <w:t>Governing Law and Dispute Resolution:</w:t>
      </w:r>
    </w:p>
    <w:p>
      <w:r>
        <w:rPr>
          <w:b w:val="0"/>
          <w:sz w:val="20"/>
        </w:rPr>
        <w:t>This Agreement shall be governed by and construed in accordance with the laws of the State of ______________________.</w:t>
      </w:r>
    </w:p>
    <w:p>
      <w:r>
        <w:rPr>
          <w:b w:val="0"/>
          <w:sz w:val="20"/>
        </w:rPr>
        <w:t>Any disputes arising out of or relating to this Agreement shall be resolved through good faith negotiation between the parties.</w:t>
      </w:r>
    </w:p>
    <w:p>
      <w:r>
        <w:rPr>
          <w:b w:val="0"/>
          <w:sz w:val="20"/>
        </w:rPr>
        <w:t>If negotiation fails, disputes shall be submitted to binding arbitration in accordance with the rules of the American Arbitration Association or a similar recognized arbitration body.</w:t>
      </w:r>
    </w:p>
    <w:p/>
    <w:p>
      <w:r>
        <w:rPr>
          <w:b/>
          <w:sz w:val="20"/>
        </w:rPr>
        <w:t>Entire Agreement:</w:t>
      </w:r>
    </w:p>
    <w:p>
      <w:r>
        <w:rPr>
          <w:b w:val="0"/>
          <w:sz w:val="20"/>
        </w:rPr>
        <w:t>This Agreement constitutes the entire understanding and agreement between the parties concerning the subject matter herein and supersedes any prior agreements, representations, or understandings.</w:t>
      </w:r>
    </w:p>
    <w:p>
      <w:r>
        <w:rPr>
          <w:b w:val="0"/>
          <w:sz w:val="20"/>
        </w:rPr>
        <w:t>No amendment or modification shall be valid unless in writing and signed by both parties.</w:t>
      </w:r>
    </w:p>
    <w:p/>
    <w:p/>
    <w:p>
      <w:pPr>
        <w:jc w:val="center"/>
      </w:pPr>
      <w:r>
        <w:rPr>
          <w:b w:val="0"/>
          <w:sz w:val="20"/>
        </w:rPr>
        <w:t>IN WITNESS WHEREOF, the parties hereto have executed this Dog Boarding Agreement as of the date written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BOARDING PROVIDER</w:t>
            </w:r>
          </w:p>
        </w:tc>
        <w:tc>
          <w:tcPr>
            <w:tcW w:type="dxa" w:w="4986"/>
            <w:tcBorders>
              <w:top w:val="nil"/>
              <w:left w:val="nil"/>
              <w:bottom w:val="nil"/>
              <w:right w:val="nil"/>
              <w:insideH w:val="nil"/>
              <w:insideV w:val="nil"/>
            </w:tcBorders>
          </w:tcPr>
          <w:p>
            <w:pPr>
              <w:jc w:val="center"/>
            </w:pPr>
            <w:r>
              <w:t>DOG OWNER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https://contract247-us.com/dog-boarding-contract/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dog-board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