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DOG TRAINING SERVICES AGREEMENT</w:t>
      </w:r>
    </w:p>
    <w:p/>
    <w:p>
      <w:r>
        <w:rPr>
          <w:b/>
          <w:sz w:val="20"/>
        </w:rPr>
        <w:t>This Dog Training Services Agreement (the “Agreement”) is entered into by and between:</w:t>
      </w:r>
    </w:p>
    <w:p>
      <w:r>
        <w:rPr>
          <w:b/>
          <w:sz w:val="20"/>
        </w:rPr>
        <w:t>Trainer Information:</w:t>
      </w:r>
    </w:p>
    <w:p>
      <w:r>
        <w:rPr>
          <w:b w:val="0"/>
          <w:sz w:val="20"/>
        </w:rPr>
        <w:t>Full Name: ____________________________________________________________</w:t>
      </w:r>
    </w:p>
    <w:p>
      <w:r>
        <w:rPr>
          <w:b w:val="0"/>
          <w:sz w:val="20"/>
        </w:rPr>
        <w:t>Business Name (if applicable): 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Dog Information:</w:t>
      </w:r>
    </w:p>
    <w:p>
      <w:r>
        <w:rPr>
          <w:b w:val="0"/>
          <w:sz w:val="20"/>
        </w:rPr>
        <w:t>Name: ________________________________________________________________</w:t>
      </w:r>
    </w:p>
    <w:p>
      <w:r>
        <w:rPr>
          <w:b w:val="0"/>
          <w:sz w:val="20"/>
        </w:rPr>
        <w:t>Breed: _______________________________________________________________</w:t>
      </w:r>
    </w:p>
    <w:p>
      <w:r>
        <w:rPr>
          <w:b w:val="0"/>
          <w:sz w:val="20"/>
        </w:rPr>
        <w:t>Age: ______________________   Sex: ______________________</w:t>
      </w:r>
    </w:p>
    <w:p>
      <w:r>
        <w:rPr>
          <w:b w:val="0"/>
          <w:sz w:val="20"/>
        </w:rPr>
        <w:t>Weight: ___________________   Color: ____________________</w:t>
      </w:r>
    </w:p>
    <w:p>
      <w:r>
        <w:rPr>
          <w:b w:val="0"/>
          <w:sz w:val="20"/>
        </w:rPr>
        <w:t>Health Conditions or Allergies: _______________________________________</w:t>
      </w:r>
    </w:p>
    <w:p/>
    <w:p>
      <w:r>
        <w:rPr>
          <w:b/>
          <w:sz w:val="20"/>
        </w:rPr>
        <w:t>Services Provided:</w:t>
      </w:r>
    </w:p>
    <w:p>
      <w:r>
        <w:rPr>
          <w:b w:val="0"/>
          <w:sz w:val="20"/>
        </w:rPr>
        <w:t>Trainer agrees to provide professional dog training services which may include obedience training, behavioral modification, socialization, and other agreed-upon training activities.</w:t>
      </w:r>
    </w:p>
    <w:p>
      <w:r>
        <w:rPr>
          <w:b w:val="0"/>
          <w:sz w:val="20"/>
        </w:rPr>
        <w:t>Training sessions will be conducted at the following location(s): __________________________________________________</w:t>
      </w:r>
    </w:p>
    <w:p>
      <w:r>
        <w:rPr>
          <w:b w:val="0"/>
          <w:sz w:val="20"/>
        </w:rPr>
        <w:t>Services will be provided according to the following schedule and duration: __________________________________________________</w:t>
      </w:r>
    </w:p>
    <w:p/>
    <w:p>
      <w:r>
        <w:rPr>
          <w:b/>
          <w:sz w:val="20"/>
        </w:rPr>
        <w:t>Term of Agreement:</w:t>
      </w:r>
    </w:p>
    <w:p>
      <w:r>
        <w:rPr>
          <w:b w:val="0"/>
          <w:sz w:val="20"/>
        </w:rPr>
        <w:t>This Agreement shall commence upon execution by both parties and continue until completion of the agreed services or termination as set forth herein.</w:t>
      </w:r>
    </w:p>
    <w:p/>
    <w:p>
      <w:r>
        <w:rPr>
          <w:b/>
          <w:sz w:val="20"/>
        </w:rPr>
        <w:t>Fees and Payment:</w:t>
      </w:r>
    </w:p>
    <w:p>
      <w:r>
        <w:rPr>
          <w:b w:val="0"/>
          <w:sz w:val="20"/>
        </w:rPr>
        <w:t>The Client agrees to pay the Trainer the amount of $____________ for the dog training services described herein.</w:t>
      </w:r>
    </w:p>
    <w:p>
      <w:r>
        <w:rPr>
          <w:b w:val="0"/>
          <w:sz w:val="20"/>
        </w:rPr>
        <w:t>Payment shall be made via __________________________________________________ (e.g., cash, check, credit card) prior to or as otherwise agreed for each session or package.</w:t>
      </w:r>
    </w:p>
    <w:p>
      <w:r>
        <w:rPr>
          <w:b w:val="0"/>
          <w:sz w:val="20"/>
        </w:rPr>
        <w:t>Late payments may incur additional fees or suspension of services at Trainer’s discretion.</w:t>
      </w:r>
    </w:p>
    <w:p/>
    <w:p>
      <w:r>
        <w:rPr>
          <w:b/>
          <w:sz w:val="20"/>
        </w:rPr>
        <w:t>Cancellation and Rescheduling Policy:</w:t>
      </w:r>
    </w:p>
    <w:p>
      <w:r>
        <w:rPr>
          <w:b w:val="0"/>
          <w:sz w:val="20"/>
        </w:rPr>
        <w:t>Client must provide at least 24 hours notice to cancel or reschedule any training session.</w:t>
      </w:r>
    </w:p>
    <w:p>
      <w:r>
        <w:rPr>
          <w:b w:val="0"/>
          <w:sz w:val="20"/>
        </w:rPr>
        <w:t>Failure to provide adequate notice may result in the Client being charged for the scheduled session.</w:t>
      </w:r>
    </w:p>
    <w:p>
      <w:r>
        <w:rPr>
          <w:b w:val="0"/>
          <w:sz w:val="20"/>
        </w:rPr>
        <w:t>Trainer reserves the right to cancel or reschedule sessions due to unforeseen circumstances, with notice to Client when possible.</w:t>
      </w:r>
    </w:p>
    <w:p/>
    <w:p>
      <w:r>
        <w:rPr>
          <w:b/>
          <w:sz w:val="20"/>
        </w:rPr>
        <w:t>Client Responsibilities:</w:t>
      </w:r>
    </w:p>
    <w:p>
      <w:r>
        <w:rPr>
          <w:b w:val="0"/>
          <w:sz w:val="20"/>
        </w:rPr>
        <w:t>Client agrees to provide accurate and complete information regarding the dog’s health, behavior, and history.</w:t>
      </w:r>
    </w:p>
    <w:p>
      <w:r>
        <w:rPr>
          <w:b w:val="0"/>
          <w:sz w:val="20"/>
        </w:rPr>
        <w:t>Client is responsible for ensuring the dog is current on vaccinations and is in good health for training sessions.</w:t>
      </w:r>
    </w:p>
    <w:p>
      <w:r>
        <w:rPr>
          <w:b w:val="0"/>
          <w:sz w:val="20"/>
        </w:rPr>
        <w:t>Client agrees to follow Trainer’s instructions and guidance to reinforce training progress between sessions.</w:t>
      </w:r>
    </w:p>
    <w:p/>
    <w:p>
      <w:r>
        <w:rPr>
          <w:b/>
          <w:sz w:val="20"/>
        </w:rPr>
        <w:t>Trainer Responsibilities:</w:t>
      </w:r>
    </w:p>
    <w:p>
      <w:r>
        <w:rPr>
          <w:b w:val="0"/>
          <w:sz w:val="20"/>
        </w:rPr>
        <w:t>Trainer agrees to use humane, safe, and effective training methods consistent with current professional standards.</w:t>
      </w:r>
    </w:p>
    <w:p>
      <w:r>
        <w:rPr>
          <w:b w:val="0"/>
          <w:sz w:val="20"/>
        </w:rPr>
        <w:t>Trainer will maintain a safe environment for the dog and Client during training sessions.</w:t>
      </w:r>
    </w:p>
    <w:p>
      <w:r>
        <w:rPr>
          <w:b w:val="0"/>
          <w:sz w:val="20"/>
        </w:rPr>
        <w:t>Trainer will keep Client informed of the dog’s progress and provide recommendations as appropriate.</w:t>
      </w:r>
    </w:p>
    <w:p/>
    <w:p>
      <w:r>
        <w:rPr>
          <w:b/>
          <w:sz w:val="20"/>
        </w:rPr>
        <w:t>Liability and Indemnification:</w:t>
      </w:r>
    </w:p>
    <w:p>
      <w:r>
        <w:rPr>
          <w:b w:val="0"/>
          <w:sz w:val="20"/>
        </w:rPr>
        <w:t>Client understands that dog training involves inherent risks and agrees that Trainer is not liable for any injuries or damages resulting from the dog’s behavior or training sessions, except in cases of Trainer’s gross negligence or willful misconduct.</w:t>
      </w:r>
    </w:p>
    <w:p>
      <w:r>
        <w:rPr>
          <w:b w:val="0"/>
          <w:sz w:val="20"/>
        </w:rPr>
        <w:t>Client agrees to indemnify and hold harmless Trainer from any claims, liabilities, damages, or expenses arising from Client’s or dog’s actions or omissions.</w:t>
      </w:r>
    </w:p>
    <w:p/>
    <w:p>
      <w:r>
        <w:rPr>
          <w:b/>
          <w:sz w:val="20"/>
        </w:rPr>
        <w:t>Termination:</w:t>
      </w:r>
    </w:p>
    <w:p>
      <w:r>
        <w:rPr>
          <w:b w:val="0"/>
          <w:sz w:val="20"/>
        </w:rPr>
        <w:t>Either party may terminate this Agreement at any time by providing written notice to the other party.</w:t>
      </w:r>
    </w:p>
    <w:p>
      <w:r>
        <w:rPr>
          <w:b w:val="0"/>
          <w:sz w:val="20"/>
        </w:rPr>
        <w:t>Upon termination, all outstanding payments for services rendered shall become immediately due.</w:t>
      </w:r>
    </w:p>
    <w:p/>
    <w:p>
      <w:r>
        <w:rPr>
          <w:b/>
          <w:sz w:val="20"/>
        </w:rPr>
        <w:t>Governing Law and Jurisdiction:</w:t>
      </w:r>
    </w:p>
    <w:p>
      <w:r>
        <w:rPr>
          <w:b w:val="0"/>
          <w:sz w:val="20"/>
        </w:rPr>
        <w:t>This Agreement shall be governed by and construed in accordance with the laws of the State of ________________________________, USA.</w:t>
      </w:r>
    </w:p>
    <w:p>
      <w:r>
        <w:rPr>
          <w:b w:val="0"/>
          <w:sz w:val="20"/>
        </w:rPr>
        <w:t>Any dispute arising under or in connection with this Agreement shall be subject to the exclusive jurisdiction of the courts located in ________________________________ County, State of ________________________________.</w:t>
      </w:r>
    </w:p>
    <w:p/>
    <w:p>
      <w:r>
        <w:rPr>
          <w:b/>
          <w:sz w:val="20"/>
        </w:rPr>
        <w:t>Entire Agreement:</w:t>
      </w:r>
    </w:p>
    <w:p>
      <w:r>
        <w:rPr>
          <w:b w:val="0"/>
          <w:sz w:val="20"/>
        </w:rPr>
        <w:t>This Agreement constitutes the entire understanding between the parties and supersedes all prior negotiations, understandings, and agreements, whether written or oral.</w:t>
      </w:r>
    </w:p>
    <w:p>
      <w:r>
        <w:rPr>
          <w:b w:val="0"/>
          <w:sz w:val="20"/>
        </w:rPr>
        <w:t>Any amendments or modifications must be in writing and signed by both parties.</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TRAINER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https://contract247-us.com/dog-training-contract/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dog-train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