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DOULA SERVICES AGREEMENT</w:t>
      </w:r>
    </w:p>
    <w:p/>
    <w:p>
      <w:r>
        <w:rPr>
          <w:b/>
          <w:sz w:val="20"/>
        </w:rPr>
        <w:t>This Doula Services Agreement ("Agreement") is entered into by and between:</w:t>
      </w:r>
    </w:p>
    <w:p>
      <w:r>
        <w:rPr>
          <w:b w:val="0"/>
          <w:sz w:val="20"/>
        </w:rPr>
        <w:t>Client Name: 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r>
        <w:rPr>
          <w:b w:val="0"/>
          <w:sz w:val="20"/>
        </w:rPr>
        <w:t>Doula Name: _____________________________________________________________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p/>
    <w:p>
      <w:r>
        <w:rPr>
          <w:b/>
          <w:sz w:val="22"/>
        </w:rPr>
        <w:t>RECITALS</w:t>
      </w:r>
    </w:p>
    <w:p>
      <w:r>
        <w:rPr>
          <w:b w:val="0"/>
          <w:sz w:val="20"/>
        </w:rPr>
        <w:t>WHEREAS, the Client desires to engage the Doula to provide labor, birth, postpartum, and/or related support services as described herein;</w:t>
      </w:r>
    </w:p>
    <w:p>
      <w:r>
        <w:rPr>
          <w:b w:val="0"/>
          <w:sz w:val="20"/>
        </w:rPr>
        <w:t>WHEREAS, the Doula agrees to provide such services under the terms and conditions set forth in this Agreement;</w:t>
      </w:r>
    </w:p>
    <w:p>
      <w:r>
        <w:rPr>
          <w:b w:val="0"/>
          <w:sz w:val="20"/>
        </w:rPr>
        <w:t>NOW, THEREFORE, in consideration of the mutual covenants contained herein, the parties agree as follows:</w:t>
      </w:r>
    </w:p>
    <w:p/>
    <w:p>
      <w:r>
        <w:rPr>
          <w:b/>
          <w:sz w:val="22"/>
        </w:rPr>
        <w:t>1. Scope of Services</w:t>
      </w:r>
    </w:p>
    <w:p>
      <w:r>
        <w:rPr>
          <w:b w:val="0"/>
          <w:sz w:val="20"/>
        </w:rPr>
        <w:t>The Doula shall provide non-medical physical, emotional, and informational support to the Client during pregnancy, labor, birth, and/or postpartum, as agreed upon by both parties. The services include, but are not limited to:</w:t>
      </w:r>
    </w:p>
    <w:p>
      <w:r>
        <w:rPr>
          <w:b w:val="0"/>
          <w:sz w:val="20"/>
        </w:rPr>
        <w:t>- Prenatal visits for education and preparation;</w:t>
      </w:r>
    </w:p>
    <w:p>
      <w:r>
        <w:rPr>
          <w:b w:val="0"/>
          <w:sz w:val="20"/>
        </w:rPr>
        <w:t>- Continuous support during labor and birth;</w:t>
      </w:r>
    </w:p>
    <w:p>
      <w:r>
        <w:rPr>
          <w:b w:val="0"/>
          <w:sz w:val="20"/>
        </w:rPr>
        <w:t>- Postpartum visits including breastfeeding assistance and emotional support;</w:t>
      </w:r>
    </w:p>
    <w:p>
      <w:r>
        <w:rPr>
          <w:b w:val="0"/>
          <w:sz w:val="20"/>
        </w:rPr>
        <w:t>The Doula does not provide medical care, diagnosis, or treatment, and this Agreement does not establish a healthcare provider-patient relationship.</w:t>
      </w:r>
    </w:p>
    <w:p/>
    <w:p>
      <w:r>
        <w:rPr>
          <w:b/>
          <w:sz w:val="22"/>
        </w:rPr>
        <w:t>2. Term and Termination</w:t>
      </w:r>
    </w:p>
    <w:p>
      <w:r>
        <w:rPr>
          <w:b w:val="0"/>
          <w:sz w:val="20"/>
        </w:rPr>
        <w:t>This Agreement shall commence upon signing by both parties and shall terminate upon completion of the services described herein or upon written notice by either party.</w:t>
      </w:r>
    </w:p>
    <w:p>
      <w:r>
        <w:rPr>
          <w:b w:val="0"/>
          <w:sz w:val="20"/>
        </w:rPr>
        <w:t>Either party may terminate this Agreement at any time for any reason by providing written notice. In case of termination, the Client shall compensate the Doula for all services rendered up to the date of termination.</w:t>
      </w:r>
    </w:p>
    <w:p/>
    <w:p>
      <w:r>
        <w:rPr>
          <w:b/>
          <w:sz w:val="22"/>
        </w:rPr>
        <w:t>3. Fees and Payment</w:t>
      </w:r>
    </w:p>
    <w:p>
      <w:r>
        <w:rPr>
          <w:b w:val="0"/>
          <w:sz w:val="20"/>
        </w:rPr>
        <w:t>The Client agrees to pay the Doula a total fee of $________________ for the services described herein.</w:t>
      </w:r>
    </w:p>
    <w:p>
      <w:r>
        <w:rPr>
          <w:b w:val="0"/>
          <w:sz w:val="20"/>
        </w:rPr>
        <w:t>A non-refundable deposit of $________________ is due upon signing this Agreement to secure the Doula's services.</w:t>
      </w:r>
    </w:p>
    <w:p>
      <w:r>
        <w:rPr>
          <w:b w:val="0"/>
          <w:sz w:val="20"/>
        </w:rPr>
        <w:t>The remaining balance shall be paid in full prior to or at the time of the birth or as otherwise agreed in writing.</w:t>
      </w:r>
    </w:p>
    <w:p>
      <w:r>
        <w:rPr>
          <w:b w:val="0"/>
          <w:sz w:val="20"/>
        </w:rPr>
        <w:t>Acceptable payment methods include cash, check, or electronic transfer.</w:t>
      </w:r>
    </w:p>
    <w:p/>
    <w:p>
      <w:r>
        <w:rPr>
          <w:b/>
          <w:sz w:val="22"/>
        </w:rPr>
        <w:t>4. Client Responsibilities</w:t>
      </w:r>
    </w:p>
    <w:p>
      <w:r>
        <w:rPr>
          <w:b w:val="0"/>
          <w:sz w:val="20"/>
        </w:rPr>
        <w:t>The Client agrees to provide accurate and complete information regarding their medical history, pregnancy, and preferences.</w:t>
      </w:r>
    </w:p>
    <w:p>
      <w:r>
        <w:rPr>
          <w:b w:val="0"/>
          <w:sz w:val="20"/>
        </w:rPr>
        <w:t>The Client shall inform the Doula promptly of any changes to their condition or birth plan.</w:t>
      </w:r>
    </w:p>
    <w:p>
      <w:r>
        <w:rPr>
          <w:b w:val="0"/>
          <w:sz w:val="20"/>
        </w:rPr>
        <w:t>The Client understands that the Doula’s role is supportive and complementary to medical caregivers and agrees to follow the advice of licensed healthcare professionals.</w:t>
      </w:r>
    </w:p>
    <w:p/>
    <w:p>
      <w:r>
        <w:rPr>
          <w:b/>
          <w:sz w:val="22"/>
        </w:rPr>
        <w:t>5. Doula Responsibilities</w:t>
      </w:r>
    </w:p>
    <w:p>
      <w:r>
        <w:rPr>
          <w:b w:val="0"/>
          <w:sz w:val="20"/>
        </w:rPr>
        <w:t>The Doula agrees to provide compassionate, respectful, and continuous support within the scope of this Agreement.</w:t>
      </w:r>
    </w:p>
    <w:p>
      <w:r>
        <w:rPr>
          <w:b w:val="0"/>
          <w:sz w:val="20"/>
        </w:rPr>
        <w:t>The Doula will maintain the confidentiality of the Client’s personal and medical information except as required by law or with Client’s written consent.</w:t>
      </w:r>
    </w:p>
    <w:p>
      <w:r>
        <w:rPr>
          <w:b w:val="0"/>
          <w:sz w:val="20"/>
        </w:rPr>
        <w:t>The Doula will communicate openly and honestly with the Client and collaborate with other members of the Client’s healthcare team as appropriate.</w:t>
      </w:r>
    </w:p>
    <w:p/>
    <w:p>
      <w:r>
        <w:rPr>
          <w:b/>
          <w:sz w:val="22"/>
        </w:rPr>
        <w:t>6. Limitations and Disclaimers</w:t>
      </w:r>
    </w:p>
    <w:p>
      <w:r>
        <w:rPr>
          <w:b w:val="0"/>
          <w:sz w:val="20"/>
        </w:rPr>
        <w:t>The Doula is not a licensed medical professional and does not provide medical care, diagnosis, or treatment.</w:t>
      </w:r>
    </w:p>
    <w:p>
      <w:r>
        <w:rPr>
          <w:b w:val="0"/>
          <w:sz w:val="20"/>
        </w:rPr>
        <w:t>The Client understands that the Doula’s services are not a substitute for professional medical care.</w:t>
      </w:r>
    </w:p>
    <w:p>
      <w:r>
        <w:rPr>
          <w:b w:val="0"/>
          <w:sz w:val="20"/>
        </w:rPr>
        <w:t>The Doula will not make decisions on behalf of the Client and the Client agrees to seek medical care as necessary.</w:t>
      </w:r>
    </w:p>
    <w:p>
      <w:r>
        <w:rPr>
          <w:b w:val="0"/>
          <w:sz w:val="20"/>
        </w:rPr>
        <w:t>The Client acknowledges that birth is an unpredictable process and that the Doula cannot guarantee any specific outcome.</w:t>
      </w:r>
    </w:p>
    <w:p/>
    <w:p>
      <w:r>
        <w:rPr>
          <w:b/>
          <w:sz w:val="22"/>
        </w:rPr>
        <w:t>7. Liability and Indemnification</w:t>
      </w:r>
    </w:p>
    <w:p>
      <w:r>
        <w:rPr>
          <w:b w:val="0"/>
          <w:sz w:val="20"/>
        </w:rPr>
        <w:t>The Client agrees to release, indemnify, and hold harmless the Doula from any claims, damages, or liabilities arising out of or related to the services provided under this Agreement, except in cases of gross negligence or willful misconduct by the Doula.</w:t>
      </w:r>
    </w:p>
    <w:p>
      <w:r>
        <w:rPr>
          <w:b w:val="0"/>
          <w:sz w:val="20"/>
        </w:rPr>
        <w:t>The Doula shall not be liable for any indirect, incidental, special, or consequential damages arising from the provision of services.</w:t>
      </w:r>
    </w:p>
    <w:p/>
    <w:p>
      <w:r>
        <w:rPr>
          <w:b/>
          <w:sz w:val="22"/>
        </w:rPr>
        <w:t>8. Confidentiality</w:t>
      </w:r>
    </w:p>
    <w:p>
      <w:r>
        <w:rPr>
          <w:b w:val="0"/>
          <w:sz w:val="20"/>
        </w:rPr>
        <w:t>All information shared between the Client and Doula shall be treated as confidential and shall not be disclosed to any third party without the Client’s written consent, except as required by law.</w:t>
      </w:r>
    </w:p>
    <w:p/>
    <w:p>
      <w:r>
        <w:rPr>
          <w:b/>
          <w:sz w:val="22"/>
        </w:rPr>
        <w:t>9. Dispute Resolution</w:t>
      </w:r>
    </w:p>
    <w:p>
      <w:r>
        <w:rPr>
          <w:b w:val="0"/>
          <w:sz w:val="20"/>
        </w:rPr>
        <w:t>In the event of any dispute arising out of or relating to this Agreement, the parties agree to attempt to resolve the matter informally through good faith negotiation.</w:t>
      </w:r>
    </w:p>
    <w:p>
      <w:r>
        <w:rPr>
          <w:b w:val="0"/>
          <w:sz w:val="20"/>
        </w:rPr>
        <w:t>If informal resolution is unsuccessful, the parties agree to submit the dispute to mediation prior to pursuing any other legal remedies.</w:t>
      </w:r>
    </w:p>
    <w:p/>
    <w:p>
      <w:r>
        <w:rPr>
          <w:b/>
          <w:sz w:val="22"/>
        </w:rPr>
        <w:t>10. Governing Law</w:t>
      </w:r>
    </w:p>
    <w:p>
      <w:r>
        <w:rPr>
          <w:b w:val="0"/>
          <w:sz w:val="20"/>
        </w:rPr>
        <w:t>This Agreement shall be governed by and construed in accordance with the laws of the state where the services are provided, without regard to conflict of law principles.</w:t>
      </w:r>
    </w:p>
    <w:p/>
    <w:p>
      <w:r>
        <w:rPr>
          <w:b/>
          <w:sz w:val="22"/>
        </w:rPr>
        <w:t>11. Entire Agreement</w:t>
      </w:r>
    </w:p>
    <w:p>
      <w:r>
        <w:rPr>
          <w:b w:val="0"/>
          <w:sz w:val="20"/>
        </w:rPr>
        <w:t>This Agreement contains the entire understanding between the parties and supersedes all prior agreements, oral or written, relating to the subject matter herein.</w:t>
      </w:r>
    </w:p>
    <w:p>
      <w:r>
        <w:rPr>
          <w:b w:val="0"/>
          <w:sz w:val="20"/>
        </w:rPr>
        <w:t>Any amendments or modifications must be in writing signed by both parties.</w:t>
      </w:r>
    </w:p>
    <w:p/>
    <w:p>
      <w:r>
        <w:rPr>
          <w:b/>
          <w:sz w:val="22"/>
        </w:rPr>
        <w:t>12. Severability</w:t>
      </w:r>
    </w:p>
    <w:p>
      <w:r>
        <w:rPr>
          <w:b w:val="0"/>
          <w:sz w:val="20"/>
        </w:rPr>
        <w:t>If any provision of this Agreement is found to be unenforceable or invalid, that provision shall be limited or eliminated to the minimum extent necessary so that this Agreement shall otherwise remain in full force and effect.</w:t>
      </w:r>
    </w:p>
    <w:p/>
    <w:p/>
    <w:p>
      <w:r>
        <w:rPr>
          <w:b w:val="0"/>
          <w:sz w:val="20"/>
        </w:rPr>
        <w:t>Place of Agreement Execution: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DOULA</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https://contract247-us.com/doula-contract/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doula-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