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DRAFT CONTRACT</w:t>
      </w:r>
    </w:p>
    <w:p/>
    <w:p>
      <w:r>
        <w:rPr>
          <w:b/>
          <w:sz w:val="20"/>
        </w:rPr>
        <w:t>This Draft Contract ("Agreement") is made between the following parties:</w:t>
      </w:r>
    </w:p>
    <w:p/>
    <w:p>
      <w:r>
        <w:rPr>
          <w:b/>
          <w:sz w:val="20"/>
        </w:rPr>
        <w:t>Party A:</w:t>
      </w:r>
    </w:p>
    <w:p>
      <w:r>
        <w:rPr>
          <w:b w:val="0"/>
          <w:sz w:val="20"/>
        </w:rPr>
        <w:t>Full Legal Name: _______________________________________________________________</w:t>
      </w:r>
    </w:p>
    <w:p>
      <w:r>
        <w:rPr>
          <w:b w:val="0"/>
          <w:sz w:val="20"/>
        </w:rPr>
        <w:t>Address: ______________________________________________________________________</w:t>
      </w:r>
    </w:p>
    <w:p>
      <w:r>
        <w:rPr>
          <w:b w:val="0"/>
          <w:sz w:val="20"/>
        </w:rPr>
        <w:t>Email: ________________________________________________________________________</w:t>
      </w:r>
    </w:p>
    <w:p>
      <w:r>
        <w:rPr>
          <w:b w:val="0"/>
          <w:sz w:val="20"/>
        </w:rPr>
        <w:t>Phone: _______________________________________________________________________</w:t>
      </w:r>
    </w:p>
    <w:p/>
    <w:p>
      <w:r>
        <w:rPr>
          <w:b/>
          <w:sz w:val="20"/>
        </w:rPr>
        <w:t>Party B:</w:t>
      </w:r>
    </w:p>
    <w:p>
      <w:r>
        <w:rPr>
          <w:b w:val="0"/>
          <w:sz w:val="20"/>
        </w:rPr>
        <w:t>Full Legal Name: _______________________________________________________________</w:t>
      </w:r>
    </w:p>
    <w:p>
      <w:r>
        <w:rPr>
          <w:b w:val="0"/>
          <w:sz w:val="20"/>
        </w:rPr>
        <w:t>Address: ______________________________________________________________________</w:t>
      </w:r>
    </w:p>
    <w:p>
      <w:r>
        <w:rPr>
          <w:b w:val="0"/>
          <w:sz w:val="20"/>
        </w:rPr>
        <w:t>Email: ________________________________________________________________________</w:t>
      </w:r>
    </w:p>
    <w:p>
      <w:r>
        <w:rPr>
          <w:b w:val="0"/>
          <w:sz w:val="20"/>
        </w:rPr>
        <w:t>Phone: _______________________________________________________________________</w:t>
      </w:r>
    </w:p>
    <w:p/>
    <w:p>
      <w:r>
        <w:rPr>
          <w:b/>
          <w:sz w:val="20"/>
        </w:rPr>
        <w:t>RECITALS</w:t>
      </w:r>
    </w:p>
    <w:p>
      <w:r>
        <w:rPr>
          <w:b w:val="0"/>
          <w:sz w:val="20"/>
        </w:rPr>
        <w:t>WHEREAS, the Parties desire to enter into this Agreement to set forth their respective rights and obligations;</w:t>
      </w:r>
    </w:p>
    <w:p>
      <w:r>
        <w:rPr>
          <w:b w:val="0"/>
          <w:sz w:val="20"/>
        </w:rPr>
        <w:t>WHEREAS, this Agreement is a draft and subject to final approval and execution by both parties.</w:t>
      </w:r>
    </w:p>
    <w:p/>
    <w:p>
      <w:r>
        <w:rPr>
          <w:b/>
          <w:sz w:val="20"/>
        </w:rPr>
        <w:t>1. DEFINITIONS</w:t>
      </w:r>
    </w:p>
    <w:p>
      <w:r>
        <w:rPr>
          <w:b w:val="0"/>
          <w:sz w:val="20"/>
        </w:rPr>
        <w:t>For the purposes of this Agreement, the following terms shall have the meanings set forth below:</w:t>
      </w:r>
    </w:p>
    <w:p>
      <w:r>
        <w:rPr>
          <w:b w:val="0"/>
          <w:sz w:val="20"/>
        </w:rPr>
        <w:t>“Effective Date” means the date on which this Agreement is executed by both Parties.</w:t>
      </w:r>
    </w:p>
    <w:p>
      <w:r>
        <w:rPr>
          <w:b w:val="0"/>
          <w:sz w:val="20"/>
        </w:rPr>
        <w:t>“Confidential Information” means any non-public information disclosed by one Party to the other.</w:t>
      </w:r>
    </w:p>
    <w:p>
      <w:r>
        <w:rPr>
          <w:b w:val="0"/>
          <w:sz w:val="20"/>
        </w:rPr>
        <w:t>Additional definitions may be added as relevant.</w:t>
      </w:r>
    </w:p>
    <w:p/>
    <w:p>
      <w:r>
        <w:rPr>
          <w:b/>
          <w:sz w:val="20"/>
        </w:rPr>
        <w:t>2. PURPOSE</w:t>
      </w:r>
    </w:p>
    <w:p>
      <w:r>
        <w:rPr>
          <w:b w:val="0"/>
          <w:sz w:val="20"/>
        </w:rPr>
        <w:t>The purpose of this Agreement is to outline the terms and conditions under which the Parties intend to collaborate or transact, subject to further negotiation and definitive agreements.</w:t>
      </w:r>
    </w:p>
    <w:p/>
    <w:p>
      <w:r>
        <w:rPr>
          <w:b/>
          <w:sz w:val="20"/>
        </w:rPr>
        <w:t>3. OBLIGATIONS OF THE PARTIES</w:t>
      </w:r>
    </w:p>
    <w:p>
      <w:r>
        <w:rPr>
          <w:b w:val="0"/>
          <w:sz w:val="20"/>
        </w:rPr>
        <w:t xml:space="preserve">3.1 Party A agrees to: </w:t>
      </w:r>
    </w:p>
    <w:p>
      <w:r>
        <w:rPr>
          <w:b w:val="0"/>
          <w:sz w:val="20"/>
        </w:rPr>
        <w:t>- _______________________________________________________________</w:t>
      </w:r>
    </w:p>
    <w:p>
      <w:r>
        <w:rPr>
          <w:b w:val="0"/>
          <w:sz w:val="20"/>
        </w:rPr>
        <w:t>- _______________________________________________________________</w:t>
      </w:r>
    </w:p>
    <w:p>
      <w:r>
        <w:rPr>
          <w:b w:val="0"/>
          <w:sz w:val="20"/>
        </w:rPr>
        <w:t xml:space="preserve">3.2 Party B agrees to: </w:t>
      </w:r>
    </w:p>
    <w:p>
      <w:r>
        <w:rPr>
          <w:b w:val="0"/>
          <w:sz w:val="20"/>
        </w:rPr>
        <w:t>- _______________________________________________________________</w:t>
      </w:r>
    </w:p>
    <w:p>
      <w:r>
        <w:rPr>
          <w:b w:val="0"/>
          <w:sz w:val="20"/>
        </w:rPr>
        <w:t>- _______________________________________________________________</w:t>
      </w:r>
    </w:p>
    <w:p/>
    <w:p>
      <w:r>
        <w:rPr>
          <w:b/>
          <w:sz w:val="20"/>
        </w:rPr>
        <w:t>4. TERM AND TERMINATION</w:t>
      </w:r>
    </w:p>
    <w:p>
      <w:r>
        <w:rPr>
          <w:b w:val="0"/>
          <w:sz w:val="20"/>
        </w:rPr>
        <w:t>4.1 This Agreement shall commence upon execution and continue until terminated by either Party with written notice of ______ days.</w:t>
      </w:r>
    </w:p>
    <w:p>
      <w:r>
        <w:rPr>
          <w:b w:val="0"/>
          <w:sz w:val="20"/>
        </w:rPr>
        <w:t>4.2 Either Party may terminate this Agreement immediately upon material breach by the other Party, if such breach is not cured within ______ days after written notice.</w:t>
      </w:r>
    </w:p>
    <w:p/>
    <w:p>
      <w:r>
        <w:rPr>
          <w:b/>
          <w:sz w:val="20"/>
        </w:rPr>
        <w:t>5. CONFIDENTIALITY</w:t>
      </w:r>
    </w:p>
    <w:p>
      <w:r>
        <w:rPr>
          <w:b w:val="0"/>
          <w:sz w:val="20"/>
        </w:rPr>
        <w:t>5.1 Each Party agrees to keep Confidential Information strictly confidential and to use it solely for the purposes of this Agreement.</w:t>
      </w:r>
    </w:p>
    <w:p>
      <w:r>
        <w:rPr>
          <w:b w:val="0"/>
          <w:sz w:val="20"/>
        </w:rPr>
        <w:t>5.2 Confidential Information shall not be disclosed to any third party without prior written consent, except as required by law or regulation.</w:t>
      </w:r>
    </w:p>
    <w:p>
      <w:r>
        <w:rPr>
          <w:b w:val="0"/>
          <w:sz w:val="20"/>
        </w:rPr>
        <w:t>5.3 The obligations in this Section shall survive termination of this Agreement for a period of five (5) years.</w:t>
      </w:r>
    </w:p>
    <w:p/>
    <w:p>
      <w:r>
        <w:rPr>
          <w:b/>
          <w:sz w:val="20"/>
        </w:rPr>
        <w:t>6. REPRESENTATIONS AND WARRANTIES</w:t>
      </w:r>
    </w:p>
    <w:p>
      <w:r>
        <w:rPr>
          <w:b w:val="0"/>
          <w:sz w:val="20"/>
        </w:rPr>
        <w:t>6.1 Each Party represents and warrants to the other that it has full power and authority to enter into this Agreement and perform its obligations hereunder.</w:t>
      </w:r>
    </w:p>
    <w:p>
      <w:r>
        <w:rPr>
          <w:b w:val="0"/>
          <w:sz w:val="20"/>
        </w:rPr>
        <w:t>6.2 Each Party warrants that its performance will comply with all applicable laws and regulations.</w:t>
      </w:r>
    </w:p>
    <w:p/>
    <w:p>
      <w:r>
        <w:rPr>
          <w:b/>
          <w:sz w:val="20"/>
        </w:rPr>
        <w:t>7. LIMITATION OF LIABILITY</w:t>
      </w:r>
    </w:p>
    <w:p>
      <w:r>
        <w:rPr>
          <w:b w:val="0"/>
          <w:sz w:val="20"/>
        </w:rPr>
        <w:t>Neither Party shall be liable to the other for any indirect, incidental, consequential, special, or punitive damages arising out of or related to this Agreement, even if advised of the possibility thereof.</w:t>
      </w:r>
    </w:p>
    <w:p>
      <w:r>
        <w:rPr>
          <w:b w:val="0"/>
          <w:sz w:val="20"/>
        </w:rPr>
        <w:t>The total liability of either Party shall not exceed the amounts paid or payable under this Agreement, except in cases of gross negligence or willful misconduct.</w:t>
      </w:r>
    </w:p>
    <w:p/>
    <w:p>
      <w:r>
        <w:rPr>
          <w:b/>
          <w:sz w:val="20"/>
        </w:rPr>
        <w:t>8. INDEMNIFICATION</w:t>
      </w:r>
    </w:p>
    <w:p>
      <w:r>
        <w:rPr>
          <w:b w:val="0"/>
          <w:sz w:val="20"/>
        </w:rPr>
        <w:t>Each Party agrees to indemnify, defend, and hold harmless the other Party from and against any claims, damages, liabilities, costs, and expenses arising out of any breach of this Agreement or the gross negligence or willful misconduct of the indemnifying Party.</w:t>
      </w:r>
    </w:p>
    <w:p/>
    <w:p>
      <w:r>
        <w:rPr>
          <w:b/>
          <w:sz w:val="20"/>
        </w:rPr>
        <w:t>9. GOVERNING LAW AND JURISDICTION</w:t>
      </w:r>
    </w:p>
    <w:p>
      <w:r>
        <w:rPr>
          <w:b w:val="0"/>
          <w:sz w:val="20"/>
        </w:rPr>
        <w:t>This Agreement shall be governed by and construed in accordance with the laws of the State of ____________________, without regard to its conflict of laws principles.</w:t>
      </w:r>
    </w:p>
    <w:p>
      <w:r>
        <w:rPr>
          <w:b w:val="0"/>
          <w:sz w:val="20"/>
        </w:rPr>
        <w:t>Any disputes arising out of or related to this Agreement shall be subject to the exclusive jurisdiction of the state and federal courts located in ____________________, and the Parties hereby consent to such jurisdiction and venue.</w:t>
      </w:r>
    </w:p>
    <w:p/>
    <w:p>
      <w:r>
        <w:rPr>
          <w:b/>
          <w:sz w:val="20"/>
        </w:rPr>
        <w:t>10. DISPUTE RESOLUTION</w:t>
      </w:r>
    </w:p>
    <w:p>
      <w:r>
        <w:rPr>
          <w:b w:val="0"/>
          <w:sz w:val="20"/>
        </w:rPr>
        <w:t>The Parties agree to attempt in good faith to resolve any disputes arising out of or relating to this Agreement through informal negotiations.</w:t>
      </w:r>
    </w:p>
    <w:p>
      <w:r>
        <w:rPr>
          <w:b w:val="0"/>
          <w:sz w:val="20"/>
        </w:rPr>
        <w:t>If such negotiations fail, disputes shall be resolved by mediation administered by a mutually agreed mediator before pursuing litigation.</w:t>
      </w:r>
    </w:p>
    <w:p>
      <w:r>
        <w:rPr>
          <w:b w:val="0"/>
          <w:sz w:val="20"/>
        </w:rPr>
        <w:t>Nothing herein shall prevent a Party from seeking injunctive or other equitable relief in a court of competent jurisdiction.</w:t>
      </w:r>
    </w:p>
    <w:p/>
    <w:p>
      <w:r>
        <w:rPr>
          <w:b/>
          <w:sz w:val="20"/>
        </w:rPr>
        <w:t>11. AMENDMENTS</w:t>
      </w:r>
    </w:p>
    <w:p>
      <w:r>
        <w:rPr>
          <w:b w:val="0"/>
          <w:sz w:val="20"/>
        </w:rPr>
        <w:t>This Agreement may be amended or modified only by a written instrument signed by authorized representatives of both Parties.</w:t>
      </w:r>
    </w:p>
    <w:p/>
    <w:p>
      <w:r>
        <w:rPr>
          <w:b/>
          <w:sz w:val="20"/>
        </w:rPr>
        <w:t>12. ENTIRE AGREEMENT</w:t>
      </w:r>
    </w:p>
    <w:p>
      <w:r>
        <w:rPr>
          <w:b w:val="0"/>
          <w:sz w:val="20"/>
        </w:rPr>
        <w:t>This Agreement constitutes the entire understanding between the Parties with respect to its subject matter and supersedes all prior discussions, agreements, or understandings of any kind.</w:t>
      </w:r>
    </w:p>
    <w:p/>
    <w:p>
      <w:r>
        <w:rPr>
          <w:b/>
          <w:sz w:val="20"/>
        </w:rPr>
        <w:t>13. SEVERABILITY</w:t>
      </w:r>
    </w:p>
    <w:p>
      <w:r>
        <w:rPr>
          <w:b w:val="0"/>
          <w:sz w:val="20"/>
        </w:rPr>
        <w:t>If any provision of this Agreement is found to be invalid, illegal, or unenforceable, the remaining provisions shall continue in full force and effect.</w:t>
      </w:r>
    </w:p>
    <w:p/>
    <w:p>
      <w:r>
        <w:rPr>
          <w:b/>
          <w:sz w:val="20"/>
        </w:rPr>
        <w:t>14. NOTICES</w:t>
      </w:r>
    </w:p>
    <w:p>
      <w:r>
        <w:rPr>
          <w:b w:val="0"/>
          <w:sz w:val="20"/>
        </w:rPr>
        <w:t>All notices under this Agreement shall be in writing and delivered to the Parties at their respective addresses set forth above, by personal delivery, certified mail, or recognized overnight courier service.</w:t>
      </w:r>
    </w:p>
    <w:p/>
    <w:p>
      <w:r>
        <w:rPr>
          <w:b/>
          <w:sz w:val="20"/>
        </w:rPr>
        <w:t>15. COUNTERPARTS</w:t>
      </w:r>
    </w:p>
    <w:p>
      <w:r>
        <w:rPr>
          <w:b w:val="0"/>
          <w:sz w:val="20"/>
        </w:rPr>
        <w:t>This Agreement may be executed in counterparts, each of which shall be deemed an original, but all of which together shall constitute one and the same instrument.</w:t>
      </w:r>
    </w:p>
    <w:p/>
    <w:p/>
    <w:p>
      <w:r>
        <w:rPr>
          <w:b/>
          <w:sz w:val="20"/>
        </w:rPr>
        <w:t>IN WITNESS WHEREOF, the Parties hereto have executed this Draft Contract as of the date set forth below.</w:t>
      </w:r>
    </w:p>
    <w:p/>
    <w:p/>
    <w:p>
      <w:pPr>
        <w:jc w:val="center"/>
      </w:pPr>
      <w:r>
        <w:rPr>
          <w:b/>
          <w:sz w:val="20"/>
        </w:rPr>
        <w:t>Signature Page Follows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br/>
              <w:t>Title: _________________________________</w:t>
            </w:r>
          </w:p>
        </w:tc>
        <w:tc>
          <w:tcPr>
            <w:tcW w:type="dxa" w:w="4986"/>
            <w:tcBorders>
              <w:top w:val="nil"/>
              <w:left w:val="nil"/>
              <w:bottom w:val="nil"/>
              <w:right w:val="nil"/>
              <w:insideH w:val="nil"/>
              <w:insideV w:val="nil"/>
            </w:tcBorders>
          </w:tcPr>
          <w:p>
            <w:pPr>
              <w:jc w:val="center"/>
            </w:pPr>
            <w:r>
              <w:t>Printed Name: 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https://contract247-us.com/draft-contract/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draf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