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EVENT COORDINATOR CONTRACT</w:t>
      </w:r>
    </w:p>
    <w:p/>
    <w:p>
      <w:r>
        <w:rPr>
          <w:b/>
          <w:sz w:val="20"/>
        </w:rPr>
        <w:t>This Event Coordinator Contract ("Agreement") is entered into by and between:</w:t>
      </w:r>
    </w:p>
    <w:p>
      <w:r>
        <w:rPr>
          <w:b w:val="0"/>
          <w:sz w:val="20"/>
        </w:rPr>
        <w:t>Client Name: 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Event Coordinator Name: 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the Client wishes to engage the services of the Event Coordinator for the purpose of planning and coordinating an event as described herein;</w:t>
      </w:r>
    </w:p>
    <w:p>
      <w:r>
        <w:rPr>
          <w:b w:val="0"/>
          <w:sz w:val="20"/>
        </w:rPr>
        <w:t>WHEREAS, the Event Coordinator agrees to provide such services under the terms and conditions set forth in this Agreement;</w:t>
      </w:r>
    </w:p>
    <w:p>
      <w:r>
        <w:rPr>
          <w:b w:val="0"/>
          <w:sz w:val="20"/>
        </w:rPr>
        <w:t>NOW, THEREFORE, in consideration of the mutual promises and covenants herein contained, the parties agree as follows:</w:t>
      </w:r>
    </w:p>
    <w:p/>
    <w:p/>
    <w:p>
      <w:r>
        <w:rPr>
          <w:b/>
          <w:sz w:val="20"/>
        </w:rPr>
        <w:t>1. Event Description</w:t>
      </w:r>
    </w:p>
    <w:p>
      <w:r>
        <w:rPr>
          <w:b w:val="0"/>
          <w:sz w:val="20"/>
        </w:rPr>
        <w:t>The Event Coordinator shall provide planning and coordination services for the following event:</w:t>
      </w:r>
    </w:p>
    <w:p>
      <w:r>
        <w:rPr>
          <w:b w:val="0"/>
          <w:sz w:val="20"/>
        </w:rPr>
        <w:t>Event Name/Type: ___________________________________________________________</w:t>
      </w:r>
    </w:p>
    <w:p>
      <w:r>
        <w:rPr>
          <w:b w:val="0"/>
          <w:sz w:val="20"/>
        </w:rPr>
        <w:t>Event Date(s): ______________________________________________________________</w:t>
      </w:r>
    </w:p>
    <w:p>
      <w:r>
        <w:rPr>
          <w:b w:val="0"/>
          <w:sz w:val="20"/>
        </w:rPr>
        <w:t>Event Location(s): __________________________________________________________</w:t>
      </w:r>
    </w:p>
    <w:p>
      <w:r>
        <w:rPr>
          <w:b w:val="0"/>
          <w:sz w:val="20"/>
        </w:rPr>
        <w:t>Estimated Number of Attendees: _______________________________________________</w:t>
      </w:r>
    </w:p>
    <w:p/>
    <w:p>
      <w:r>
        <w:rPr>
          <w:b/>
          <w:sz w:val="20"/>
        </w:rPr>
        <w:t>2. Scope of Services</w:t>
      </w:r>
    </w:p>
    <w:p>
      <w:r>
        <w:rPr>
          <w:b w:val="0"/>
          <w:sz w:val="20"/>
        </w:rPr>
        <w:t>The Event Coordinator shall perform, but not be limited to, the following services:</w:t>
      </w:r>
    </w:p>
    <w:p>
      <w:r>
        <w:rPr>
          <w:b w:val="0"/>
          <w:sz w:val="20"/>
        </w:rPr>
        <w:t>- Consultation and planning meetings with the Client</w:t>
      </w:r>
    </w:p>
    <w:p>
      <w:r>
        <w:rPr>
          <w:b w:val="0"/>
          <w:sz w:val="20"/>
        </w:rPr>
        <w:t>- Vendor referral and coordination</w:t>
      </w:r>
    </w:p>
    <w:p>
      <w:r>
        <w:rPr>
          <w:b w:val="0"/>
          <w:sz w:val="20"/>
        </w:rPr>
        <w:t>- Budget management assistance</w:t>
      </w:r>
    </w:p>
    <w:p>
      <w:r>
        <w:rPr>
          <w:b w:val="0"/>
          <w:sz w:val="20"/>
        </w:rPr>
        <w:t>- On-site event management and supervision</w:t>
      </w:r>
    </w:p>
    <w:p>
      <w:r>
        <w:rPr>
          <w:b w:val="0"/>
          <w:sz w:val="20"/>
        </w:rPr>
        <w:t>- Development and distribution of event timelines and schedules</w:t>
      </w:r>
    </w:p>
    <w:p>
      <w:r>
        <w:rPr>
          <w:b w:val="0"/>
          <w:sz w:val="20"/>
        </w:rPr>
        <w:t>- Coordination of logistics including setup and breakdown</w:t>
      </w:r>
    </w:p>
    <w:p>
      <w:r>
        <w:rPr>
          <w:b w:val="0"/>
          <w:sz w:val="20"/>
        </w:rPr>
        <w:t>- Assistance with permits, licenses, and necessary legal compliance</w:t>
      </w:r>
    </w:p>
    <w:p/>
    <w:p>
      <w:r>
        <w:rPr>
          <w:b/>
          <w:sz w:val="20"/>
        </w:rPr>
        <w:t>3. Compensation</w:t>
      </w:r>
    </w:p>
    <w:p>
      <w:r>
        <w:rPr>
          <w:b w:val="0"/>
          <w:sz w:val="20"/>
        </w:rPr>
        <w:t>The Client agrees to pay the Event Coordinator as follows:</w:t>
      </w:r>
    </w:p>
    <w:p>
      <w:r>
        <w:rPr>
          <w:b w:val="0"/>
          <w:sz w:val="20"/>
        </w:rPr>
        <w:t>Total Fee: $_______________________</w:t>
      </w:r>
    </w:p>
    <w:p>
      <w:r>
        <w:rPr>
          <w:b w:val="0"/>
          <w:sz w:val="20"/>
        </w:rPr>
        <w:t>Payment Schedule:</w:t>
      </w:r>
    </w:p>
    <w:p>
      <w:r>
        <w:rPr>
          <w:b w:val="0"/>
          <w:sz w:val="20"/>
        </w:rPr>
        <w:t>- Deposit Upon Signing: $________________</w:t>
      </w:r>
    </w:p>
    <w:p>
      <w:r>
        <w:rPr>
          <w:b w:val="0"/>
          <w:sz w:val="20"/>
        </w:rPr>
        <w:t>- Remaining Balance Due: $________________ on or before __________________</w:t>
      </w:r>
    </w:p>
    <w:p>
      <w:r>
        <w:rPr>
          <w:b w:val="0"/>
          <w:sz w:val="20"/>
        </w:rPr>
        <w:t>Payments shall be made by check, electronic transfer, or other mutually agreed method.</w:t>
      </w:r>
    </w:p>
    <w:p/>
    <w:p>
      <w:r>
        <w:rPr>
          <w:b/>
          <w:sz w:val="20"/>
        </w:rPr>
        <w:t>4. Term and Termination</w:t>
      </w:r>
    </w:p>
    <w:p>
      <w:r>
        <w:rPr>
          <w:b w:val="0"/>
          <w:sz w:val="20"/>
        </w:rPr>
        <w:t>This Agreement shall commence upon execution by both parties and shall continue until the completion of the Event and all services described herein, unless earlier terminated as follows:</w:t>
      </w:r>
    </w:p>
    <w:p>
      <w:r>
        <w:rPr>
          <w:b w:val="0"/>
          <w:sz w:val="20"/>
        </w:rPr>
        <w:t>- Either party may terminate this Agreement by providing written notice to the other party at least ______ days prior to the Event.</w:t>
      </w:r>
    </w:p>
    <w:p>
      <w:r>
        <w:rPr>
          <w:b w:val="0"/>
          <w:sz w:val="20"/>
        </w:rPr>
        <w:t>- In the event of termination by the Client, the deposit shall be non-refundable.</w:t>
      </w:r>
    </w:p>
    <w:p>
      <w:r>
        <w:rPr>
          <w:b w:val="0"/>
          <w:sz w:val="20"/>
        </w:rPr>
        <w:t>- The Event Coordinator may terminate this Agreement for material breach by the Client if such breach is not cured within ______ days of written notice.</w:t>
      </w:r>
    </w:p>
    <w:p/>
    <w:p>
      <w:r>
        <w:rPr>
          <w:b/>
          <w:sz w:val="20"/>
        </w:rPr>
        <w:t>5. Client Responsibilities</w:t>
      </w:r>
    </w:p>
    <w:p>
      <w:r>
        <w:rPr>
          <w:b w:val="0"/>
          <w:sz w:val="20"/>
        </w:rPr>
        <w:t>The Client agrees to:</w:t>
      </w:r>
    </w:p>
    <w:p>
      <w:r>
        <w:rPr>
          <w:b w:val="0"/>
          <w:sz w:val="20"/>
        </w:rPr>
        <w:t>- Provide timely information and decisions necessary for the Event planning and execution.</w:t>
      </w:r>
    </w:p>
    <w:p>
      <w:r>
        <w:rPr>
          <w:b w:val="0"/>
          <w:sz w:val="20"/>
        </w:rPr>
        <w:t>- Cooperate fully with the Event Coordinator and vendors involved.</w:t>
      </w:r>
    </w:p>
    <w:p>
      <w:r>
        <w:rPr>
          <w:b w:val="0"/>
          <w:sz w:val="20"/>
        </w:rPr>
        <w:t>- Obtain any necessary permissions or approvals for the Event location(s).</w:t>
      </w:r>
    </w:p>
    <w:p>
      <w:r>
        <w:rPr>
          <w:b w:val="0"/>
          <w:sz w:val="20"/>
        </w:rPr>
        <w:t>- Make payments as agreed herein.</w:t>
      </w:r>
    </w:p>
    <w:p/>
    <w:p>
      <w:r>
        <w:rPr>
          <w:b/>
          <w:sz w:val="20"/>
        </w:rPr>
        <w:t>6. Independent Contractor</w:t>
      </w:r>
    </w:p>
    <w:p>
      <w:r>
        <w:rPr>
          <w:b w:val="0"/>
          <w:sz w:val="20"/>
        </w:rPr>
        <w:t>The Event Coordinator is an independent contractor and not an employee or agent of the Client. The Event Coordinator shall have no authority to bind the Client or incur any obligation on behalf of the Client without prior written consent.</w:t>
      </w:r>
    </w:p>
    <w:p/>
    <w:p>
      <w:r>
        <w:rPr>
          <w:b/>
          <w:sz w:val="20"/>
        </w:rPr>
        <w:t>7. Liability and Indemnification</w:t>
      </w:r>
    </w:p>
    <w:p>
      <w:r>
        <w:rPr>
          <w:b w:val="0"/>
          <w:sz w:val="20"/>
        </w:rPr>
        <w:t>The Event Coordinator shall perform services with reasonable care and skill. However, the Event Coordinator shall not be liable for any loss, damage, or injury arising out of the Event except to the extent caused by the Event Coordinator’s gross negligence or willful misconduct.</w:t>
      </w:r>
    </w:p>
    <w:p>
      <w:r>
        <w:rPr>
          <w:b w:val="0"/>
          <w:sz w:val="20"/>
        </w:rPr>
        <w:t>The Client agrees to indemnify, defend, and hold harmless the Event Coordinator from and against any claims, damages, losses, liabilities, costs, and expenses arising from the Client’s negligence, willful misconduct, or breach of this Agreement.</w:t>
      </w:r>
    </w:p>
    <w:p/>
    <w:p>
      <w:r>
        <w:rPr>
          <w:b/>
          <w:sz w:val="20"/>
        </w:rPr>
        <w:t>8. Insurance</w:t>
      </w:r>
    </w:p>
    <w:p>
      <w:r>
        <w:rPr>
          <w:b w:val="0"/>
          <w:sz w:val="20"/>
        </w:rPr>
        <w:t>The Event Coordinator shall maintain appropriate insurance coverage for the services provided. The Client may request proof of such insurance at any time.</w:t>
      </w:r>
    </w:p>
    <w:p/>
    <w:p>
      <w:r>
        <w:rPr>
          <w:b/>
          <w:sz w:val="20"/>
        </w:rPr>
        <w:t>9. Force Majeure</w:t>
      </w:r>
    </w:p>
    <w:p>
      <w:r>
        <w:rPr>
          <w:b w:val="0"/>
          <w:sz w:val="20"/>
        </w:rPr>
        <w:t>Neither party shall be liable for any failure or delay in performance due to causes beyond their reasonable control, including but not limited to acts of God, government actions, natural disasters, or other emergencies.</w:t>
      </w:r>
    </w:p>
    <w:p/>
    <w:p>
      <w:r>
        <w:rPr>
          <w:b/>
          <w:sz w:val="20"/>
        </w:rPr>
        <w:t>10. Confidentiality</w:t>
      </w:r>
    </w:p>
    <w:p>
      <w:r>
        <w:rPr>
          <w:b w:val="0"/>
          <w:sz w:val="20"/>
        </w:rPr>
        <w:t>Both parties agree to keep all confidential information obtained during the course of this Agreement private and not disclose it to any third party without prior written consent, except as required by law.</w:t>
      </w:r>
    </w:p>
    <w:p/>
    <w:p>
      <w:r>
        <w:rPr>
          <w:b/>
          <w:sz w:val="20"/>
        </w:rPr>
        <w:t>11. Governing Law and Dispute Resolution</w:t>
      </w:r>
    </w:p>
    <w:p>
      <w:r>
        <w:rPr>
          <w:b w:val="0"/>
          <w:sz w:val="20"/>
        </w:rPr>
        <w:t>This Agreement shall be governed by and construed in accordance with the laws of the State of ____________________, United States.</w:t>
      </w:r>
    </w:p>
    <w:p>
      <w:r>
        <w:rPr>
          <w:b w:val="0"/>
          <w:sz w:val="20"/>
        </w:rPr>
        <w:t>Any dispute arising under or in connection with this Agreement shall be resolved by binding arbitration or in the courts of competent jurisdiction located in ____________________, in accordance with the rules agreed upon by the parties.</w:t>
      </w:r>
    </w:p>
    <w:p/>
    <w:p>
      <w:r>
        <w:rPr>
          <w:b/>
          <w:sz w:val="20"/>
        </w:rPr>
        <w:t>12. Entire Agreement and Amendments</w:t>
      </w:r>
    </w:p>
    <w:p>
      <w:r>
        <w:rPr>
          <w:b w:val="0"/>
          <w:sz w:val="20"/>
        </w:rPr>
        <w:t>This Agreement constitutes the entire understanding between the parties and supersedes all prior negotiations, representations, or agreements, whether written or oral.</w:t>
      </w:r>
    </w:p>
    <w:p>
      <w:r>
        <w:rPr>
          <w:b w:val="0"/>
          <w:sz w:val="20"/>
        </w:rPr>
        <w:t>Any modification or amendment to this Agreement must be in writing and signed by both parties.</w:t>
      </w:r>
    </w:p>
    <w:p/>
    <w:p>
      <w:r>
        <w:rPr>
          <w:b/>
          <w:sz w:val="20"/>
        </w:rPr>
        <w:t>13. Severability</w:t>
      </w:r>
    </w:p>
    <w:p>
      <w:r>
        <w:rPr>
          <w:b w:val="0"/>
          <w:sz w:val="20"/>
        </w:rPr>
        <w:t>If any provision of this Agreement is held invalid or unenforceable by a court of competent jurisdiction, the remaining provisions shall remain in full force and effect.</w:t>
      </w:r>
    </w:p>
    <w:p/>
    <w:p>
      <w:r>
        <w:rPr>
          <w:b/>
          <w:sz w:val="20"/>
        </w:rPr>
        <w:t>14. Notices</w:t>
      </w:r>
    </w:p>
    <w:p>
      <w:r>
        <w:rPr>
          <w:b w:val="0"/>
          <w:sz w:val="20"/>
        </w:rPr>
        <w:t>All notices or other communications required or permitted under this Agreement shall be in writing and shall be deemed given when delivered personally, sent by certified mail, or by electronic mail with confirmation to the addresses below:</w:t>
      </w:r>
    </w:p>
    <w:p>
      <w:r>
        <w:rPr>
          <w:b w:val="0"/>
          <w:sz w:val="20"/>
        </w:rPr>
        <w:t>Client: ________________________________________________________________</w:t>
      </w:r>
    </w:p>
    <w:p>
      <w:r>
        <w:rPr>
          <w:b w:val="0"/>
          <w:sz w:val="20"/>
        </w:rPr>
        <w:t>Event Coordinator: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EVENT COORDINATOR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https://contract247-us.com/event-coordinator-contract/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event-coordinat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