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EVENT PHOTOGRAPHY SERVICES AGREEMENT</w:t>
      </w:r>
    </w:p>
    <w:p/>
    <w:p>
      <w:r>
        <w:rPr>
          <w:b/>
          <w:sz w:val="20"/>
        </w:rPr>
        <w:t>This Event Photography Services Agreement ("Agreement") is entered into by and between:</w:t>
      </w:r>
    </w:p>
    <w:p>
      <w:r>
        <w:rPr>
          <w:b/>
          <w:sz w:val="20"/>
        </w:rPr>
        <w:t>Photographer:</w:t>
      </w:r>
    </w:p>
    <w:p>
      <w:r>
        <w:rPr>
          <w:b w:val="0"/>
          <w:sz w:val="20"/>
        </w:rPr>
        <w:t>Full Name: ________________________________________________________________</w:t>
      </w:r>
    </w:p>
    <w:p>
      <w:r>
        <w:rPr>
          <w:b w:val="0"/>
          <w:sz w:val="20"/>
        </w:rPr>
        <w:t>Business Name (if applicable): 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Client:</w:t>
      </w:r>
    </w:p>
    <w:p>
      <w:r>
        <w:rPr>
          <w:b w:val="0"/>
          <w:sz w:val="20"/>
        </w:rPr>
        <w:t>Full Name or Organization: 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Event Details:</w:t>
      </w:r>
    </w:p>
    <w:p>
      <w:r>
        <w:rPr>
          <w:b w:val="0"/>
          <w:sz w:val="20"/>
        </w:rPr>
        <w:t>Event Name/Type: __________________________________________________________</w:t>
      </w:r>
    </w:p>
    <w:p>
      <w:r>
        <w:rPr>
          <w:b w:val="0"/>
          <w:sz w:val="20"/>
        </w:rPr>
        <w:t>Event Location: ___________________________________________________________</w:t>
      </w:r>
    </w:p>
    <w:p>
      <w:r>
        <w:rPr>
          <w:b w:val="0"/>
          <w:sz w:val="20"/>
        </w:rPr>
        <w:t>Event Date(s): ____________________________________________________________</w:t>
      </w:r>
    </w:p>
    <w:p>
      <w:r>
        <w:rPr>
          <w:b w:val="0"/>
          <w:sz w:val="20"/>
        </w:rPr>
        <w:t>Event Start Time: _______________________   Event End Time: _______________</w:t>
      </w:r>
    </w:p>
    <w:p>
      <w:r>
        <w:rPr>
          <w:b w:val="0"/>
          <w:sz w:val="20"/>
        </w:rPr>
        <w:t>Event Address (if different from above): ____________________________________</w:t>
      </w:r>
    </w:p>
    <w:p/>
    <w:p>
      <w:r>
        <w:rPr>
          <w:b/>
          <w:sz w:val="20"/>
        </w:rPr>
        <w:t>1. Services Provided</w:t>
      </w:r>
    </w:p>
    <w:p>
      <w:r>
        <w:rPr>
          <w:b w:val="0"/>
          <w:sz w:val="20"/>
        </w:rPr>
        <w:t>The Photographer agrees to provide professional event photography services (the "Services") as described below:</w:t>
      </w:r>
    </w:p>
    <w:p>
      <w:r>
        <w:rPr>
          <w:b w:val="0"/>
          <w:sz w:val="20"/>
        </w:rPr>
        <w:t>- Coverage of the Event including candid, posed, and detail shots as appropriate.</w:t>
      </w:r>
    </w:p>
    <w:p>
      <w:r>
        <w:rPr>
          <w:b w:val="0"/>
          <w:sz w:val="20"/>
        </w:rPr>
        <w:t>- Editing and retouching of photographs as deemed appropriate by the Photographer.</w:t>
      </w:r>
    </w:p>
    <w:p>
      <w:r>
        <w:rPr>
          <w:b w:val="0"/>
          <w:sz w:val="20"/>
        </w:rPr>
        <w:t>- Delivery of final edited photographs in digital format.</w:t>
      </w:r>
    </w:p>
    <w:p>
      <w:r>
        <w:rPr>
          <w:b w:val="0"/>
          <w:sz w:val="20"/>
        </w:rPr>
        <w:t>- Any additional services agreed upon in writing by both parties.</w:t>
      </w:r>
    </w:p>
    <w:p/>
    <w:p>
      <w:r>
        <w:rPr>
          <w:b/>
          <w:sz w:val="20"/>
        </w:rPr>
        <w:t>2. Compensation and Payment</w:t>
      </w:r>
    </w:p>
    <w:p>
      <w:r>
        <w:rPr>
          <w:b w:val="0"/>
          <w:sz w:val="20"/>
        </w:rPr>
        <w:t>The Client agrees to pay the Photographer the total fee of $____________________ (the "Fee") for the Services provided. Payment shall be made as follows:</w:t>
      </w:r>
    </w:p>
    <w:p>
      <w:r>
        <w:rPr>
          <w:b w:val="0"/>
          <w:sz w:val="20"/>
        </w:rPr>
        <w:t>- Deposit: $________________ to be paid upon signing this Agreement to secure the Event date.</w:t>
      </w:r>
    </w:p>
    <w:p>
      <w:r>
        <w:rPr>
          <w:b w:val="0"/>
          <w:sz w:val="20"/>
        </w:rPr>
        <w:t>- Balance: $________________ due on or before the Event Date.</w:t>
      </w:r>
    </w:p>
    <w:p>
      <w:r>
        <w:rPr>
          <w:b w:val="0"/>
          <w:sz w:val="20"/>
        </w:rPr>
        <w:t>Payments shall be made via: __________________________________________________</w:t>
      </w:r>
    </w:p>
    <w:p/>
    <w:p>
      <w:r>
        <w:rPr>
          <w:b/>
          <w:sz w:val="20"/>
        </w:rPr>
        <w:t>3. Deliverables and Delivery Timeline</w:t>
      </w:r>
    </w:p>
    <w:p>
      <w:r>
        <w:rPr>
          <w:b w:val="0"/>
          <w:sz w:val="20"/>
        </w:rPr>
        <w:t>The Photographer will deliver the final edited photographs to the Client via digital download, USB drive, or other agreed method within _______ days following the Event.</w:t>
      </w:r>
    </w:p>
    <w:p>
      <w:r>
        <w:rPr>
          <w:b w:val="0"/>
          <w:sz w:val="20"/>
        </w:rPr>
        <w:t>The Photographer retains the right to use the photographs for promotional purposes unless otherwise agreed in writing.</w:t>
      </w:r>
    </w:p>
    <w:p/>
    <w:p>
      <w:r>
        <w:rPr>
          <w:b/>
          <w:sz w:val="20"/>
        </w:rPr>
        <w:t>4. Cancellation and Refund Policy</w:t>
      </w:r>
    </w:p>
    <w:p>
      <w:r>
        <w:rPr>
          <w:b w:val="0"/>
          <w:sz w:val="20"/>
        </w:rPr>
        <w:t>Cancellation by Client must be made in writing. If the Client cancels the Event more than _______ days prior to the Event Date, the deposit will be refunded in full. If cancelled within _______ days of the Event Date, the deposit will be forfeited.</w:t>
      </w:r>
    </w:p>
    <w:p>
      <w:r>
        <w:rPr>
          <w:b w:val="0"/>
          <w:sz w:val="20"/>
        </w:rPr>
        <w:t>In the unlikely event the Photographer must cancel, all payments received will be refunded, and the Photographer will make reasonable efforts to recommend a replacement.</w:t>
      </w:r>
    </w:p>
    <w:p/>
    <w:p>
      <w:r>
        <w:rPr>
          <w:b/>
          <w:sz w:val="20"/>
        </w:rPr>
        <w:t>5. Responsibilities of the Parties</w:t>
      </w:r>
    </w:p>
    <w:p>
      <w:r>
        <w:rPr>
          <w:b w:val="0"/>
          <w:sz w:val="20"/>
        </w:rPr>
        <w:t>The Photographer will provide the Services in a professional manner and use reasonable care in capturing and editing photographs.</w:t>
      </w:r>
    </w:p>
    <w:p>
      <w:r>
        <w:rPr>
          <w:b w:val="0"/>
          <w:sz w:val="20"/>
        </w:rPr>
        <w:t>The Client shall provide access to the Event location, obtain necessary permissions, and ensure a safe environment for the Photographer to perform the Services.</w:t>
      </w:r>
    </w:p>
    <w:p>
      <w:r>
        <w:rPr>
          <w:b w:val="0"/>
          <w:sz w:val="20"/>
        </w:rPr>
        <w:t>The Client is responsible for informing guests or subjects if photography is restricted or requires consent.</w:t>
      </w:r>
    </w:p>
    <w:p/>
    <w:p>
      <w:r>
        <w:rPr>
          <w:b/>
          <w:sz w:val="20"/>
        </w:rPr>
        <w:t>6. Limitations of Liability</w:t>
      </w:r>
    </w:p>
    <w:p>
      <w:r>
        <w:rPr>
          <w:b w:val="0"/>
          <w:sz w:val="20"/>
        </w:rPr>
        <w:t>The Photographer is not liable for any indirect, incidental, consequential, or punitive damages arising from the Services, including but not limited to loss of data or failure to capture any specific image.</w:t>
      </w:r>
    </w:p>
    <w:p>
      <w:r>
        <w:rPr>
          <w:b w:val="0"/>
          <w:sz w:val="20"/>
        </w:rPr>
        <w:t>In all cases, the Photographer's liability shall be limited to the amount of fees paid by the Client under this Agreement.</w:t>
      </w:r>
    </w:p>
    <w:p/>
    <w:p>
      <w:r>
        <w:rPr>
          <w:b/>
          <w:sz w:val="20"/>
        </w:rPr>
        <w:t>7. Copyright and Usage Rights</w:t>
      </w:r>
    </w:p>
    <w:p>
      <w:r>
        <w:rPr>
          <w:b w:val="0"/>
          <w:sz w:val="20"/>
        </w:rPr>
        <w:t>The Photographer retains all copyrights to the photographs taken during the Event.</w:t>
      </w:r>
    </w:p>
    <w:p>
      <w:r>
        <w:rPr>
          <w:b w:val="0"/>
          <w:sz w:val="20"/>
        </w:rPr>
        <w:t>The Client is granted a non-exclusive, non-transferable license to use the photographs for personal, non-commercial purposes unless otherwise agreed in writing.</w:t>
      </w:r>
    </w:p>
    <w:p>
      <w:r>
        <w:rPr>
          <w:b w:val="0"/>
          <w:sz w:val="20"/>
        </w:rPr>
        <w:t>Any commercial use or reproduction requires additional permission and/or licensing fees.</w:t>
      </w:r>
    </w:p>
    <w:p/>
    <w:p>
      <w:r>
        <w:rPr>
          <w:b/>
          <w:sz w:val="20"/>
        </w:rPr>
        <w:t>8. Model Release</w:t>
      </w:r>
    </w:p>
    <w:p>
      <w:r>
        <w:rPr>
          <w:b w:val="0"/>
          <w:sz w:val="20"/>
        </w:rPr>
        <w:t>The Client grants the Photographer permission to use photographs of the Client and Event attendees for promotional purposes including website, portfolio, social media, and print materials unless restricted in writing.</w:t>
      </w:r>
    </w:p>
    <w:p/>
    <w:p>
      <w:r>
        <w:rPr>
          <w:b/>
          <w:sz w:val="20"/>
        </w:rPr>
        <w:t>9. Indemnification</w:t>
      </w:r>
    </w:p>
    <w:p>
      <w:r>
        <w:rPr>
          <w:b w:val="0"/>
          <w:sz w:val="20"/>
        </w:rPr>
        <w:t>The Client agrees to indemnify and hold harmless the Photographer from and against any and all claims, damages, liabilities, and expenses arising out of or related to the Client's breach of this Agreement or any negligent acts or omissions at the Event.</w:t>
      </w:r>
    </w:p>
    <w:p/>
    <w:p>
      <w:r>
        <w:rPr>
          <w:b/>
          <w:sz w:val="20"/>
        </w:rPr>
        <w:t>10. Force Majeure</w:t>
      </w:r>
    </w:p>
    <w:p>
      <w:r>
        <w:rPr>
          <w:b w:val="0"/>
          <w:sz w:val="20"/>
        </w:rPr>
        <w:t>Neither party shall be liable for any failure to perform due to causes beyond their reasonable control, including but not limited to acts of God, war, terrorism, government restrictions, natural disasters, or other emergencies.</w:t>
      </w:r>
    </w:p>
    <w:p/>
    <w:p>
      <w:r>
        <w:rPr>
          <w:b/>
          <w:sz w:val="20"/>
        </w:rPr>
        <w:t>11. Entire Agreement and Amendments</w:t>
      </w:r>
    </w:p>
    <w:p>
      <w:r>
        <w:rPr>
          <w:b w:val="0"/>
          <w:sz w:val="20"/>
        </w:rPr>
        <w:t>This Agreement constitutes the entire understanding between the parties and supersedes all prior agreements, representations, or understandings.</w:t>
      </w:r>
    </w:p>
    <w:p>
      <w:r>
        <w:rPr>
          <w:b w:val="0"/>
          <w:sz w:val="20"/>
        </w:rPr>
        <w:t>Any amendments or modifications must be made in writing and signed by both parties.</w:t>
      </w:r>
    </w:p>
    <w:p/>
    <w:p>
      <w:r>
        <w:rPr>
          <w:b/>
          <w:sz w:val="20"/>
        </w:rPr>
        <w:t>12. Governing Law and Dispute Resolution</w:t>
      </w:r>
    </w:p>
    <w:p>
      <w:r>
        <w:rPr>
          <w:b w:val="0"/>
          <w:sz w:val="20"/>
        </w:rPr>
        <w:t>This Agreement shall be governed by and construed in accordance with the laws of the State of ______________________, United States of America.</w:t>
      </w:r>
    </w:p>
    <w:p>
      <w:r>
        <w:rPr>
          <w:b w:val="0"/>
          <w:sz w:val="20"/>
        </w:rPr>
        <w:t>Any disputes arising under this Agreement shall be resolved through good faith negotiations. If unresolved, disputes shall be submitted to binding arbitration under the rules of the American Arbitration Association in the jurisdiction specified above.</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PHOTOGRAPHER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https://contract247-us.com/event-photography-contract/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event-photography-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