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STANDARD UNITED STATES RESIDENTIAL LEASE AGREEMENT</w:t>
      </w:r>
    </w:p>
    <w:p/>
    <w:p>
      <w:r>
        <w:rPr>
          <w:b w:val="0"/>
          <w:sz w:val="20"/>
        </w:rPr>
        <w:t>THIS LEASE AGREEMENT (the “Agreement”) is made and entered into by and between the Landlord and Tenant identified below. This Agreement establishes the terms and conditions under which Tenant shall lease the residential property from Landlord.</w:t>
      </w:r>
    </w:p>
    <w:p/>
    <w:p/>
    <w:p>
      <w:r>
        <w:rPr>
          <w:b/>
          <w:sz w:val="20"/>
        </w:rPr>
        <w:t>PARTIES:</w:t>
      </w:r>
    </w:p>
    <w:p>
      <w:r>
        <w:rPr>
          <w:b/>
          <w:sz w:val="20"/>
        </w:rPr>
        <w:t>LANDLORD INFORMATION:</w:t>
      </w:r>
    </w:p>
    <w:p>
      <w:r>
        <w:rPr>
          <w:b w:val="0"/>
          <w:sz w:val="20"/>
        </w:rPr>
        <w:t>Full Legal Name: 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Legal Name(s): ______________________________________________________</w:t>
      </w:r>
    </w:p>
    <w:p>
      <w:r>
        <w:rPr>
          <w:b w:val="0"/>
          <w:sz w:val="20"/>
        </w:rPr>
        <w:t>Current Address: _________________________________________________________</w:t>
      </w:r>
    </w:p>
    <w:p>
      <w:r>
        <w:rPr>
          <w:b w:val="0"/>
          <w:sz w:val="20"/>
        </w:rPr>
        <w:t>Phone Number: ___________________________________________________________</w:t>
      </w:r>
    </w:p>
    <w:p>
      <w:r>
        <w:rPr>
          <w:b w:val="0"/>
          <w:sz w:val="20"/>
        </w:rPr>
        <w:t>Email: _________________________________________________________________</w:t>
      </w:r>
    </w:p>
    <w:p/>
    <w:p/>
    <w:p>
      <w:r>
        <w:rPr>
          <w:b/>
          <w:sz w:val="20"/>
        </w:rPr>
        <w:t>1. PREMISES</w:t>
      </w:r>
    </w:p>
    <w:p>
      <w:r>
        <w:rPr>
          <w:b w:val="0"/>
          <w:sz w:val="20"/>
        </w:rPr>
        <w:t>Landlord hereby leases to Tenant the residential property located at:</w:t>
      </w:r>
    </w:p>
    <w:p>
      <w:r>
        <w:rPr>
          <w:b w:val="0"/>
          <w:sz w:val="20"/>
        </w:rPr>
        <w:t>Property Address: _________________________________________________________</w:t>
      </w:r>
    </w:p>
    <w:p>
      <w:r>
        <w:rPr>
          <w:b w:val="0"/>
          <w:sz w:val="20"/>
        </w:rPr>
        <w:t>Including the following appliances and fixtures: _____________________________</w:t>
      </w:r>
    </w:p>
    <w:p/>
    <w:p>
      <w:r>
        <w:rPr>
          <w:b/>
          <w:sz w:val="20"/>
        </w:rPr>
        <w:t>2. LEASE TERM</w:t>
      </w:r>
    </w:p>
    <w:p>
      <w:r>
        <w:rPr>
          <w:b w:val="0"/>
          <w:sz w:val="20"/>
        </w:rPr>
        <w:t>The lease shall commence on ______________________________ and end on ______________________________.</w:t>
      </w:r>
    </w:p>
    <w:p>
      <w:r>
        <w:rPr>
          <w:b w:val="0"/>
          <w:sz w:val="20"/>
        </w:rPr>
        <w:t>Tenant shall have possession of the Premises for the entire Lease Term unless terminated earlier pursuant to this Agreement.</w:t>
      </w:r>
    </w:p>
    <w:p/>
    <w:p>
      <w:r>
        <w:rPr>
          <w:b/>
          <w:sz w:val="20"/>
        </w:rPr>
        <w:t>3. RENT</w:t>
      </w:r>
    </w:p>
    <w:p>
      <w:r>
        <w:rPr>
          <w:b w:val="0"/>
          <w:sz w:val="20"/>
        </w:rPr>
        <w:t>Tenant agrees to pay a monthly rent of $______________, payable in advance on the first day of each month.</w:t>
      </w:r>
    </w:p>
    <w:p>
      <w:r>
        <w:rPr>
          <w:b w:val="0"/>
          <w:sz w:val="20"/>
        </w:rPr>
        <w:t>Rent shall be delivered to Landlord at the following address or such other place as Landlord designates in writing:</w:t>
      </w:r>
    </w:p>
    <w:p>
      <w:r>
        <w:rPr>
          <w:b w:val="0"/>
          <w:sz w:val="20"/>
        </w:rPr>
        <w:t>_________________________________________________________________________</w:t>
      </w:r>
    </w:p>
    <w:p>
      <w:r>
        <w:rPr>
          <w:b w:val="0"/>
          <w:sz w:val="20"/>
        </w:rPr>
        <w:t>Late payments will incur a late fee of $____________ if rent is not received within _____ days of the due date.</w:t>
      </w:r>
    </w:p>
    <w:p/>
    <w:p>
      <w:r>
        <w:rPr>
          <w:b/>
          <w:sz w:val="20"/>
        </w:rPr>
        <w:t>4. SECURITY DEPOSIT</w:t>
      </w:r>
    </w:p>
    <w:p>
      <w:r>
        <w:rPr>
          <w:b w:val="0"/>
          <w:sz w:val="20"/>
        </w:rPr>
        <w:t>Tenant shall pay a security deposit of $____________ prior to occupancy.</w:t>
      </w:r>
    </w:p>
    <w:p>
      <w:r>
        <w:rPr>
          <w:b w:val="0"/>
          <w:sz w:val="20"/>
        </w:rPr>
        <w:t>The security deposit shall secure Tenant’s performance of all lease terms and may be used to cover damages beyond normal wear and tear.</w:t>
      </w:r>
    </w:p>
    <w:p>
      <w:r>
        <w:rPr>
          <w:b w:val="0"/>
          <w:sz w:val="20"/>
        </w:rPr>
        <w:t>The deposit will be returned within _____ days after lease termination, less any lawful deductions.</w:t>
      </w:r>
    </w:p>
    <w:p/>
    <w:p>
      <w:r>
        <w:rPr>
          <w:b/>
          <w:sz w:val="20"/>
        </w:rPr>
        <w:t>5. UTILITIES AND SERVICES</w:t>
      </w:r>
    </w:p>
    <w:p>
      <w:r>
        <w:rPr>
          <w:b w:val="0"/>
          <w:sz w:val="20"/>
        </w:rPr>
        <w:t>Tenant shall be responsible for payment of the following utilities and services:</w:t>
      </w:r>
    </w:p>
    <w:p>
      <w:r>
        <w:rPr>
          <w:b w:val="0"/>
          <w:sz w:val="20"/>
        </w:rPr>
        <w:t>- _______________________________________________________________</w:t>
      </w:r>
    </w:p>
    <w:p>
      <w:r>
        <w:rPr>
          <w:b w:val="0"/>
          <w:sz w:val="20"/>
        </w:rPr>
        <w:t>- _______________________________________________________________</w:t>
      </w:r>
    </w:p>
    <w:p>
      <w:r>
        <w:rPr>
          <w:b w:val="0"/>
          <w:sz w:val="20"/>
        </w:rPr>
        <w:t>Landlord shall be responsible for the payment of the following utilities and services:</w:t>
      </w:r>
    </w:p>
    <w:p>
      <w:r>
        <w:rPr>
          <w:b w:val="0"/>
          <w:sz w:val="20"/>
        </w:rPr>
        <w:t>- _______________________________________________________________</w:t>
      </w:r>
    </w:p>
    <w:p/>
    <w:p>
      <w:r>
        <w:rPr>
          <w:b/>
          <w:sz w:val="20"/>
        </w:rPr>
        <w:t>6. USE OF PREMISES</w:t>
      </w:r>
    </w:p>
    <w:p>
      <w:r>
        <w:rPr>
          <w:b w:val="0"/>
          <w:sz w:val="20"/>
        </w:rPr>
        <w:t>The Premises shall be used exclusively as a private residence for the Tenant and Tenant’s immediate family.</w:t>
      </w:r>
    </w:p>
    <w:p>
      <w:r>
        <w:rPr>
          <w:b w:val="0"/>
          <w:sz w:val="20"/>
        </w:rPr>
        <w:t>No commercial activities or illegal conduct shall take place on the Premises.</w:t>
      </w:r>
    </w:p>
    <w:p>
      <w:r>
        <w:rPr>
          <w:b w:val="0"/>
          <w:sz w:val="20"/>
        </w:rPr>
        <w:t>Tenant shall comply with all applicable laws, ordinances, and HOA rules (if any).</w:t>
      </w:r>
    </w:p>
    <w:p/>
    <w:p>
      <w:r>
        <w:rPr>
          <w:b/>
          <w:sz w:val="20"/>
        </w:rPr>
        <w:t>7. OCCUPANTS</w:t>
      </w:r>
    </w:p>
    <w:p>
      <w:r>
        <w:rPr>
          <w:b w:val="0"/>
          <w:sz w:val="20"/>
        </w:rPr>
        <w:t>Only the following persons shall occupy the Premises:</w:t>
      </w:r>
    </w:p>
    <w:p>
      <w:r>
        <w:rPr>
          <w:b w:val="0"/>
          <w:sz w:val="20"/>
        </w:rPr>
        <w:t>- _______________________________________________________________</w:t>
      </w:r>
    </w:p>
    <w:p>
      <w:r>
        <w:rPr>
          <w:b w:val="0"/>
          <w:sz w:val="20"/>
        </w:rPr>
        <w:t>- _______________________________________________________________</w:t>
      </w:r>
    </w:p>
    <w:p/>
    <w:p>
      <w:r>
        <w:rPr>
          <w:b/>
          <w:sz w:val="20"/>
        </w:rPr>
        <w:t>8. MAINTENANCE AND REPAIRS</w:t>
      </w:r>
    </w:p>
    <w:p>
      <w:r>
        <w:rPr>
          <w:b w:val="0"/>
          <w:sz w:val="20"/>
        </w:rPr>
        <w:t>Tenant shall maintain the Premises in a clean, safe, and sanitary condition.</w:t>
      </w:r>
    </w:p>
    <w:p>
      <w:r>
        <w:rPr>
          <w:b w:val="0"/>
          <w:sz w:val="20"/>
        </w:rPr>
        <w:t>Tenant shall promptly notify Landlord of any damage, needed repairs, or unsafe conditions.</w:t>
      </w:r>
    </w:p>
    <w:p>
      <w:r>
        <w:rPr>
          <w:b w:val="0"/>
          <w:sz w:val="20"/>
        </w:rPr>
        <w:t>Landlord shall be responsible for repairs except those caused by Tenant’s negligence or misuse.</w:t>
      </w:r>
    </w:p>
    <w:p/>
    <w:p>
      <w:r>
        <w:rPr>
          <w:b/>
          <w:sz w:val="20"/>
        </w:rPr>
        <w:t>9. ALTERATIONS AND IMPROVEMENTS</w:t>
      </w:r>
    </w:p>
    <w:p>
      <w:r>
        <w:rPr>
          <w:b w:val="0"/>
          <w:sz w:val="20"/>
        </w:rPr>
        <w:t>Tenant shall not make any alterations, additions, or improvements without Landlord’s prior written consent.</w:t>
      </w:r>
    </w:p>
    <w:p>
      <w:r>
        <w:rPr>
          <w:b w:val="0"/>
          <w:sz w:val="20"/>
        </w:rPr>
        <w:t>Any approved alterations shall become the property of Landlord upon lease termination unless otherwise agreed.</w:t>
      </w:r>
    </w:p>
    <w:p/>
    <w:p>
      <w:r>
        <w:rPr>
          <w:b/>
          <w:sz w:val="20"/>
        </w:rPr>
        <w:t>10. ENTRY BY LANDLORD</w:t>
      </w:r>
    </w:p>
    <w:p>
      <w:r>
        <w:rPr>
          <w:b w:val="0"/>
          <w:sz w:val="20"/>
        </w:rPr>
        <w:t>Landlord may enter the Premises upon reasonable notice (at least 24 hours) and at reasonable times for inspection, repairs, or showing the property.</w:t>
      </w:r>
    </w:p>
    <w:p>
      <w:r>
        <w:rPr>
          <w:b w:val="0"/>
          <w:sz w:val="20"/>
        </w:rPr>
        <w:t>In emergencies, Landlord may enter without notice.</w:t>
      </w:r>
    </w:p>
    <w:p/>
    <w:p>
      <w:r>
        <w:rPr>
          <w:b/>
          <w:sz w:val="20"/>
        </w:rPr>
        <w:t>11. PETS</w:t>
      </w:r>
    </w:p>
    <w:p>
      <w:r>
        <w:rPr>
          <w:b w:val="0"/>
          <w:sz w:val="20"/>
        </w:rPr>
        <w:t>Pets are (select one): □ Allowed □ Not allowed.</w:t>
      </w:r>
    </w:p>
    <w:p>
      <w:r>
        <w:rPr>
          <w:b w:val="0"/>
          <w:sz w:val="20"/>
        </w:rPr>
        <w:t>If allowed, the following conditions and restrictions apply:</w:t>
      </w:r>
    </w:p>
    <w:p>
      <w:r>
        <w:rPr>
          <w:b w:val="0"/>
          <w:sz w:val="20"/>
        </w:rPr>
        <w:t>_________________________________________________________________________</w:t>
      </w:r>
    </w:p>
    <w:p/>
    <w:p>
      <w:r>
        <w:rPr>
          <w:b/>
          <w:sz w:val="20"/>
        </w:rPr>
        <w:t>12. SUBLEASING AND ASSIGNMENT</w:t>
      </w:r>
    </w:p>
    <w:p>
      <w:r>
        <w:rPr>
          <w:b w:val="0"/>
          <w:sz w:val="20"/>
        </w:rPr>
        <w:t>Tenant shall not assign this Agreement or sublease any portion of the Premises without Landlord’s prior written consent.</w:t>
      </w:r>
    </w:p>
    <w:p/>
    <w:p>
      <w:r>
        <w:rPr>
          <w:b/>
          <w:sz w:val="20"/>
        </w:rPr>
        <w:t>13. DEFAULT AND REMEDIES</w:t>
      </w:r>
    </w:p>
    <w:p>
      <w:r>
        <w:rPr>
          <w:b w:val="0"/>
          <w:sz w:val="20"/>
        </w:rPr>
        <w:t>If Tenant fails to pay rent or breaches any term of this Agreement, Landlord may provide written notice and pursue all remedies available under law, including termination of tenancy and eviction.</w:t>
      </w:r>
    </w:p>
    <w:p>
      <w:r>
        <w:rPr>
          <w:b w:val="0"/>
          <w:sz w:val="20"/>
        </w:rPr>
        <w:t>Tenant shall be liable for all damages, costs, and attorney’s fees incurred by Landlord due to Tenant’s default.</w:t>
      </w:r>
    </w:p>
    <w:p/>
    <w:p>
      <w:r>
        <w:rPr>
          <w:b/>
          <w:sz w:val="20"/>
        </w:rPr>
        <w:t>14. GOVERNING LAW</w:t>
      </w:r>
    </w:p>
    <w:p>
      <w:r>
        <w:rPr>
          <w:b w:val="0"/>
          <w:sz w:val="20"/>
        </w:rPr>
        <w:t>This Agreement shall be governed by and construed in accordance with the laws of the State of __________________, USA.</w:t>
      </w:r>
    </w:p>
    <w:p/>
    <w:p>
      <w:r>
        <w:rPr>
          <w:b/>
          <w:sz w:val="20"/>
        </w:rPr>
        <w:t>15. ENTIRE AGREEMENT</w:t>
      </w:r>
    </w:p>
    <w:p>
      <w:r>
        <w:rPr>
          <w:b w:val="0"/>
          <w:sz w:val="20"/>
        </w:rPr>
        <w:t>This Agreement constitutes the entire agreement between the parties and supersedes all prior negotiations, understandings, or agreements.</w:t>
      </w:r>
    </w:p>
    <w:p>
      <w:r>
        <w:rPr>
          <w:b w:val="0"/>
          <w:sz w:val="20"/>
        </w:rPr>
        <w:t>Any modifications must be in writing and signed by both parties.</w:t>
      </w:r>
    </w:p>
    <w:p/>
    <w:p>
      <w:r>
        <w:rPr>
          <w:b/>
          <w:sz w:val="20"/>
        </w:rPr>
        <w:t>16. SEVERABILITY</w:t>
      </w:r>
    </w:p>
    <w:p>
      <w:r>
        <w:rPr>
          <w:b w:val="0"/>
          <w:sz w:val="20"/>
        </w:rPr>
        <w:t>If any provision of this Agreement is held invalid or unenforceable, the remaining provisions shall remain in full force and effect.</w:t>
      </w:r>
    </w:p>
    <w:p/>
    <w:p>
      <w:r>
        <w:rPr>
          <w:b/>
          <w:sz w:val="20"/>
        </w:rPr>
        <w:t>17. NOTICES</w:t>
      </w:r>
    </w:p>
    <w:p>
      <w:r>
        <w:rPr>
          <w:b w:val="0"/>
          <w:sz w:val="20"/>
        </w:rPr>
        <w:t>All notices required or permitted under this Agreement shall be in writing and delivered to the addresses provided herein or such other addresses as the parties may designate.</w:t>
      </w:r>
    </w:p>
    <w:p/>
    <w:p/>
    <w:p>
      <w:pPr>
        <w:jc w:val="center"/>
      </w:pPr>
      <w:r>
        <w:rPr>
          <w:b w:val="0"/>
          <w:sz w:val="20"/>
        </w:rPr>
        <w:t>IN WITNESS WHEREOF, the parties hereto have executed this Lease Agreement on the dates indicated below.</w:t>
      </w:r>
    </w:p>
    <w:p/>
    <w:p/>
    <w:p>
      <w:r>
        <w:rPr>
          <w:b w:val="0"/>
          <w:sz w:val="20"/>
        </w:rPr>
        <w:t>Place of Signing: __________________________________________________________</w:t>
      </w:r>
    </w:p>
    <w:p>
      <w:r>
        <w:rPr>
          <w:b w:val="0"/>
          <w:sz w:val="20"/>
        </w:rPr>
        <w:t>Date of Signing: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___________________________</w:t>
            </w:r>
          </w:p>
        </w:tc>
        <w:tc>
          <w:tcPr>
            <w:tcW w:type="dxa" w:w="4986"/>
            <w:tcBorders>
              <w:top w:val="nil"/>
              <w:left w:val="nil"/>
              <w:bottom w:val="nil"/>
              <w:right w:val="nil"/>
              <w:insideH w:val="nil"/>
              <w:insideV w:val="nil"/>
            </w:tcBorders>
          </w:tcPr>
          <w:p>
            <w:pPr>
              <w:jc w:val="center"/>
            </w:pPr>
            <w:r>
              <w:t>Printed Name: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https://contract247-us.com/fillable-contract/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fillabl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