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FILM CREW EMPLOYMENT AGREEMENT</w:t>
      </w:r>
    </w:p>
    <w:p/>
    <w:p>
      <w:r>
        <w:rPr>
          <w:b w:val="0"/>
          <w:sz w:val="20"/>
        </w:rPr>
        <w:t>This Film Crew Employment Agreement (the "Agreement") is made by and between:</w:t>
      </w:r>
    </w:p>
    <w:p>
      <w:r>
        <w:rPr>
          <w:b/>
          <w:sz w:val="20"/>
        </w:rPr>
        <w:t>Production Company: ___________________________________________________________</w:t>
      </w:r>
    </w:p>
    <w:p>
      <w:r>
        <w:rPr>
          <w:b w:val="0"/>
          <w:sz w:val="20"/>
        </w:rPr>
        <w:t>Address: ______________________________________________________________________</w:t>
      </w:r>
    </w:p>
    <w:p>
      <w:r>
        <w:rPr>
          <w:b w:val="0"/>
          <w:sz w:val="20"/>
        </w:rPr>
      </w:r>
    </w:p>
    <w:p>
      <w:r>
        <w:rPr>
          <w:b w:val="0"/>
          <w:sz w:val="20"/>
        </w:rPr>
        <w:t>and</w:t>
      </w:r>
    </w:p>
    <w:p>
      <w:r>
        <w:rPr>
          <w:b/>
          <w:sz w:val="20"/>
        </w:rPr>
        <w:t>Crew Member: _________________________________________________________________</w:t>
      </w:r>
    </w:p>
    <w:p>
      <w:r>
        <w:rPr>
          <w:b w:val="0"/>
          <w:sz w:val="20"/>
        </w:rPr>
        <w:t>Address: ______________________________________________________________________</w:t>
      </w:r>
    </w:p>
    <w:p/>
    <w:p/>
    <w:p>
      <w:r>
        <w:rPr>
          <w:b/>
          <w:sz w:val="20"/>
        </w:rPr>
        <w:t>RECITALS</w:t>
      </w:r>
    </w:p>
    <w:p>
      <w:r>
        <w:rPr>
          <w:b w:val="0"/>
          <w:sz w:val="20"/>
        </w:rPr>
        <w:t>WHEREAS, the Production Company is producing a film or audiovisual project (the "Project");</w:t>
      </w:r>
    </w:p>
    <w:p>
      <w:r>
        <w:rPr>
          <w:b w:val="0"/>
          <w:sz w:val="20"/>
        </w:rPr>
        <w:t>WHEREAS, the Crew Member desires to provide services as a member of the crew for the Project under the terms set forth herein;</w:t>
      </w:r>
    </w:p>
    <w:p>
      <w:r>
        <w:rPr>
          <w:b w:val="0"/>
          <w:sz w:val="20"/>
        </w:rPr>
        <w:t>NOW, THEREFORE, in consideration of the mutual covenants and promises contained herein, the parties agree as follows:</w:t>
      </w:r>
    </w:p>
    <w:p/>
    <w:p>
      <w:r>
        <w:rPr>
          <w:b/>
          <w:sz w:val="20"/>
        </w:rPr>
        <w:t>1. Position and Services</w:t>
      </w:r>
    </w:p>
    <w:p>
      <w:r>
        <w:rPr>
          <w:b w:val="0"/>
          <w:sz w:val="20"/>
        </w:rPr>
        <w:t>The Production Company hereby employs the Crew Member, and the Crew Member accepts employment as: _______________________________________________________.</w:t>
      </w:r>
    </w:p>
    <w:p>
      <w:r>
        <w:rPr>
          <w:b w:val="0"/>
          <w:sz w:val="20"/>
        </w:rPr>
        <w:t>The Crew Member agrees to perform all duties and responsibilities typically associated with this position and such other tasks as reasonably assigned by the Production Company.</w:t>
      </w:r>
    </w:p>
    <w:p/>
    <w:p>
      <w:r>
        <w:rPr>
          <w:b/>
          <w:sz w:val="20"/>
        </w:rPr>
        <w:t>2. Term</w:t>
      </w:r>
    </w:p>
    <w:p>
      <w:r>
        <w:rPr>
          <w:b w:val="0"/>
          <w:sz w:val="20"/>
        </w:rPr>
        <w:t>The term of this Agreement shall commence upon notification by the Production Company and shall continue until the completion of the Project or termination as provided herein.</w:t>
      </w:r>
    </w:p>
    <w:p/>
    <w:p>
      <w:r>
        <w:rPr>
          <w:b/>
          <w:sz w:val="20"/>
        </w:rPr>
        <w:t>3. Compensation</w:t>
      </w:r>
    </w:p>
    <w:p>
      <w:r>
        <w:rPr>
          <w:b w:val="0"/>
          <w:sz w:val="20"/>
        </w:rPr>
        <w:t>The Crew Member shall be compensated at the rate of $____________ per hour/day/project (select applicable).</w:t>
      </w:r>
    </w:p>
    <w:p>
      <w:r>
        <w:rPr>
          <w:b w:val="0"/>
          <w:sz w:val="20"/>
        </w:rPr>
        <w:t>Payment shall be made upon completion of services or as otherwise mutually agreed in writing.</w:t>
      </w:r>
    </w:p>
    <w:p>
      <w:r>
        <w:rPr>
          <w:b w:val="0"/>
          <w:sz w:val="20"/>
        </w:rPr>
        <w:t>All applicable taxes, withholdings, and deductions shall be the responsibility of the Crew Member unless otherwise required by law.</w:t>
      </w:r>
    </w:p>
    <w:p/>
    <w:p>
      <w:r>
        <w:rPr>
          <w:b/>
          <w:sz w:val="20"/>
        </w:rPr>
        <w:t>4. Work Schedule</w:t>
      </w:r>
    </w:p>
    <w:p>
      <w:r>
        <w:rPr>
          <w:b w:val="0"/>
          <w:sz w:val="20"/>
        </w:rPr>
        <w:t>The Crew Member agrees to work the hours and days as required by the Production Company, which may include nights, weekends, and holidays.</w:t>
      </w:r>
    </w:p>
    <w:p>
      <w:r>
        <w:rPr>
          <w:b w:val="0"/>
          <w:sz w:val="20"/>
        </w:rPr>
        <w:t>The Production Company will provide reasonable notice of schedule changes when feasible.</w:t>
      </w:r>
    </w:p>
    <w:p/>
    <w:p>
      <w:r>
        <w:rPr>
          <w:b/>
          <w:sz w:val="20"/>
        </w:rPr>
        <w:t>5. Independent Contractor Status</w:t>
      </w:r>
    </w:p>
    <w:p>
      <w:r>
        <w:rPr>
          <w:b w:val="0"/>
          <w:sz w:val="20"/>
        </w:rPr>
        <w:t>The Crew Member acknowledges that they are an independent contractor and not an employee of the Production Company.</w:t>
      </w:r>
    </w:p>
    <w:p>
      <w:r>
        <w:rPr>
          <w:b w:val="0"/>
          <w:sz w:val="20"/>
        </w:rPr>
        <w:t>Nothing in this Agreement shall be construed to create an employer-employee relationship, partnership, or joint venture.</w:t>
      </w:r>
    </w:p>
    <w:p>
      <w:r>
        <w:rPr>
          <w:b w:val="0"/>
          <w:sz w:val="20"/>
        </w:rPr>
        <w:t>The Crew Member is solely responsible for all taxes, insurance, and benefits.</w:t>
      </w:r>
    </w:p>
    <w:p/>
    <w:p>
      <w:r>
        <w:rPr>
          <w:b/>
          <w:sz w:val="20"/>
        </w:rPr>
        <w:t>6. Confidentiality</w:t>
      </w:r>
    </w:p>
    <w:p>
      <w:r>
        <w:rPr>
          <w:b w:val="0"/>
          <w:sz w:val="20"/>
        </w:rPr>
        <w:t>The Crew Member agrees to keep confidential all non-public information, trade secrets, scripts, storylines, and other proprietary information relating to the Project and the Production Company.</w:t>
      </w:r>
    </w:p>
    <w:p>
      <w:r>
        <w:rPr>
          <w:b w:val="0"/>
          <w:sz w:val="20"/>
        </w:rPr>
        <w:t>This obligation shall survive the termination of this Agreement.</w:t>
      </w:r>
    </w:p>
    <w:p/>
    <w:p>
      <w:r>
        <w:rPr>
          <w:b/>
          <w:sz w:val="20"/>
        </w:rPr>
        <w:t>7. Ownership and Rights</w:t>
      </w:r>
    </w:p>
    <w:p>
      <w:r>
        <w:rPr>
          <w:b w:val="0"/>
          <w:sz w:val="20"/>
        </w:rPr>
        <w:t>The Crew Member agrees that all work performed and materials created in connection with the Project are "works made for hire" and shall be the sole property of the Production Company.</w:t>
      </w:r>
    </w:p>
    <w:p>
      <w:r>
        <w:rPr>
          <w:b w:val="0"/>
          <w:sz w:val="20"/>
        </w:rPr>
        <w:t>The Crew Member assigns any and all rights, including copyright and intellectual property rights, to the Production Company.</w:t>
      </w:r>
    </w:p>
    <w:p/>
    <w:p>
      <w:r>
        <w:rPr>
          <w:b/>
          <w:sz w:val="20"/>
        </w:rPr>
        <w:t>8. Equipment and Materials</w:t>
      </w:r>
    </w:p>
    <w:p>
      <w:r>
        <w:rPr>
          <w:b w:val="0"/>
          <w:sz w:val="20"/>
        </w:rPr>
        <w:t>The Production Company shall provide necessary equipment and materials for the Crew Member to perform services unless otherwise agreed.</w:t>
      </w:r>
    </w:p>
    <w:p>
      <w:r>
        <w:rPr>
          <w:b w:val="0"/>
          <w:sz w:val="20"/>
        </w:rPr>
        <w:t>The Crew Member agrees to take reasonable care of all provided equipment and to return it promptly upon request or termination of this Agreement.</w:t>
      </w:r>
    </w:p>
    <w:p/>
    <w:p>
      <w:r>
        <w:rPr>
          <w:b/>
          <w:sz w:val="20"/>
        </w:rPr>
        <w:t>9. Compliance with Laws and Safety</w:t>
      </w:r>
    </w:p>
    <w:p>
      <w:r>
        <w:rPr>
          <w:b w:val="0"/>
          <w:sz w:val="20"/>
        </w:rPr>
        <w:t>The Crew Member agrees to comply with all applicable federal, state, and local laws, regulations, and industry standards.</w:t>
      </w:r>
    </w:p>
    <w:p>
      <w:r>
        <w:rPr>
          <w:b w:val="0"/>
          <w:sz w:val="20"/>
        </w:rPr>
        <w:t>The Crew Member shall follow all safety instructions and protocols established by the Production Company or applicable authorities.</w:t>
      </w:r>
    </w:p>
    <w:p/>
    <w:p>
      <w:r>
        <w:rPr>
          <w:b/>
          <w:sz w:val="20"/>
        </w:rPr>
        <w:t>10. Termination</w:t>
      </w:r>
    </w:p>
    <w:p>
      <w:r>
        <w:rPr>
          <w:b w:val="0"/>
          <w:sz w:val="20"/>
        </w:rPr>
        <w:t>Either party may terminate this Agreement at any time, with or without cause, by providing written notice to the other party.</w:t>
      </w:r>
    </w:p>
    <w:p>
      <w:r>
        <w:rPr>
          <w:b w:val="0"/>
          <w:sz w:val="20"/>
        </w:rPr>
        <w:t>Upon termination, the Crew Member shall promptly return all Production Company property and confidential information.</w:t>
      </w:r>
    </w:p>
    <w:p/>
    <w:p>
      <w:r>
        <w:rPr>
          <w:b/>
          <w:sz w:val="20"/>
        </w:rPr>
        <w:t>11. Indemnification</w:t>
      </w:r>
    </w:p>
    <w:p>
      <w:r>
        <w:rPr>
          <w:b w:val="0"/>
          <w:sz w:val="20"/>
        </w:rPr>
        <w:t>The Crew Member agrees to indemnify, defend, and hold harmless the Production Company and its affiliates from any claims, liabilities, damages, or expenses arising out of or related to the Crew Member's actions or omissions.</w:t>
      </w:r>
    </w:p>
    <w:p/>
    <w:p>
      <w:r>
        <w:rPr>
          <w:b/>
          <w:sz w:val="20"/>
        </w:rPr>
        <w:t>12. Governing Law and Dispute Resolution</w:t>
      </w:r>
    </w:p>
    <w:p>
      <w:r>
        <w:rPr>
          <w:b w:val="0"/>
          <w:sz w:val="20"/>
        </w:rPr>
        <w:t>This Agreement shall be governed by and construed in accordance with the laws of the State of ___________________.</w:t>
      </w:r>
    </w:p>
    <w:p>
      <w:r>
        <w:rPr>
          <w:b w:val="0"/>
          <w:sz w:val="20"/>
        </w:rPr>
        <w:t>Any disputes arising under or in connection with this Agreement shall be resolved through binding arbitration in accordance with the rules of the American Arbitration Association, with arbitration to be held in ___________________.</w:t>
      </w:r>
    </w:p>
    <w:p/>
    <w:p>
      <w:r>
        <w:rPr>
          <w:b/>
          <w:sz w:val="20"/>
        </w:rPr>
        <w:t>13. Entire Agreement</w:t>
      </w:r>
    </w:p>
    <w:p>
      <w:r>
        <w:rPr>
          <w:b w:val="0"/>
          <w:sz w:val="20"/>
        </w:rPr>
        <w:t>This Agreement constitutes the entire agreement between the parties and supersedes all prior negotiations, understandings, and agreements whether written or oral.</w:t>
      </w:r>
    </w:p>
    <w:p>
      <w:r>
        <w:rPr>
          <w:b w:val="0"/>
          <w:sz w:val="20"/>
        </w:rPr>
        <w:t>Any modification or amendment must be in writing and signed by both parties.</w:t>
      </w:r>
    </w:p>
    <w:p/>
    <w:p>
      <w:r>
        <w:rPr>
          <w:b/>
          <w:sz w:val="20"/>
        </w:rPr>
        <w:t>14. Severability</w:t>
      </w:r>
    </w:p>
    <w:p>
      <w:r>
        <w:rPr>
          <w:b w:val="0"/>
          <w:sz w:val="20"/>
        </w:rPr>
        <w:t>If any provision of this Agreement is held to be invalid or unenforceable, the remaining provisions shall remain in full force and effect.</w:t>
      </w:r>
    </w:p>
    <w:p/>
    <w:p>
      <w:r>
        <w:rPr>
          <w:b/>
          <w:sz w:val="20"/>
        </w:rPr>
        <w:t>15. Notices</w:t>
      </w:r>
    </w:p>
    <w:p>
      <w:r>
        <w:rPr>
          <w:b w:val="0"/>
          <w:sz w:val="20"/>
        </w:rPr>
        <w:t>All notices under this Agreement shall be in writing and sent to the addresses set forth above or to such other address as either party may designate in writing.</w:t>
      </w:r>
    </w:p>
    <w:p/>
    <w:p/>
    <w:p>
      <w:r>
        <w:rPr>
          <w:b w:val="0"/>
          <w:sz w:val="20"/>
        </w:rPr>
        <w:t>Place of Agreement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PRODUCTION COMPANY</w:t>
            </w:r>
          </w:p>
        </w:tc>
        <w:tc>
          <w:tcPr>
            <w:tcW w:type="dxa" w:w="4986"/>
            <w:tcBorders>
              <w:top w:val="nil"/>
              <w:left w:val="nil"/>
              <w:bottom w:val="nil"/>
              <w:right w:val="nil"/>
              <w:insideH w:val="nil"/>
              <w:insideV w:val="nil"/>
            </w:tcBorders>
          </w:tcPr>
          <w:p>
            <w:pPr>
              <w:jc w:val="center"/>
            </w:pPr>
            <w:r>
              <w:t>CREW MEMBER</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Name: _____________________________________</w:t>
            </w:r>
          </w:p>
        </w:tc>
        <w:tc>
          <w:tcPr>
            <w:tcW w:type="dxa" w:w="4986"/>
            <w:tcBorders>
              <w:top w:val="nil"/>
              <w:left w:val="nil"/>
              <w:bottom w:val="nil"/>
              <w:right w:val="nil"/>
              <w:insideH w:val="nil"/>
              <w:insideV w:val="nil"/>
            </w:tcBorders>
          </w:tcPr>
          <w:p>
            <w:pPr>
              <w:jc w:val="center"/>
            </w:pPr>
            <w:r>
              <w:t>Name: 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https://contract247-us.com/film-crew-contract/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film-crew-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