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FIXED TERM EMPLOYMENT AGREEMENT</w:t>
      </w:r>
    </w:p>
    <w:p/>
    <w:p>
      <w:r>
        <w:rPr>
          <w:b/>
          <w:sz w:val="20"/>
        </w:rPr>
        <w:t>Employer Information:</w:t>
      </w:r>
    </w:p>
    <w:p>
      <w:r>
        <w:rPr>
          <w:b w:val="0"/>
          <w:sz w:val="20"/>
        </w:rPr>
        <w:t>Company Name: 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Representative Name and Title: ___________________________________________</w:t>
      </w:r>
    </w:p>
    <w:p/>
    <w:p>
      <w:r>
        <w:rPr>
          <w:b/>
          <w:sz w:val="20"/>
        </w:rPr>
        <w:t>Employee Information:</w:t>
      </w:r>
    </w:p>
    <w:p>
      <w:r>
        <w:rPr>
          <w:b w:val="0"/>
          <w:sz w:val="20"/>
        </w:rPr>
        <w:t>Full Name: ______________________________________________________________</w:t>
      </w:r>
    </w:p>
    <w:p>
      <w:r>
        <w:rPr>
          <w:b w:val="0"/>
          <w:sz w:val="20"/>
        </w:rPr>
        <w:t>Address: ________________________________________________________________</w:t>
      </w:r>
    </w:p>
    <w:p>
      <w:r>
        <w:rPr>
          <w:b w:val="0"/>
          <w:sz w:val="20"/>
        </w:rPr>
        <w:t>Phone: _________________________________________________________________</w:t>
      </w:r>
    </w:p>
    <w:p>
      <w:r>
        <w:rPr>
          <w:b w:val="0"/>
          <w:sz w:val="20"/>
        </w:rPr>
        <w:t>Social Security Number (SSN): ____________________________________________</w:t>
      </w:r>
    </w:p>
    <w:p/>
    <w:p>
      <w:pPr>
        <w:jc w:val="center"/>
      </w:pPr>
      <w:r>
        <w:rPr>
          <w:b/>
          <w:sz w:val="20"/>
        </w:rPr>
        <w:t>RECITALS</w:t>
      </w:r>
    </w:p>
    <w:p>
      <w:r>
        <w:rPr>
          <w:b w:val="0"/>
          <w:sz w:val="20"/>
        </w:rPr>
        <w:t>WHEREAS, Employer desires to employ Employee on a fixed term basis under the conditions set forth herein;</w:t>
      </w:r>
    </w:p>
    <w:p>
      <w:r>
        <w:rPr>
          <w:b w:val="0"/>
          <w:sz w:val="20"/>
        </w:rPr>
        <w:t>WHEREAS, Employee desires to accept such employment on the terms and conditions set forth herein;</w:t>
      </w:r>
    </w:p>
    <w:p/>
    <w:p>
      <w:r>
        <w:rPr>
          <w:b/>
          <w:sz w:val="20"/>
        </w:rPr>
        <w:t>1. TERM OF EMPLOYMENT</w:t>
      </w:r>
    </w:p>
    <w:p>
      <w:r>
        <w:rPr>
          <w:b w:val="0"/>
          <w:sz w:val="20"/>
        </w:rPr>
        <w:t>The employment relationship shall commence on ___________________ and shall terminate automatically on ___________________ without the need for prior notice by either party, unless extended or terminated earlier in accordance with this Agreement.</w:t>
      </w:r>
    </w:p>
    <w:p/>
    <w:p>
      <w:r>
        <w:rPr>
          <w:b/>
          <w:sz w:val="20"/>
        </w:rPr>
        <w:t>2. POSITION AND DUTIES</w:t>
      </w:r>
    </w:p>
    <w:p>
      <w:r>
        <w:rPr>
          <w:b w:val="0"/>
          <w:sz w:val="20"/>
        </w:rPr>
        <w:t>Employee shall be employed as __________________________________________________ and shall perform such duties and responsibilities as may be assigned by Employer from time to time consistent with this position.</w:t>
      </w:r>
    </w:p>
    <w:p>
      <w:r>
        <w:rPr>
          <w:b w:val="0"/>
          <w:sz w:val="20"/>
        </w:rPr>
        <w:t>Employee agrees to devote full working time, attention, skill, and best efforts to the performance of Employee’s duties hereunder.</w:t>
      </w:r>
    </w:p>
    <w:p/>
    <w:p>
      <w:r>
        <w:rPr>
          <w:b/>
          <w:sz w:val="20"/>
        </w:rPr>
        <w:t>3. COMPENSATION</w:t>
      </w:r>
    </w:p>
    <w:p>
      <w:r>
        <w:rPr>
          <w:b w:val="0"/>
          <w:sz w:val="20"/>
        </w:rPr>
        <w:t>Employer shall pay Employee a salary at the rate of $________________ per ______________ (hour/week/month/year), payable in accordance with Employer’s regular payroll practices.</w:t>
      </w:r>
    </w:p>
    <w:p>
      <w:r>
        <w:rPr>
          <w:b w:val="0"/>
          <w:sz w:val="20"/>
        </w:rPr>
        <w:t>All applicable federal, state, and local taxes shall be withheld from such compensation.</w:t>
      </w:r>
    </w:p>
    <w:p/>
    <w:p>
      <w:r>
        <w:rPr>
          <w:b/>
          <w:sz w:val="20"/>
        </w:rPr>
        <w:t>4. BENEFITS</w:t>
      </w:r>
    </w:p>
    <w:p>
      <w:r>
        <w:rPr>
          <w:b w:val="0"/>
          <w:sz w:val="20"/>
        </w:rPr>
        <w:t>During the term of this Agreement, Employee shall be eligible to participate in such benefit plans and programs as Employer may offer to employees of similar status, subject to the terms and conditions of such plans and programs, and applicable law.</w:t>
      </w:r>
    </w:p>
    <w:p>
      <w:r>
        <w:rPr>
          <w:b w:val="0"/>
          <w:sz w:val="20"/>
        </w:rPr>
        <w:t>No benefits shall continue beyond the termination of this Agreement except as required by law or under the specific terms of the applicable benefit plan.</w:t>
      </w:r>
    </w:p>
    <w:p/>
    <w:p>
      <w:r>
        <w:rPr>
          <w:b/>
          <w:sz w:val="20"/>
        </w:rPr>
        <w:t>5. WORK SCHEDULE</w:t>
      </w:r>
    </w:p>
    <w:p>
      <w:r>
        <w:rPr>
          <w:b w:val="0"/>
          <w:sz w:val="20"/>
        </w:rPr>
        <w:t>Employee’s regular work schedule shall be from _______________ to _______________, __________ days per week.</w:t>
      </w:r>
    </w:p>
    <w:p>
      <w:r>
        <w:rPr>
          <w:b w:val="0"/>
          <w:sz w:val="20"/>
        </w:rPr>
        <w:t>Employer may adjust the schedule as necessary to meet business needs, with reasonable notice to Employee.</w:t>
      </w:r>
    </w:p>
    <w:p/>
    <w:p>
      <w:r>
        <w:rPr>
          <w:b/>
          <w:sz w:val="20"/>
        </w:rPr>
        <w:t>6. CONFIDENTIALITY</w:t>
      </w:r>
    </w:p>
    <w:p>
      <w:r>
        <w:rPr>
          <w:b w:val="0"/>
          <w:sz w:val="20"/>
        </w:rPr>
        <w:t>Employee acknowledges that during the employment, Employee will have access to confidential and proprietary information relating to Employer’s business.</w:t>
      </w:r>
    </w:p>
    <w:p>
      <w:r>
        <w:rPr>
          <w:b w:val="0"/>
          <w:sz w:val="20"/>
        </w:rPr>
        <w:t>Employee agrees not to disclose any such information to third parties during or after the term of employment, except as required in the course of employment or by law.</w:t>
      </w:r>
    </w:p>
    <w:p>
      <w:r>
        <w:rPr>
          <w:b w:val="0"/>
          <w:sz w:val="20"/>
        </w:rPr>
        <w:t>This obligation shall survive the termination of this Agreement.</w:t>
      </w:r>
    </w:p>
    <w:p/>
    <w:p>
      <w:r>
        <w:rPr>
          <w:b/>
          <w:sz w:val="20"/>
        </w:rPr>
        <w:t>7. TERMINATION</w:t>
      </w:r>
    </w:p>
    <w:p>
      <w:r>
        <w:rPr>
          <w:b w:val="0"/>
          <w:sz w:val="20"/>
        </w:rPr>
        <w:t>This Agreement shall terminate automatically upon expiration of the term set forth in Article 1.</w:t>
      </w:r>
    </w:p>
    <w:p>
      <w:r>
        <w:rPr>
          <w:b w:val="0"/>
          <w:sz w:val="20"/>
        </w:rPr>
        <w:t>Employer may terminate this Agreement at any time for Cause. For purposes of this Agreement, “Cause” shall mean (i) material breach of this Agreement by Employee; (ii) dishonesty, fraud, or theft; (iii) gross misconduct or gross negligence in the performance of duties; (iv) conviction of a felony or a crime involving moral turpitude; or (v) violation of Employer’s policies.</w:t>
      </w:r>
    </w:p>
    <w:p>
      <w:r>
        <w:rPr>
          <w:b w:val="0"/>
          <w:sz w:val="20"/>
        </w:rPr>
        <w:t>Employer may also terminate this Agreement without Cause upon providing written notice to Employee at least ________ days prior to termination.</w:t>
      </w:r>
    </w:p>
    <w:p>
      <w:r>
        <w:rPr>
          <w:b w:val="0"/>
          <w:sz w:val="20"/>
        </w:rPr>
        <w:t>Employee may terminate this Agreement with written notice to Employer at least ________ days prior to termination.</w:t>
      </w:r>
    </w:p>
    <w:p/>
    <w:p>
      <w:r>
        <w:rPr>
          <w:b/>
          <w:sz w:val="20"/>
        </w:rPr>
        <w:t>8. RETURN OF PROPERTY</w:t>
      </w:r>
    </w:p>
    <w:p>
      <w:r>
        <w:rPr>
          <w:b w:val="0"/>
          <w:sz w:val="20"/>
        </w:rPr>
        <w:t>Upon termination of employment for any reason, Employee agrees to return all Employer property, documents, and confidential information in Employee’s possession or control.</w:t>
      </w:r>
    </w:p>
    <w:p/>
    <w:p>
      <w:r>
        <w:rPr>
          <w:b/>
          <w:sz w:val="20"/>
        </w:rPr>
        <w:t>9. NON-COMPETITION AND NON-SOLICITATION</w:t>
      </w:r>
    </w:p>
    <w:p>
      <w:r>
        <w:rPr>
          <w:b w:val="0"/>
          <w:sz w:val="20"/>
        </w:rPr>
        <w:t>During the term of employment and for a period of ________ months following termination, Employee shall not directly or indirectly engage in any business that competes with Employer within a radius of ________ miles from Employer’s principal place of business.</w:t>
      </w:r>
    </w:p>
    <w:p>
      <w:r>
        <w:rPr>
          <w:b w:val="0"/>
          <w:sz w:val="20"/>
        </w:rPr>
        <w:t>Employee agrees not to solicit or induce any employee, consultant, or customer of Employer to terminate or breach an employment, consulting, or other business relationship with Employer for a period of ________ months following termination.</w:t>
      </w:r>
    </w:p>
    <w:p/>
    <w:p>
      <w:r>
        <w:rPr>
          <w:b/>
          <w:sz w:val="20"/>
        </w:rPr>
        <w:t>10. GOVERNING LAW AND JURISDICTION</w:t>
      </w:r>
    </w:p>
    <w:p>
      <w:r>
        <w:rPr>
          <w:b w:val="0"/>
          <w:sz w:val="20"/>
        </w:rPr>
        <w:t>This Agreement shall be governed by and construed in accordance with the laws of the State of ____________________, without regard to its conflict of law principles.</w:t>
      </w:r>
    </w:p>
    <w:p>
      <w:r>
        <w:rPr>
          <w:b w:val="0"/>
          <w:sz w:val="20"/>
        </w:rPr>
        <w:t>Any dispute arising out of or relating to this Agreement shall be resolved exclusively in the state or federal courts located within ____________________ County, State of ____________________.</w:t>
      </w:r>
    </w:p>
    <w:p/>
    <w:p>
      <w:r>
        <w:rPr>
          <w:b/>
          <w:sz w:val="20"/>
        </w:rPr>
        <w:t>11. ENTIRE AGREEMENT</w:t>
      </w:r>
    </w:p>
    <w:p>
      <w:r>
        <w:rPr>
          <w:b w:val="0"/>
          <w:sz w:val="20"/>
        </w:rPr>
        <w:t>This Agreement constitutes the entire agreement between the parties concerning the subject matter hereof and supersedes all prior agreements, understandings, negotiations, and discussions, whether oral or written.</w:t>
      </w:r>
    </w:p>
    <w:p>
      <w:r>
        <w:rPr>
          <w:b w:val="0"/>
          <w:sz w:val="20"/>
        </w:rPr>
        <w:t>No amendment or modification shall be effective unless in writing and signed by both parties.</w:t>
      </w:r>
    </w:p>
    <w:p/>
    <w:p>
      <w:r>
        <w:rPr>
          <w:b/>
          <w:sz w:val="20"/>
        </w:rPr>
        <w:t>12. SEVERABILITY</w:t>
      </w:r>
    </w:p>
    <w:p>
      <w:r>
        <w:rPr>
          <w:b w:val="0"/>
          <w:sz w:val="20"/>
        </w:rPr>
        <w:t>If any provision of this Agreement is found invalid or unenforceable by a court of competent jurisdiction, the remaining provisions shall remain in full force and effect.</w:t>
      </w:r>
    </w:p>
    <w:p/>
    <w:p>
      <w:r>
        <w:rPr>
          <w:b/>
          <w:sz w:val="20"/>
        </w:rPr>
        <w:t>13. WAIVER</w:t>
      </w:r>
    </w:p>
    <w:p>
      <w:r>
        <w:rPr>
          <w:b w:val="0"/>
          <w:sz w:val="20"/>
        </w:rPr>
        <w:t>The failure of either party to enforce any provision of this Agreement shall not constitute a waiver of such provision or any other provision herein.</w:t>
      </w:r>
    </w:p>
    <w:p/>
    <w:p/>
    <w:p>
      <w:r>
        <w:rPr>
          <w:b w:val="0"/>
          <w:sz w:val="20"/>
        </w:rPr>
        <w:t>Place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https://contract247-us.com/fixed-term-employment-contract/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fixed-term-employment-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