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FLORIDA CONSTRUCTION CONTRACT</w:t>
      </w:r>
    </w:p>
    <w:p/>
    <w:p>
      <w:r>
        <w:rPr>
          <w:b/>
          <w:sz w:val="20"/>
        </w:rPr>
        <w:t>This Construction Contract ("Contract") is entered into by and between:</w:t>
      </w:r>
    </w:p>
    <w:p>
      <w:r>
        <w:rPr>
          <w:b/>
          <w:sz w:val="20"/>
        </w:rPr>
        <w:t>Owner:</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p>
      <w:r>
        <w:rPr>
          <w:b/>
          <w:sz w:val="20"/>
        </w:rPr>
        <w:t>Contractor:</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p>
      <w:r>
        <w:rPr>
          <w:b/>
          <w:sz w:val="20"/>
        </w:rPr>
        <w:t>Project:</w:t>
      </w:r>
    </w:p>
    <w:p>
      <w:r>
        <w:rPr>
          <w:b w:val="0"/>
          <w:sz w:val="20"/>
        </w:rPr>
        <w:t>Description: _______________________________________________________</w:t>
      </w:r>
    </w:p>
    <w:p>
      <w:r>
        <w:rPr>
          <w:b w:val="0"/>
          <w:sz w:val="20"/>
        </w:rPr>
        <w:t>Location: __________________________________________________________</w:t>
      </w:r>
    </w:p>
    <w:p/>
    <w:p>
      <w:r>
        <w:rPr>
          <w:b/>
          <w:sz w:val="22"/>
        </w:rPr>
        <w:t>1. Contract Documents</w:t>
      </w:r>
    </w:p>
    <w:p>
      <w:r>
        <w:rPr>
          <w:b w:val="0"/>
          <w:sz w:val="20"/>
        </w:rPr>
        <w:t>The Contract Documents consist of this Contract, the plans, specifications, drawings, addenda, change orders, and any other documents incorporated herein by reference. All shall constitute one agreement and be binding upon the parties.</w:t>
      </w:r>
    </w:p>
    <w:p/>
    <w:p>
      <w:r>
        <w:rPr>
          <w:b/>
          <w:sz w:val="22"/>
        </w:rPr>
        <w:t>2. Scope of Work</w:t>
      </w:r>
    </w:p>
    <w:p>
      <w:r>
        <w:rPr>
          <w:b w:val="0"/>
          <w:sz w:val="20"/>
        </w:rPr>
        <w:t>The Contractor shall furnish all labor, materials, equipment, permits, and services necessary to complete the construction work described in the Contract Documents in a good and workmanlike manner, in accordance with applicable laws, codes, and regulations.</w:t>
      </w:r>
    </w:p>
    <w:p/>
    <w:p>
      <w:r>
        <w:rPr>
          <w:b/>
          <w:sz w:val="22"/>
        </w:rPr>
        <w:t>3. Contract Price</w:t>
      </w:r>
    </w:p>
    <w:p>
      <w:r>
        <w:rPr>
          <w:b w:val="0"/>
          <w:sz w:val="20"/>
        </w:rPr>
        <w:t>The Owner agrees to pay the Contractor the total sum of $____________________________ for the full and satisfactory completion of the Work, subject to adjustments as provided in this Contract.</w:t>
      </w:r>
    </w:p>
    <w:p/>
    <w:p>
      <w:r>
        <w:rPr>
          <w:b/>
          <w:sz w:val="22"/>
        </w:rPr>
        <w:t>4. Payment Terms</w:t>
      </w:r>
    </w:p>
    <w:p>
      <w:r>
        <w:rPr>
          <w:b w:val="0"/>
          <w:sz w:val="20"/>
        </w:rPr>
        <w:t>Payments shall be made according to the following schedule and terms:</w:t>
      </w:r>
    </w:p>
    <w:p>
      <w:r>
        <w:rPr>
          <w:b w:val="0"/>
          <w:sz w:val="20"/>
        </w:rPr>
        <w:t>- Initial deposit / Mobilization: $____________________________</w:t>
      </w:r>
    </w:p>
    <w:p>
      <w:r>
        <w:rPr>
          <w:b w:val="0"/>
          <w:sz w:val="20"/>
        </w:rPr>
        <w:t>- Progress payments based on work completed and approved by Owner: $____________________________</w:t>
      </w:r>
    </w:p>
    <w:p>
      <w:r>
        <w:rPr>
          <w:b w:val="0"/>
          <w:sz w:val="20"/>
        </w:rPr>
        <w:t>- Final payment upon completion, final inspection, and acceptance of Work: $____________________________</w:t>
      </w:r>
    </w:p>
    <w:p>
      <w:r>
        <w:rPr>
          <w:b w:val="0"/>
          <w:sz w:val="20"/>
        </w:rPr>
        <w:t>Payments are due within 15 days of invoice receipt. Late payments may incur interest at the rate of 1.5% per month.</w:t>
      </w:r>
    </w:p>
    <w:p/>
    <w:p>
      <w:r>
        <w:rPr>
          <w:b/>
          <w:sz w:val="22"/>
        </w:rPr>
        <w:t>5. Time of Completion</w:t>
      </w:r>
    </w:p>
    <w:p>
      <w:r>
        <w:rPr>
          <w:b w:val="0"/>
          <w:sz w:val="20"/>
        </w:rPr>
        <w:t>The Contractor shall commence work promptly after all necessary permits and approvals are obtained, and shall achieve Substantial Completion of the Work within __________ calendar days from the start date. Time is of the essence under this Contract.</w:t>
      </w:r>
    </w:p>
    <w:p/>
    <w:p>
      <w:r>
        <w:rPr>
          <w:b/>
          <w:sz w:val="22"/>
        </w:rPr>
        <w:t>6. Delays</w:t>
      </w:r>
    </w:p>
    <w:p>
      <w:r>
        <w:rPr>
          <w:b w:val="0"/>
          <w:sz w:val="20"/>
        </w:rPr>
        <w:t>The Contractor shall not be responsible for delays caused by events beyond its control, including but not limited to acts of God, unforeseen site conditions, labor disputes, or delays caused by the Owner or other contractors.</w:t>
      </w:r>
    </w:p>
    <w:p/>
    <w:p>
      <w:r>
        <w:rPr>
          <w:b/>
          <w:sz w:val="22"/>
        </w:rPr>
        <w:t>7. Permits and Licenses</w:t>
      </w:r>
    </w:p>
    <w:p>
      <w:r>
        <w:rPr>
          <w:b w:val="0"/>
          <w:sz w:val="20"/>
        </w:rPr>
        <w:t>The Contractor shall obtain and pay for all required permits, licenses, inspections, and approvals necessary for the performance of the Work.</w:t>
      </w:r>
    </w:p>
    <w:p/>
    <w:p>
      <w:r>
        <w:rPr>
          <w:b/>
          <w:sz w:val="22"/>
        </w:rPr>
        <w:t>8. Laws and Regulations</w:t>
      </w:r>
    </w:p>
    <w:p>
      <w:r>
        <w:rPr>
          <w:b w:val="0"/>
          <w:sz w:val="20"/>
        </w:rPr>
        <w:t>The Contractor shall comply with all applicable federal, state, and local laws, ordinances, codes, and regulations, including the Florida Building Code.</w:t>
      </w:r>
    </w:p>
    <w:p/>
    <w:p>
      <w:r>
        <w:rPr>
          <w:b/>
          <w:sz w:val="22"/>
        </w:rPr>
        <w:t>9. Changes in the Work</w:t>
      </w:r>
    </w:p>
    <w:p>
      <w:r>
        <w:rPr>
          <w:b w:val="0"/>
          <w:sz w:val="20"/>
        </w:rPr>
        <w:t>Any changes to the scope, price, or schedule must be made in a written Change Order signed by both parties prior to implementation.</w:t>
      </w:r>
    </w:p>
    <w:p/>
    <w:p>
      <w:r>
        <w:rPr>
          <w:b/>
          <w:sz w:val="22"/>
        </w:rPr>
        <w:t>10. Warranties</w:t>
      </w:r>
    </w:p>
    <w:p>
      <w:r>
        <w:rPr>
          <w:b w:val="0"/>
          <w:sz w:val="20"/>
        </w:rPr>
        <w:t>The Contractor warrants that all materials and workmanship shall be free from defects for a period of one year from the date of Substantial Completion. This warranty does not cover damage caused by misuse, neglect, or normal wear and tear.</w:t>
      </w:r>
    </w:p>
    <w:p/>
    <w:p>
      <w:r>
        <w:rPr>
          <w:b/>
          <w:sz w:val="22"/>
        </w:rPr>
        <w:t>11. Contractor's Representations</w:t>
      </w:r>
    </w:p>
    <w:p>
      <w:r>
        <w:rPr>
          <w:b w:val="0"/>
          <w:sz w:val="20"/>
        </w:rPr>
        <w:t>The Contractor represents that it is properly licensed, qualified, and experienced to perform the Work in Florida, and that it maintains all necessary insurance, including general liability and workers’ compensation.</w:t>
      </w:r>
    </w:p>
    <w:p/>
    <w:p>
      <w:r>
        <w:rPr>
          <w:b/>
          <w:sz w:val="22"/>
        </w:rPr>
        <w:t>12. Insurance</w:t>
      </w:r>
    </w:p>
    <w:p>
      <w:r>
        <w:rPr>
          <w:b w:val="0"/>
          <w:sz w:val="20"/>
        </w:rPr>
        <w:t>The Contractor shall maintain comprehensive general liability insurance and workers’ compensation insurance covering all employees engaged in the Work. The Owner shall be named as an additional insured on the general liability policy.</w:t>
      </w:r>
    </w:p>
    <w:p/>
    <w:p>
      <w:r>
        <w:rPr>
          <w:b/>
          <w:sz w:val="22"/>
        </w:rPr>
        <w:t>13. Indemnification</w:t>
      </w:r>
    </w:p>
    <w:p>
      <w:r>
        <w:rPr>
          <w:b w:val="0"/>
          <w:sz w:val="20"/>
        </w:rPr>
        <w:t>To the fullest extent permitted by law, the Contractor shall indemnify, defend, and hold harmless the Owner, its agents, and employees from and against all claims, damages, losses, and expenses arising out of or resulting from the performance of the Work, provided such claim is caused in whole or in part by any negligent act or omission of the Contractor, its subcontractors, or anyone directly or indirectly employed by them.</w:t>
      </w:r>
    </w:p>
    <w:p/>
    <w:p>
      <w:r>
        <w:rPr>
          <w:b/>
          <w:sz w:val="22"/>
        </w:rPr>
        <w:t>14. Termination</w:t>
      </w:r>
    </w:p>
    <w:p>
      <w:r>
        <w:rPr>
          <w:b w:val="0"/>
          <w:sz w:val="20"/>
        </w:rPr>
        <w:t>Either party may terminate this Contract upon written notice if the other party materially breaches any provision of this Contract and fails to cure such breach within 10 days after receipt of written notice.</w:t>
      </w:r>
    </w:p>
    <w:p/>
    <w:p>
      <w:r>
        <w:rPr>
          <w:b w:val="0"/>
          <w:sz w:val="20"/>
        </w:rPr>
        <w:t>Upon termination, the Contractor shall be entitled to payment for Work properly performed and materials delivered up to the date of termination.</w:t>
      </w:r>
    </w:p>
    <w:p/>
    <w:p>
      <w:r>
        <w:rPr>
          <w:b/>
          <w:sz w:val="22"/>
        </w:rPr>
        <w:t>15. Dispute Resolution</w:t>
      </w:r>
    </w:p>
    <w:p>
      <w:r>
        <w:rPr>
          <w:b w:val="0"/>
          <w:sz w:val="20"/>
        </w:rPr>
        <w:t>Any dispute arising out of or related to this Contract shall first be subject to mediation conducted in Florida before resorting to litigation.</w:t>
      </w:r>
    </w:p>
    <w:p/>
    <w:p>
      <w:r>
        <w:rPr>
          <w:b/>
          <w:sz w:val="22"/>
        </w:rPr>
        <w:t>16. Governing Law and Venue</w:t>
      </w:r>
    </w:p>
    <w:p>
      <w:r>
        <w:rPr>
          <w:b w:val="0"/>
          <w:sz w:val="20"/>
        </w:rPr>
        <w:t>This Contract shall be governed by and construed in accordance with the laws of the State of Florida. Venue for any legal actions shall be in the appropriate state or federal court located in the county where the Project is situated.</w:t>
      </w:r>
    </w:p>
    <w:p/>
    <w:p>
      <w:r>
        <w:rPr>
          <w:b/>
          <w:sz w:val="22"/>
        </w:rPr>
        <w:t>17. Entire Agreement</w:t>
      </w:r>
    </w:p>
    <w:p>
      <w:r>
        <w:rPr>
          <w:b w:val="0"/>
          <w:sz w:val="20"/>
        </w:rPr>
        <w:t>This Contract constitutes the entire agreement between the parties and supersedes all prior negotiations, representations, or agreements, whether written or oral.</w:t>
      </w:r>
    </w:p>
    <w:p/>
    <w:p>
      <w:r>
        <w:rPr>
          <w:b/>
          <w:sz w:val="22"/>
        </w:rPr>
        <w:t>18. Severability</w:t>
      </w:r>
    </w:p>
    <w:p>
      <w:r>
        <w:rPr>
          <w:b w:val="0"/>
          <w:sz w:val="20"/>
        </w:rPr>
        <w:t>If any provision of this Contract is found to be invalid or unenforceable, the remaining provisions shall remain in full force and effect.</w:t>
      </w:r>
    </w:p>
    <w:p/>
    <w:p>
      <w:r>
        <w:rPr>
          <w:b/>
          <w:sz w:val="22"/>
        </w:rPr>
        <w:t>19. Notices</w:t>
      </w:r>
    </w:p>
    <w:p>
      <w:r>
        <w:rPr>
          <w:b w:val="0"/>
          <w:sz w:val="20"/>
        </w:rPr>
        <w:t>All notices under this Contract shall be in writing and shall be deemed given when delivered personally, sent by certified mail, or by recognized overnight courier to the addresses set forth herein.</w:t>
      </w:r>
    </w:p>
    <w:p/>
    <w:p/>
    <w:p>
      <w:r>
        <w:rPr>
          <w:b w:val="0"/>
          <w:sz w:val="20"/>
        </w:rPr>
        <w:t>Place of Contract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https://contract247-us.com/florida-construction-contract/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florida-construction-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