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FRIENDLY BET CONTRACT</w:t>
      </w:r>
    </w:p>
    <w:p/>
    <w:p>
      <w:r>
        <w:rPr>
          <w:b/>
          <w:sz w:val="20"/>
        </w:rPr>
        <w:t>This Friendly Bet Contract (the “Agreement”) is entered into by and between:</w:t>
      </w:r>
    </w:p>
    <w:p>
      <w:r>
        <w:rPr>
          <w:b/>
          <w:sz w:val="20"/>
        </w:rPr>
        <w:t>BETTOR 1:</w:t>
      </w:r>
    </w:p>
    <w:p>
      <w:r>
        <w:rPr>
          <w:b w:val="0"/>
          <w:sz w:val="20"/>
        </w:rPr>
        <w:t>Full Name: ____________________________________________________________</w:t>
      </w:r>
    </w:p>
    <w:p>
      <w:r>
        <w:rPr>
          <w:b w:val="0"/>
          <w:sz w:val="20"/>
        </w:rPr>
        <w:t>Address: ______________________________________________________________</w:t>
      </w:r>
    </w:p>
    <w:p>
      <w:r>
        <w:rPr>
          <w:b w:val="0"/>
          <w:sz w:val="20"/>
        </w:rPr>
        <w:t>Phone: ________________________________________________________________</w:t>
      </w:r>
    </w:p>
    <w:p/>
    <w:p>
      <w:r>
        <w:rPr>
          <w:b/>
          <w:sz w:val="20"/>
        </w:rPr>
        <w:t>BETTOR 2:</w:t>
      </w:r>
    </w:p>
    <w:p>
      <w:r>
        <w:rPr>
          <w:b w:val="0"/>
          <w:sz w:val="20"/>
        </w:rPr>
        <w:t>Full Name: ____________________________________________________________</w:t>
      </w:r>
    </w:p>
    <w:p>
      <w:r>
        <w:rPr>
          <w:b w:val="0"/>
          <w:sz w:val="20"/>
        </w:rPr>
        <w:t>Address: ______________________________________________________________</w:t>
      </w:r>
    </w:p>
    <w:p>
      <w:r>
        <w:rPr>
          <w:b w:val="0"/>
          <w:sz w:val="20"/>
        </w:rPr>
        <w:t>Phone: ________________________________________________________________</w:t>
      </w:r>
    </w:p>
    <w:p/>
    <w:p>
      <w:r>
        <w:rPr>
          <w:b/>
          <w:sz w:val="20"/>
        </w:rPr>
        <w:t>RECITALS</w:t>
      </w:r>
    </w:p>
    <w:p>
      <w:r>
        <w:rPr>
          <w:b w:val="0"/>
          <w:sz w:val="20"/>
        </w:rPr>
        <w:t>WHEREAS, the parties wish to engage in a friendly wager on the outcome of a specified event as outlined below;</w:t>
      </w:r>
    </w:p>
    <w:p>
      <w:r>
        <w:rPr>
          <w:b w:val="0"/>
          <w:sz w:val="20"/>
        </w:rPr>
        <w:t>WHEREAS, the parties intend this Agreement to be a legally binding contract governed by the laws of the United States;</w:t>
      </w:r>
    </w:p>
    <w:p/>
    <w:p>
      <w:r>
        <w:rPr>
          <w:b/>
          <w:sz w:val="20"/>
        </w:rPr>
        <w:t>1. Definitions</w:t>
      </w:r>
    </w:p>
    <w:p>
      <w:r>
        <w:rPr>
          <w:b w:val="0"/>
          <w:sz w:val="20"/>
        </w:rPr>
        <w:t>“Event” means the specific contest, game, match, or occurrence on which the wager is based.</w:t>
      </w:r>
    </w:p>
    <w:p>
      <w:r>
        <w:rPr>
          <w:b w:val="0"/>
          <w:sz w:val="20"/>
        </w:rPr>
        <w:t>“Bet Amount” means the sum of money or equivalent item agreed upon by the parties as the wager.</w:t>
      </w:r>
    </w:p>
    <w:p>
      <w:r>
        <w:rPr>
          <w:b w:val="0"/>
          <w:sz w:val="20"/>
        </w:rPr>
        <w:t>“Winning Party” means the party determined to have won the Event according to the terms of this Agreement.</w:t>
      </w:r>
    </w:p>
    <w:p/>
    <w:p>
      <w:r>
        <w:rPr>
          <w:b/>
          <w:sz w:val="20"/>
        </w:rPr>
        <w:t>2. Bet Details</w:t>
      </w:r>
    </w:p>
    <w:p>
      <w:r>
        <w:rPr>
          <w:b w:val="0"/>
          <w:sz w:val="20"/>
        </w:rPr>
        <w:t>Event Description: ____________________________________________________</w:t>
      </w:r>
    </w:p>
    <w:p>
      <w:r>
        <w:rPr>
          <w:b w:val="0"/>
          <w:sz w:val="20"/>
        </w:rPr>
        <w:t>Date and Time of Event: _______________________________________________</w:t>
      </w:r>
    </w:p>
    <w:p>
      <w:r>
        <w:rPr>
          <w:b w:val="0"/>
          <w:sz w:val="20"/>
        </w:rPr>
        <w:t>Location of Event: ____________________________________________________</w:t>
      </w:r>
    </w:p>
    <w:p>
      <w:r>
        <w:rPr>
          <w:b w:val="0"/>
          <w:sz w:val="20"/>
        </w:rPr>
        <w:t>Bet Amount: __________________________________________________________</w:t>
      </w:r>
    </w:p>
    <w:p>
      <w:r>
        <w:rPr>
          <w:b w:val="0"/>
          <w:sz w:val="20"/>
        </w:rPr>
        <w:t>Bet Type: ____________________________________________________________</w:t>
      </w:r>
    </w:p>
    <w:p/>
    <w:p>
      <w:r>
        <w:rPr>
          <w:b/>
          <w:sz w:val="20"/>
        </w:rPr>
        <w:t>3. Terms and Conditions</w:t>
      </w:r>
    </w:p>
    <w:p>
      <w:r>
        <w:rPr>
          <w:b w:val="0"/>
          <w:sz w:val="20"/>
        </w:rPr>
        <w:t>3.1 Agreement to Wager: Both parties voluntarily agree to enter this friendly wager and accept the terms herein.</w:t>
      </w:r>
    </w:p>
    <w:p>
      <w:r>
        <w:rPr>
          <w:b w:val="0"/>
          <w:sz w:val="20"/>
        </w:rPr>
        <w:t>3.2 Payment: The losing party shall pay the winning party the agreed Bet Amount within ______ days following conclusion of the Event.</w:t>
      </w:r>
    </w:p>
    <w:p>
      <w:r>
        <w:rPr>
          <w:b w:val="0"/>
          <w:sz w:val="20"/>
        </w:rPr>
        <w:t>3.3 Determination of Winner: The winner shall be determined objectively and based on publicly verifiable results of the Event.</w:t>
      </w:r>
    </w:p>
    <w:p>
      <w:r>
        <w:rPr>
          <w:b w:val="0"/>
          <w:sz w:val="20"/>
        </w:rPr>
        <w:t>3.4 No Illegal Activity: The parties agree that this wager does not involve any illegal activities and complies with applicable laws.</w:t>
      </w:r>
    </w:p>
    <w:p>
      <w:r>
        <w:rPr>
          <w:b w:val="0"/>
          <w:sz w:val="20"/>
        </w:rPr>
        <w:t>3.5 Dispute Resolution: Any dispute arising out of or relating to this Agreement shall be resolved by mediation, and if unsuccessful, by arbitration under the rules of the American Arbitration Association.</w:t>
      </w:r>
    </w:p>
    <w:p>
      <w:r>
        <w:rPr>
          <w:b w:val="0"/>
          <w:sz w:val="20"/>
        </w:rPr>
        <w:t>3.6 No Interest or Additional Charges: No interest or additional fees shall accrue on the Bet Amount.</w:t>
      </w:r>
    </w:p>
    <w:p>
      <w:r>
        <w:rPr>
          <w:b w:val="0"/>
          <w:sz w:val="20"/>
        </w:rPr>
        <w:t>3.7 Entire Agreement: This Agreement constitutes the entire agreement between the parties regarding the wager and supersedes all prior discussions.</w:t>
      </w:r>
    </w:p>
    <w:p>
      <w:r>
        <w:rPr>
          <w:b w:val="0"/>
          <w:sz w:val="20"/>
        </w:rPr>
        <w:t>3.8 Amendments: Any amendment to this Agreement must be in writing and signed by both parties.</w:t>
      </w:r>
    </w:p>
    <w:p>
      <w:r>
        <w:rPr>
          <w:b w:val="0"/>
          <w:sz w:val="20"/>
        </w:rPr>
        <w:t>3.9 Severability: If any provision of this Agreement is held invalid or unenforceable, the remainder shall continue in full force and effect.</w:t>
      </w:r>
    </w:p>
    <w:p>
      <w:r>
        <w:rPr>
          <w:b w:val="0"/>
          <w:sz w:val="20"/>
        </w:rPr>
        <w:t>3.10 Governing Law: This Agreement shall be governed by and construed in accordance with the laws of the United States and the state of __________________.</w:t>
      </w:r>
    </w:p>
    <w:p/>
    <w:p>
      <w:r>
        <w:rPr>
          <w:b/>
          <w:sz w:val="20"/>
        </w:rPr>
        <w:t>4. Representations and Warranties</w:t>
      </w:r>
    </w:p>
    <w:p>
      <w:r>
        <w:rPr>
          <w:b w:val="0"/>
          <w:sz w:val="20"/>
        </w:rPr>
        <w:t>Each party represents and warrants that they are of legal age to enter into this Agreement, have full authority to do so, and that entering into this Agreement does not violate any other agreement, law, or regulation.</w:t>
      </w:r>
    </w:p>
    <w:p/>
    <w:p>
      <w:r>
        <w:rPr>
          <w:b/>
          <w:sz w:val="20"/>
        </w:rPr>
        <w:t>5. Limitation of Liability</w:t>
      </w:r>
    </w:p>
    <w:p>
      <w:r>
        <w:rPr>
          <w:b w:val="0"/>
          <w:sz w:val="20"/>
        </w:rPr>
        <w:t>Neither party shall be liable for any indirect, incidental, special, or consequential damages arising out of or related to this Agreement or the wager, regardless of the theory of liability.</w:t>
      </w:r>
    </w:p>
    <w:p/>
    <w:p>
      <w:r>
        <w:rPr>
          <w:b/>
          <w:sz w:val="20"/>
        </w:rPr>
        <w:t>6. Confidentiality</w:t>
      </w:r>
    </w:p>
    <w:p>
      <w:r>
        <w:rPr>
          <w:b w:val="0"/>
          <w:sz w:val="20"/>
        </w:rPr>
        <w:t>The parties agree to keep the terms of this Agreement confidential and shall not disclose any details without prior written consent, except as required by law.</w:t>
      </w:r>
    </w:p>
    <w:p/>
    <w:p>
      <w:r>
        <w:rPr>
          <w:b/>
          <w:sz w:val="20"/>
        </w:rPr>
        <w:t>7. Termination</w:t>
      </w:r>
    </w:p>
    <w:p>
      <w:r>
        <w:rPr>
          <w:b w:val="0"/>
          <w:sz w:val="20"/>
        </w:rPr>
        <w:t>This Agreement shall terminate upon completion of payment by the losing party to the winning party or mutual written agreement of the parties.</w:t>
      </w:r>
    </w:p>
    <w:p/>
    <w:p>
      <w:r>
        <w:rPr>
          <w:b w:val="0"/>
          <w:sz w:val="20"/>
        </w:rPr>
        <w:t>IN WITNESS WHEREOF, the parties have executed this Friendly Bet Contract as of the date of last signature below.</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BETTOR 1</w:t>
            </w:r>
          </w:p>
        </w:tc>
        <w:tc>
          <w:tcPr>
            <w:tcW w:type="dxa" w:w="4986"/>
            <w:tcBorders>
              <w:top w:val="nil"/>
              <w:left w:val="nil"/>
              <w:bottom w:val="nil"/>
              <w:right w:val="nil"/>
              <w:insideH w:val="nil"/>
              <w:insideV w:val="nil"/>
            </w:tcBorders>
          </w:tcPr>
          <w:p>
            <w:pPr>
              <w:jc w:val="center"/>
            </w:pPr>
            <w:r>
              <w:t>BETTOR 2</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https://contract247-us.com/friendly-bet-contract/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https://contract247-us.com</w:t>
        </w:r>
      </w:hyperlink>
    </w:p>
    <w:p>
      <w:pPr>
        <w:jc w:val="center"/>
      </w:pPr>
      <w:r>
        <w:rPr>
          <w:color w:val="808080"/>
          <w:sz w:val="20"/>
        </w:rPr>
        <w:t>This template is intended exclusively for personal, non-commercial use.</w:t>
        <w:br/>
        <w:t>If distributed or published, the source must be mentioned. © contract247-us.com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contract247-us.com/friendly-bet-contract/" TargetMode="External"/><Relationship Id="rId10" Type="http://schemas.openxmlformats.org/officeDocument/2006/relationships/hyperlink" Target="https://contract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