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IN HOME CHILD CARE SERVICES AGREEMENT</w:t>
      </w:r>
    </w:p>
    <w:p/>
    <w:p>
      <w:r>
        <w:rPr>
          <w:b/>
          <w:sz w:val="20"/>
        </w:rPr>
        <w:t>This Agreement is made between the following parties:</w:t>
      </w:r>
    </w:p>
    <w:p/>
    <w:p>
      <w:r>
        <w:rPr>
          <w:b/>
          <w:sz w:val="20"/>
        </w:rPr>
        <w:t>Provider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Client Information (Parent/Guardian):</w:t>
      </w:r>
    </w:p>
    <w:p>
      <w:r>
        <w:rPr>
          <w:b w:val="0"/>
          <w:sz w:val="20"/>
        </w:rPr>
        <w:t>Full Name(s): 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Child(ren) Information:</w:t>
      </w:r>
    </w:p>
    <w:p>
      <w:r>
        <w:rPr>
          <w:b w:val="0"/>
          <w:sz w:val="20"/>
        </w:rPr>
        <w:t>Name(s), Age(s), and any relevant medical or allergy information: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1. Term of Agreement</w:t>
      </w:r>
    </w:p>
    <w:p>
      <w:r>
        <w:rPr>
          <w:b w:val="0"/>
          <w:sz w:val="20"/>
        </w:rPr>
        <w:t>This Agreement shall commence upon the execution by both parties and shall continue until terminated as provided herein.</w:t>
      </w:r>
    </w:p>
    <w:p/>
    <w:p>
      <w:r>
        <w:rPr>
          <w:b/>
          <w:sz w:val="20"/>
        </w:rPr>
        <w:t>2. Services to be Provided</w:t>
      </w:r>
    </w:p>
    <w:p>
      <w:r>
        <w:rPr>
          <w:b w:val="0"/>
          <w:sz w:val="20"/>
        </w:rPr>
        <w:t>The Provider agrees to provide child care services in the Client's home for the child(ren) listed above. Services include but are not limited to:</w:t>
      </w:r>
    </w:p>
    <w:p>
      <w:r>
        <w:rPr>
          <w:b w:val="0"/>
          <w:sz w:val="20"/>
        </w:rPr>
        <w:t>- Supervision and care appropriate to the child(ren)'s age and needs.</w:t>
      </w:r>
    </w:p>
    <w:p>
      <w:r>
        <w:rPr>
          <w:b w:val="0"/>
          <w:sz w:val="20"/>
        </w:rPr>
        <w:t>- Meal preparation and feeding as agreed.</w:t>
      </w:r>
    </w:p>
    <w:p>
      <w:r>
        <w:rPr>
          <w:b w:val="0"/>
          <w:sz w:val="20"/>
        </w:rPr>
        <w:t>- Light housekeeping related to child care (e.g., cleaning up toys, child laundry).</w:t>
      </w:r>
    </w:p>
    <w:p>
      <w:r>
        <w:rPr>
          <w:b w:val="0"/>
          <w:sz w:val="20"/>
        </w:rPr>
        <w:t>- Transportation of child(ren) for activities or appointments (if agreed).</w:t>
      </w:r>
    </w:p>
    <w:p>
      <w:r>
        <w:rPr>
          <w:b w:val="0"/>
          <w:sz w:val="20"/>
        </w:rPr>
        <w:t>- Engagement in age-appropriate activities to promote development.</w:t>
      </w:r>
    </w:p>
    <w:p>
      <w:r>
        <w:rPr>
          <w:b w:val="0"/>
          <w:sz w:val="20"/>
        </w:rPr>
        <w:t>- Administration of medications only as authorized in writing by the Client.</w:t>
      </w:r>
    </w:p>
    <w:p>
      <w:r>
        <w:rPr>
          <w:b w:val="0"/>
          <w:sz w:val="20"/>
        </w:rPr>
        <w:t>- Prompt communication with Client regarding child(ren)'s health, behavior, and activities.</w:t>
      </w:r>
    </w:p>
    <w:p/>
    <w:p>
      <w:r>
        <w:rPr>
          <w:b/>
          <w:sz w:val="20"/>
        </w:rPr>
        <w:t>3. Schedule and Location</w:t>
      </w:r>
    </w:p>
    <w:p>
      <w:r>
        <w:rPr>
          <w:b w:val="0"/>
          <w:sz w:val="20"/>
        </w:rPr>
        <w:t>Child care services will be provided at the Client's home located at the address above according to the following schedule:</w:t>
      </w:r>
    </w:p>
    <w:p>
      <w:r>
        <w:rPr>
          <w:b w:val="0"/>
          <w:sz w:val="20"/>
        </w:rPr>
        <w:t>Days of the Week: _____________________________________________________</w:t>
      </w:r>
    </w:p>
    <w:p>
      <w:r>
        <w:rPr>
          <w:b w:val="0"/>
          <w:sz w:val="20"/>
        </w:rPr>
        <w:t>Hours of Care: ________________________________________________________</w:t>
      </w:r>
    </w:p>
    <w:p>
      <w:r>
        <w:rPr>
          <w:b w:val="0"/>
          <w:sz w:val="20"/>
        </w:rPr>
        <w:t>Any changes to this schedule shall be mutually agreed upon in writing.</w:t>
      </w:r>
    </w:p>
    <w:p/>
    <w:p>
      <w:r>
        <w:rPr>
          <w:b/>
          <w:sz w:val="20"/>
        </w:rPr>
        <w:t>4. Compensation and Payment</w:t>
      </w:r>
    </w:p>
    <w:p>
      <w:r>
        <w:rPr>
          <w:b w:val="0"/>
          <w:sz w:val="20"/>
        </w:rPr>
        <w:t>The Client agrees to pay the Provider the sum of $______________ per hour/day/week/month (circle one). Payment shall be made as follows: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Payments are due on or before: __________________________________________</w:t>
      </w:r>
    </w:p>
    <w:p>
      <w:r>
        <w:rPr>
          <w:b w:val="0"/>
          <w:sz w:val="20"/>
        </w:rPr>
        <w:t>Late payments may be subject to additional fees as agreed.</w:t>
      </w:r>
    </w:p>
    <w:p/>
    <w:p>
      <w:r>
        <w:rPr>
          <w:b/>
          <w:sz w:val="20"/>
        </w:rPr>
        <w:t>5. Provider Responsibilities</w:t>
      </w:r>
    </w:p>
    <w:p>
      <w:r>
        <w:rPr>
          <w:b w:val="0"/>
          <w:sz w:val="20"/>
        </w:rPr>
        <w:t>The Provider agrees to:</w:t>
      </w:r>
    </w:p>
    <w:p>
      <w:r>
        <w:rPr>
          <w:b w:val="0"/>
          <w:sz w:val="20"/>
        </w:rPr>
        <w:t>- Perform duties professionally, ethically, and in compliance with all applicable laws and regulations.</w:t>
      </w:r>
    </w:p>
    <w:p>
      <w:r>
        <w:rPr>
          <w:b w:val="0"/>
          <w:sz w:val="20"/>
        </w:rPr>
        <w:t>- Maintain all necessary certifications and licenses required by law.</w:t>
      </w:r>
    </w:p>
    <w:p>
      <w:r>
        <w:rPr>
          <w:b w:val="0"/>
          <w:sz w:val="20"/>
        </w:rPr>
        <w:t>- Notify the Client promptly of any illness or inability to provide services.</w:t>
      </w:r>
    </w:p>
    <w:p>
      <w:r>
        <w:rPr>
          <w:b w:val="0"/>
          <w:sz w:val="20"/>
        </w:rPr>
        <w:t>- Maintain confidentiality of all Client and child(ren) information.</w:t>
      </w:r>
    </w:p>
    <w:p>
      <w:r>
        <w:rPr>
          <w:b w:val="0"/>
          <w:sz w:val="20"/>
        </w:rPr>
        <w:t>- Ensure a safe and healthy environment for the child(ren).</w:t>
      </w:r>
    </w:p>
    <w:p/>
    <w:p>
      <w:r>
        <w:rPr>
          <w:b/>
          <w:sz w:val="20"/>
        </w:rPr>
        <w:t>6. Client Responsibilities</w:t>
      </w:r>
    </w:p>
    <w:p>
      <w:r>
        <w:rPr>
          <w:b w:val="0"/>
          <w:sz w:val="20"/>
        </w:rPr>
        <w:t>The Client agrees to:</w:t>
      </w:r>
    </w:p>
    <w:p>
      <w:r>
        <w:rPr>
          <w:b w:val="0"/>
          <w:sz w:val="20"/>
        </w:rPr>
        <w:t>- Provide necessary information regarding child(ren)'s health, allergies, routines, and emergency contacts.</w:t>
      </w:r>
    </w:p>
    <w:p>
      <w:r>
        <w:rPr>
          <w:b w:val="0"/>
          <w:sz w:val="20"/>
        </w:rPr>
        <w:t>- Provide a safe environment and necessary supplies for child care.</w:t>
      </w:r>
    </w:p>
    <w:p>
      <w:r>
        <w:rPr>
          <w:b w:val="0"/>
          <w:sz w:val="20"/>
        </w:rPr>
        <w:t>- Pay compensation timely as agreed.</w:t>
      </w:r>
    </w:p>
    <w:p>
      <w:r>
        <w:rPr>
          <w:b w:val="0"/>
          <w:sz w:val="20"/>
        </w:rPr>
        <w:t>- Notify the Provider promptly of any changes affecting care or child(ren)'s well-being.</w:t>
      </w:r>
    </w:p>
    <w:p/>
    <w:p>
      <w:r>
        <w:rPr>
          <w:b/>
          <w:sz w:val="20"/>
        </w:rPr>
        <w:t>7. Health and Safety</w:t>
      </w:r>
    </w:p>
    <w:p>
      <w:r>
        <w:rPr>
          <w:b w:val="0"/>
          <w:sz w:val="20"/>
        </w:rPr>
        <w:t>The Client represents that the child(ren) are in good health and will notify the Provider of any contagious diseases or special health needs.</w:t>
      </w:r>
    </w:p>
    <w:p>
      <w:r>
        <w:rPr>
          <w:b w:val="0"/>
          <w:sz w:val="20"/>
        </w:rPr>
        <w:t>The Provider agrees to adhere to appropriate health and safety standards and to follow emergency procedures as instructed by the Client.</w:t>
      </w:r>
    </w:p>
    <w:p/>
    <w:p>
      <w:r>
        <w:rPr>
          <w:b/>
          <w:sz w:val="20"/>
        </w:rPr>
        <w:t>8. Confidentiality</w:t>
      </w:r>
    </w:p>
    <w:p>
      <w:r>
        <w:rPr>
          <w:b w:val="0"/>
          <w:sz w:val="20"/>
        </w:rPr>
        <w:t>Both parties agree to maintain the confidentiality of all private information obtained during the term of this Agreement, except as required by law.</w:t>
      </w:r>
    </w:p>
    <w:p/>
    <w:p>
      <w:r>
        <w:rPr>
          <w:b/>
          <w:sz w:val="20"/>
        </w:rPr>
        <w:t>9. Termination</w:t>
      </w:r>
    </w:p>
    <w:p>
      <w:r>
        <w:rPr>
          <w:b w:val="0"/>
          <w:sz w:val="20"/>
        </w:rPr>
        <w:t>Either party may terminate this Agreement at any time by providing at least ______________ (number of days) days' written notice to the other party.</w:t>
      </w:r>
    </w:p>
    <w:p>
      <w:r>
        <w:rPr>
          <w:b w:val="0"/>
          <w:sz w:val="20"/>
        </w:rPr>
        <w:t>Immediate termination may occur in the event of breach of this Agreement or conduct endangering the child(ren)'s health or safety.</w:t>
      </w:r>
    </w:p>
    <w:p/>
    <w:p>
      <w:r>
        <w:rPr>
          <w:b/>
          <w:sz w:val="20"/>
        </w:rPr>
        <w:t>10. Indemnification and Liability</w:t>
      </w:r>
    </w:p>
    <w:p>
      <w:r>
        <w:rPr>
          <w:b w:val="0"/>
          <w:sz w:val="20"/>
        </w:rPr>
        <w:t>The Provider shall not be liable for any injuries or damages to the child(ren) except due to Provider's gross negligence or willful misconduct.</w:t>
      </w:r>
    </w:p>
    <w:p>
      <w:r>
        <w:rPr>
          <w:b w:val="0"/>
          <w:sz w:val="20"/>
        </w:rPr>
        <w:t>The Client agrees to indemnify and hold harmless the Provider from any claims arising from the child's actions or failure to disclose pertinent information.</w:t>
      </w:r>
    </w:p>
    <w:p/>
    <w:p>
      <w:r>
        <w:rPr>
          <w:b/>
          <w:sz w:val="20"/>
        </w:rPr>
        <w:t>11. Governing Law</w:t>
      </w:r>
    </w:p>
    <w:p>
      <w:r>
        <w:rPr>
          <w:b w:val="0"/>
          <w:sz w:val="20"/>
        </w:rPr>
        <w:t>This Agreement shall be governed by and construed in accordance with the laws of the State of ____________________, United States of America.</w:t>
      </w:r>
    </w:p>
    <w:p/>
    <w:p>
      <w:r>
        <w:rPr>
          <w:b/>
          <w:sz w:val="20"/>
        </w:rPr>
        <w:t>12. Entire Agreement</w:t>
      </w:r>
    </w:p>
    <w:p>
      <w:r>
        <w:rPr>
          <w:b w:val="0"/>
          <w:sz w:val="20"/>
        </w:rPr>
        <w:t>This Agreement constitutes the entire agreement between the parties and supersedes all prior understandings or agreements, whether oral or written.</w:t>
      </w:r>
    </w:p>
    <w:p>
      <w:r>
        <w:rPr>
          <w:b w:val="0"/>
          <w:sz w:val="20"/>
        </w:rPr>
        <w:t>Any amendments must be made in writing and signed by both parties.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PROVIDER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https://contract247-us.com/in-home-child-care-contract/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in-home-child-care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