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INCOME VERIFICATION LETTER FOR INDEPENDENT CONTRACTOR</w:t>
      </w:r>
    </w:p>
    <w:p/>
    <w:p/>
    <w:p>
      <w:r>
        <w:rPr>
          <w:b w:val="0"/>
          <w:sz w:val="20"/>
        </w:rPr>
        <w:t>To Whom It May Concern,</w:t>
      </w:r>
    </w:p>
    <w:p/>
    <w:p>
      <w:r>
        <w:rPr>
          <w:b w:val="0"/>
          <w:sz w:val="20"/>
        </w:rPr>
        <w:t>This letter serves as formal verification of income for the independent contractor named below, engaged by our company. This verification is provided for the purpose of establishing the contractor’s income and employment status as required.</w:t>
      </w:r>
    </w:p>
    <w:p/>
    <w:p/>
    <w:p>
      <w:r>
        <w:rPr>
          <w:b/>
          <w:sz w:val="20"/>
        </w:rPr>
        <w:t>Contractor Information:</w:t>
      </w:r>
    </w:p>
    <w:p>
      <w:r>
        <w:rPr>
          <w:b w:val="0"/>
          <w:sz w:val="20"/>
        </w:rPr>
        <w:t>Full Legal Name: _______________________________________________________________</w:t>
      </w:r>
    </w:p>
    <w:p>
      <w:r>
        <w:rPr>
          <w:b w:val="0"/>
          <w:sz w:val="20"/>
        </w:rPr>
        <w:t>Business Name (if applicable): _________________________________________________</w:t>
      </w:r>
    </w:p>
    <w:p>
      <w:r>
        <w:rPr>
          <w:b w:val="0"/>
          <w:sz w:val="20"/>
        </w:rPr>
        <w:t>Taxpayer Identification Number (TIN) / Social Security Number (SSN): _______________</w:t>
      </w:r>
    </w:p>
    <w:p>
      <w:r>
        <w:rPr>
          <w:b w:val="0"/>
          <w:sz w:val="20"/>
        </w:rPr>
        <w:t>Address: _______________________________________________________________________</w:t>
      </w:r>
    </w:p>
    <w:p>
      <w:r>
        <w:rPr>
          <w:b w:val="0"/>
          <w:sz w:val="20"/>
        </w:rPr>
        <w:t>Phone Number: _________________________________________________________________</w:t>
      </w:r>
    </w:p>
    <w:p>
      <w:r>
        <w:rPr>
          <w:b w:val="0"/>
          <w:sz w:val="20"/>
        </w:rPr>
        <w:t>Email Address: _________________________________________________________________</w:t>
      </w:r>
    </w:p>
    <w:p/>
    <w:p>
      <w:r>
        <w:rPr>
          <w:b/>
          <w:sz w:val="20"/>
        </w:rPr>
        <w:t>Company Information (Verifier):</w:t>
      </w:r>
    </w:p>
    <w:p>
      <w:r>
        <w:rPr>
          <w:b w:val="0"/>
          <w:sz w:val="20"/>
        </w:rPr>
        <w:t>Company Name: ________________________________________________________________</w:t>
      </w:r>
    </w:p>
    <w:p>
      <w:r>
        <w:rPr>
          <w:b w:val="0"/>
          <w:sz w:val="20"/>
        </w:rPr>
        <w:t>Company Address: ______________________________________________________________</w:t>
      </w:r>
    </w:p>
    <w:p>
      <w:r>
        <w:rPr>
          <w:b w:val="0"/>
          <w:sz w:val="20"/>
        </w:rPr>
        <w:t>Contact Person: _______________________________________________________________</w:t>
      </w:r>
    </w:p>
    <w:p>
      <w:r>
        <w:rPr>
          <w:b w:val="0"/>
          <w:sz w:val="20"/>
        </w:rPr>
        <w:t>Position/Title: ________________________________________________________________</w:t>
      </w:r>
    </w:p>
    <w:p>
      <w:r>
        <w:rPr>
          <w:b w:val="0"/>
          <w:sz w:val="20"/>
        </w:rPr>
        <w:t>Phone Number: _________________________________________________________________</w:t>
      </w:r>
    </w:p>
    <w:p>
      <w:r>
        <w:rPr>
          <w:b w:val="0"/>
          <w:sz w:val="20"/>
        </w:rPr>
        <w:t>Email Address: _________________________________________________________________</w:t>
      </w:r>
    </w:p>
    <w:p/>
    <w:p>
      <w:r>
        <w:rPr>
          <w:b/>
          <w:sz w:val="20"/>
        </w:rPr>
        <w:t>Contract Details:</w:t>
      </w:r>
    </w:p>
    <w:p>
      <w:r>
        <w:rPr>
          <w:b w:val="0"/>
          <w:sz w:val="20"/>
        </w:rPr>
        <w:t>Scope of Work / Services Provided:</w:t>
      </w:r>
    </w:p>
    <w:p>
      <w:r>
        <w:rPr>
          <w:b w:val="0"/>
          <w:sz w:val="20"/>
        </w:rPr>
        <w:t>______________________________________________________________________________</w:t>
      </w:r>
    </w:p>
    <w:p>
      <w:r>
        <w:rPr>
          <w:b w:val="0"/>
          <w:sz w:val="20"/>
        </w:rPr>
        <w:t>______________________________________________________________________________</w:t>
      </w:r>
    </w:p>
    <w:p>
      <w:r>
        <w:rPr>
          <w:b w:val="0"/>
          <w:sz w:val="20"/>
        </w:rPr>
        <w:t>Contract Duration: ____________________________________________________________</w:t>
      </w:r>
    </w:p>
    <w:p>
      <w:r>
        <w:rPr>
          <w:b w:val="0"/>
          <w:sz w:val="20"/>
        </w:rPr>
        <w:t>Payment Terms (Hourly/Project/Retainer): ________________________________________</w:t>
      </w:r>
    </w:p>
    <w:p>
      <w:r>
        <w:rPr>
          <w:b w:val="0"/>
          <w:sz w:val="20"/>
        </w:rPr>
        <w:t>Compensation Amount: _________________________________________________________ USD</w:t>
      </w:r>
    </w:p>
    <w:p>
      <w:r>
        <w:rPr>
          <w:b w:val="0"/>
          <w:sz w:val="20"/>
        </w:rPr>
        <w:t>Payment Frequency (e.g., weekly, monthly): _____________________________________</w:t>
      </w:r>
    </w:p>
    <w:p>
      <w:r>
        <w:rPr>
          <w:b w:val="0"/>
          <w:sz w:val="20"/>
        </w:rPr>
        <w:t>Additional Benefits or Reimbursements (if any): ________________________________</w:t>
      </w:r>
    </w:p>
    <w:p/>
    <w:p>
      <w:r>
        <w:rPr>
          <w:b/>
          <w:sz w:val="20"/>
        </w:rPr>
        <w:t>Income Verification Statement:</w:t>
      </w:r>
    </w:p>
    <w:p>
      <w:r>
        <w:rPr>
          <w:b w:val="0"/>
          <w:sz w:val="20"/>
        </w:rPr>
        <w:t>This is to certify that the independent contractor named above has received compensation from our company as described under the Contract Details section. Based on our records, the contractor’s income earned during the relevant period is accurately reflected herein.</w:t>
      </w:r>
    </w:p>
    <w:p/>
    <w:p>
      <w:r>
        <w:rPr>
          <w:b w:val="0"/>
          <w:sz w:val="20"/>
        </w:rPr>
        <w:t>The income stated is based on payments made and documented in our financial records. This verification is provided without any guarantee or warranty of future earnings.</w:t>
      </w:r>
    </w:p>
    <w:p/>
    <w:p>
      <w:r>
        <w:rPr>
          <w:b/>
          <w:sz w:val="20"/>
        </w:rPr>
        <w:t>Legal Compliance and Limitations:</w:t>
      </w:r>
    </w:p>
    <w:p>
      <w:r>
        <w:rPr>
          <w:b w:val="0"/>
          <w:sz w:val="20"/>
        </w:rPr>
        <w:t>This letter is issued in good faith and is based on the information currently available to our company. It is intended solely for the purpose of income verification and not as a contractual agreement. The company does not assume liability for any third-party use or reliance on this document beyond its intended purpose.</w:t>
      </w:r>
    </w:p>
    <w:p/>
    <w:p>
      <w:r>
        <w:rPr>
          <w:b w:val="0"/>
          <w:sz w:val="20"/>
        </w:rPr>
        <w:t>Nothing contained herein shall be construed to create any employment relationship between the company and the contractor beyond the independent contractor status. The contractor is responsible for all applicable taxes, insurance, and other statutory obligations.</w:t>
      </w:r>
    </w:p>
    <w:p/>
    <w:p>
      <w:r>
        <w:rPr>
          <w:b/>
          <w:sz w:val="20"/>
        </w:rPr>
        <w:t>Certification:</w:t>
      </w:r>
    </w:p>
    <w:p>
      <w:r>
        <w:rPr>
          <w:b w:val="0"/>
          <w:sz w:val="20"/>
        </w:rPr>
        <w:t>I hereby certify that the information provided in this letter is true, accurate, and complete to the best of my knowledge and belief. This letter is executed under penalty of perjury under the laws of the United States of America.</w:t>
      </w:r>
    </w:p>
    <w:p/>
    <w:p/>
    <w:p>
      <w:r>
        <w:rPr>
          <w:b w:val="0"/>
          <w:sz w:val="20"/>
        </w:rPr>
        <w:t>Authorized Company Representative Signature: ________________________________</w:t>
      </w:r>
    </w:p>
    <w:p>
      <w:r>
        <w:rPr>
          <w:b w:val="0"/>
          <w:sz w:val="20"/>
        </w:rPr>
        <w:t>Printed Name: ________________________________________________________________</w:t>
      </w:r>
    </w:p>
    <w:p>
      <w:r>
        <w:rPr>
          <w:b w:val="0"/>
          <w:sz w:val="20"/>
        </w:rPr>
        <w:t>Title: ________________________________________________________________________</w:t>
      </w:r>
    </w:p>
    <w:p>
      <w:r>
        <w:rPr>
          <w:b w:val="0"/>
          <w:sz w:val="20"/>
        </w:rPr>
        <w:t>Date: _________________________________________________________________________</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Authorized Company Representative</w:t>
            </w:r>
          </w:p>
        </w:tc>
        <w:tc>
          <w:tcPr>
            <w:tcW w:type="dxa" w:w="4986"/>
            <w:tcBorders>
              <w:top w:val="nil"/>
              <w:left w:val="nil"/>
              <w:bottom w:val="nil"/>
              <w:right w:val="nil"/>
              <w:insideH w:val="nil"/>
              <w:insideV w:val="nil"/>
            </w:tcBorders>
          </w:tcPr>
          <w:p>
            <w:pPr>
              <w:jc w:val="center"/>
            </w:pPr>
            <w:r>
              <w:t>Independent Contractor</w:t>
            </w:r>
          </w:p>
        </w:tc>
      </w:tr>
      <w:tr>
        <w:tc>
          <w:tcPr>
            <w:tcW w:type="dxa" w:w="4986"/>
            <w:tcBorders>
              <w:top w:val="nil"/>
              <w:left w:val="nil"/>
              <w:bottom w:val="nil"/>
              <w:right w:val="nil"/>
              <w:insideH w:val="nil"/>
              <w:insideV w:val="nil"/>
            </w:tcBorders>
          </w:tcPr>
          <w:p>
            <w:pPr>
              <w:jc w:val="center"/>
            </w:pPr>
            <w:r>
              <w:br/>
              <w:br/>
              <w:t>Signature: _________________________</w:t>
              <w:br/>
              <w:t>Printed Name: ______________________</w:t>
            </w:r>
          </w:p>
        </w:tc>
        <w:tc>
          <w:tcPr>
            <w:tcW w:type="dxa" w:w="4986"/>
            <w:tcBorders>
              <w:top w:val="nil"/>
              <w:left w:val="nil"/>
              <w:bottom w:val="nil"/>
              <w:right w:val="nil"/>
              <w:insideH w:val="nil"/>
              <w:insideV w:val="nil"/>
            </w:tcBorders>
          </w:tcPr>
          <w:p>
            <w:pPr>
              <w:jc w:val="center"/>
            </w:pPr>
            <w:r>
              <w:br/>
              <w:br/>
              <w:t>Signature: _________________________</w:t>
              <w:br/>
              <w:t>Printed Name: 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https://contract247-us.com/income-verification-letter-for-independent-contractor/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income-verification-letter-for-independent-contractor/"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