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INVESTMENT AGREEMENT</w:t>
      </w:r>
    </w:p>
    <w:p/>
    <w:p>
      <w:r>
        <w:rPr>
          <w:b/>
          <w:sz w:val="20"/>
        </w:rPr>
        <w:t>This Investment Agreement (the "Agreement") is entered into by and between the following parties:</w:t>
      </w:r>
    </w:p>
    <w:p>
      <w:r>
        <w:rPr>
          <w:b/>
          <w:sz w:val="20"/>
        </w:rPr>
        <w:t>Investor:</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Company:</w:t>
      </w:r>
    </w:p>
    <w:p>
      <w:r>
        <w:rPr>
          <w:b w:val="0"/>
          <w:sz w:val="20"/>
        </w:rPr>
        <w:t>Legal Name: __________________________________________________________</w:t>
      </w:r>
    </w:p>
    <w:p>
      <w:r>
        <w:rPr>
          <w:b w:val="0"/>
          <w:sz w:val="20"/>
        </w:rPr>
        <w:t>Type of Entity: _______________________________________________________</w:t>
      </w:r>
    </w:p>
    <w:p>
      <w:r>
        <w:rPr>
          <w:b w:val="0"/>
          <w:sz w:val="20"/>
        </w:rPr>
        <w:t>Principal Place of Business: ___________________________________________</w:t>
      </w:r>
    </w:p>
    <w:p>
      <w:r>
        <w:rPr>
          <w:b w:val="0"/>
          <w:sz w:val="20"/>
        </w:rPr>
        <w:t>Represented By: ______________________________________________________</w:t>
      </w:r>
    </w:p>
    <w:p>
      <w:r>
        <w:rPr>
          <w:b w:val="0"/>
          <w:sz w:val="20"/>
        </w:rPr>
        <w:t>Title: _______________________________________________________________</w:t>
      </w:r>
    </w:p>
    <w:p/>
    <w:p>
      <w:pPr>
        <w:jc w:val="center"/>
      </w:pPr>
      <w:r>
        <w:rPr>
          <w:b/>
          <w:sz w:val="20"/>
        </w:rPr>
        <w:t>RECITALS</w:t>
      </w:r>
    </w:p>
    <w:p>
      <w:r>
        <w:rPr>
          <w:b w:val="0"/>
          <w:sz w:val="20"/>
        </w:rPr>
        <w:t>WHEREAS, the Company is engaged in the business of _________________________________________;</w:t>
      </w:r>
    </w:p>
    <w:p>
      <w:r>
        <w:rPr>
          <w:b w:val="0"/>
          <w:sz w:val="20"/>
        </w:rPr>
        <w:t>WHEREAS, the Investor desires to invest capital in the Company pursuant to the terms and conditions set forth herein;</w:t>
      </w:r>
    </w:p>
    <w:p>
      <w:r>
        <w:rPr>
          <w:b w:val="0"/>
          <w:sz w:val="20"/>
        </w:rPr>
        <w:t>WHEREAS, the Company desires to accept such investment and issue securities to the Investor accordingly;</w:t>
      </w:r>
    </w:p>
    <w:p/>
    <w:p>
      <w:r>
        <w:rPr>
          <w:b/>
          <w:sz w:val="20"/>
        </w:rPr>
        <w:t>NOW, THEREFORE, in consideration of the mutual covenants and promises herein contained, the parties agree as follows:</w:t>
      </w:r>
    </w:p>
    <w:p/>
    <w:p>
      <w:r>
        <w:rPr>
          <w:b/>
          <w:sz w:val="20"/>
        </w:rPr>
        <w:t>1. Investment and Issuance of Securities</w:t>
      </w:r>
    </w:p>
    <w:p>
      <w:r>
        <w:rPr>
          <w:b w:val="0"/>
          <w:sz w:val="20"/>
        </w:rPr>
        <w:t>1.1 The Investor agrees to invest an amount of $__________________ ("Investment Amount") in the Company.</w:t>
      </w:r>
    </w:p>
    <w:p>
      <w:r>
        <w:rPr>
          <w:b w:val="0"/>
          <w:sz w:val="20"/>
        </w:rPr>
        <w:t>1.2 In exchange for the Investment Amount, the Company shall issue to the Investor _______________ shares/units of ________________________________ (specify class and series if applicable).</w:t>
      </w:r>
    </w:p>
    <w:p>
      <w:r>
        <w:rPr>
          <w:b w:val="0"/>
          <w:sz w:val="20"/>
        </w:rPr>
        <w:t>1.3 The issuance of securities shall be subject to compliance with applicable securities laws and Company’s governing documents.</w:t>
      </w:r>
    </w:p>
    <w:p/>
    <w:p>
      <w:r>
        <w:rPr>
          <w:b/>
          <w:sz w:val="20"/>
        </w:rPr>
        <w:t>2. Use of Proceeds</w:t>
      </w:r>
    </w:p>
    <w:p>
      <w:r>
        <w:rPr>
          <w:b w:val="0"/>
          <w:sz w:val="20"/>
        </w:rPr>
        <w:t>The Company agrees to use the Investment Amount exclusively for the following purposes:</w:t>
      </w:r>
    </w:p>
    <w:p>
      <w:r>
        <w:rPr>
          <w:b w:val="0"/>
          <w:sz w:val="20"/>
        </w:rPr>
        <w:t>- _________________________________________________________________</w:t>
      </w:r>
    </w:p>
    <w:p>
      <w:r>
        <w:rPr>
          <w:b w:val="0"/>
          <w:sz w:val="20"/>
        </w:rPr>
        <w:t>- _________________________________________________________________</w:t>
      </w:r>
    </w:p>
    <w:p>
      <w:r>
        <w:rPr>
          <w:b w:val="0"/>
          <w:sz w:val="20"/>
        </w:rPr>
        <w:t>- _________________________________________________________________</w:t>
      </w:r>
    </w:p>
    <w:p/>
    <w:p>
      <w:r>
        <w:rPr>
          <w:b/>
          <w:sz w:val="20"/>
        </w:rPr>
        <w:t>3. Representations and Warranties of the Company</w:t>
      </w:r>
    </w:p>
    <w:p>
      <w:r>
        <w:rPr>
          <w:b w:val="0"/>
          <w:sz w:val="20"/>
        </w:rPr>
        <w:t>The Company represents and warrants to the Investor that:</w:t>
      </w:r>
    </w:p>
    <w:p>
      <w:r>
        <w:rPr>
          <w:b w:val="0"/>
          <w:sz w:val="20"/>
        </w:rPr>
        <w:t>3.1 It is duly organized, validly existing, and in good standing under the laws of its jurisdiction of formation.</w:t>
      </w:r>
    </w:p>
    <w:p>
      <w:r>
        <w:rPr>
          <w:b w:val="0"/>
          <w:sz w:val="20"/>
        </w:rPr>
        <w:t>3.2 The execution, delivery, and performance of this Agreement have been duly authorized by all necessary corporate actions.</w:t>
      </w:r>
    </w:p>
    <w:p>
      <w:r>
        <w:rPr>
          <w:b w:val="0"/>
          <w:sz w:val="20"/>
        </w:rPr>
        <w:t>3.3 The securities to be issued pursuant to this Agreement, when issued, will be duly authorized, validly issued, fully paid, and non-assessable.</w:t>
      </w:r>
    </w:p>
    <w:p>
      <w:r>
        <w:rPr>
          <w:b w:val="0"/>
          <w:sz w:val="20"/>
        </w:rPr>
        <w:t>3.4 The Company is in compliance with all applicable laws and regulations material to its business and operations.</w:t>
      </w:r>
    </w:p>
    <w:p/>
    <w:p>
      <w:r>
        <w:rPr>
          <w:b/>
          <w:sz w:val="20"/>
        </w:rPr>
        <w:t>4. Representations and Warranties of the Investor</w:t>
      </w:r>
    </w:p>
    <w:p>
      <w:r>
        <w:rPr>
          <w:b w:val="0"/>
          <w:sz w:val="20"/>
        </w:rPr>
        <w:t>The Investor represents and warrants to the Company that:</w:t>
      </w:r>
    </w:p>
    <w:p>
      <w:r>
        <w:rPr>
          <w:b w:val="0"/>
          <w:sz w:val="20"/>
        </w:rPr>
        <w:t>4.1 The Investor has full power and authority to enter into this Agreement and perform its obligations hereunder.</w:t>
      </w:r>
    </w:p>
    <w:p>
      <w:r>
        <w:rPr>
          <w:b w:val="0"/>
          <w:sz w:val="20"/>
        </w:rPr>
        <w:t>4.2 The Investor is acquiring the securities for investment purposes only and not with a view to distribution or resale.</w:t>
      </w:r>
    </w:p>
    <w:p>
      <w:r>
        <w:rPr>
          <w:b w:val="0"/>
          <w:sz w:val="20"/>
        </w:rPr>
        <w:t>4.3 The Investor understands the risks associated with the investment, including the possibility of loss of the entire investment.</w:t>
      </w:r>
    </w:p>
    <w:p>
      <w:r>
        <w:rPr>
          <w:b w:val="0"/>
          <w:sz w:val="20"/>
        </w:rPr>
        <w:t>4.4 The Investor has had the opportunity to ask questions and receive information about the Company and the securities being offered.</w:t>
      </w:r>
    </w:p>
    <w:p/>
    <w:p>
      <w:r>
        <w:rPr>
          <w:b/>
          <w:sz w:val="20"/>
        </w:rPr>
        <w:t>5. Conditions Precedent</w:t>
      </w:r>
    </w:p>
    <w:p>
      <w:r>
        <w:rPr>
          <w:b w:val="0"/>
          <w:sz w:val="20"/>
        </w:rPr>
        <w:t>The obligations of the parties under this Agreement are subject to the satisfaction or waiver of the following conditions precedent:</w:t>
      </w:r>
    </w:p>
    <w:p>
      <w:r>
        <w:rPr>
          <w:b w:val="0"/>
          <w:sz w:val="20"/>
        </w:rPr>
        <w:t>- Receipt of all necessary corporate approvals and consents.</w:t>
      </w:r>
    </w:p>
    <w:p>
      <w:r>
        <w:rPr>
          <w:b w:val="0"/>
          <w:sz w:val="20"/>
        </w:rPr>
        <w:t>- Compliance with all applicable securities laws and regulations.</w:t>
      </w:r>
    </w:p>
    <w:p>
      <w:r>
        <w:rPr>
          <w:b w:val="0"/>
          <w:sz w:val="20"/>
        </w:rPr>
        <w:t>- Execution of any additional documents reasonably required to consummate the investment.</w:t>
      </w:r>
    </w:p>
    <w:p/>
    <w:p>
      <w:r>
        <w:rPr>
          <w:b/>
          <w:sz w:val="20"/>
        </w:rPr>
        <w:t>6. Covenants</w:t>
      </w:r>
    </w:p>
    <w:p>
      <w:r>
        <w:rPr>
          <w:b w:val="0"/>
          <w:sz w:val="20"/>
        </w:rPr>
        <w:t>6.1 The Company agrees to provide the Investor with quarterly financial statements and reports regarding the Company's operations and performance.</w:t>
      </w:r>
    </w:p>
    <w:p>
      <w:r>
        <w:rPr>
          <w:b w:val="0"/>
          <w:sz w:val="20"/>
        </w:rPr>
        <w:t>6.2 The Investor agrees to comply with all applicable laws and regulations in connection with the investment.</w:t>
      </w:r>
    </w:p>
    <w:p>
      <w:r>
        <w:rPr>
          <w:b w:val="0"/>
          <w:sz w:val="20"/>
        </w:rPr>
        <w:t>6.3 Both parties agree to maintain the confidentiality of proprietary or non-public information disclosed in connection with this Agreement, except as required by law.</w:t>
      </w:r>
    </w:p>
    <w:p/>
    <w:p>
      <w:r>
        <w:rPr>
          <w:b/>
          <w:sz w:val="20"/>
        </w:rPr>
        <w:t>7. Transfer Restrictions</w:t>
      </w:r>
    </w:p>
    <w:p>
      <w:r>
        <w:rPr>
          <w:b w:val="0"/>
          <w:sz w:val="20"/>
        </w:rPr>
        <w:t>The securities issued hereunder may not be transferred, sold, pledged, or otherwise disposed of except in compliance with applicable securities laws and the terms of this Agreement and the Company’s governing documents.</w:t>
      </w:r>
    </w:p>
    <w:p/>
    <w:p>
      <w:r>
        <w:rPr>
          <w:b/>
          <w:sz w:val="20"/>
        </w:rPr>
        <w:t>8. Indemnification</w:t>
      </w:r>
    </w:p>
    <w:p>
      <w:r>
        <w:rPr>
          <w:b w:val="0"/>
          <w:sz w:val="20"/>
        </w:rPr>
        <w:t>Each party agrees to indemnify, defend, and hold harmless the other party and its affiliates, officers, directors, agents, and employees from and against any and all losses, liabilities, claims, damages, costs, and expenses arising out of any breach of this Agreement or any misrepresentation or warranty contained herein.</w:t>
      </w:r>
    </w:p>
    <w:p/>
    <w:p>
      <w:r>
        <w:rPr>
          <w:b/>
          <w:sz w:val="20"/>
        </w:rPr>
        <w:t>9. Governing Law and Jurisdiction</w:t>
      </w:r>
    </w:p>
    <w:p>
      <w:r>
        <w:rPr>
          <w:b w:val="0"/>
          <w:sz w:val="20"/>
        </w:rPr>
        <w:t>This Agreement shall be governed by and construed in accordance with the laws of the State of ____________________, United States of America, without regard to its conflict of law principles.</w:t>
      </w:r>
    </w:p>
    <w:p>
      <w:r>
        <w:rPr>
          <w:b w:val="0"/>
          <w:sz w:val="20"/>
        </w:rPr>
        <w:t>Any disputes arising out of or in connection with this Agreement shall be subject to the exclusive jurisdiction of the state and federal courts located in ____________________, and the parties hereby consent to such jurisdiction and venue.</w:t>
      </w:r>
    </w:p>
    <w:p/>
    <w:p>
      <w:r>
        <w:rPr>
          <w:b/>
          <w:sz w:val="20"/>
        </w:rPr>
        <w:t>10. Term and Termination</w:t>
      </w:r>
    </w:p>
    <w:p>
      <w:r>
        <w:rPr>
          <w:b w:val="0"/>
          <w:sz w:val="20"/>
        </w:rPr>
        <w:t>10.1 This Agreement shall become effective upon execution by both parties and shall continue until terminated by mutual written agreement or as otherwise provided herein.</w:t>
      </w:r>
    </w:p>
    <w:p>
      <w:r>
        <w:rPr>
          <w:b w:val="0"/>
          <w:sz w:val="20"/>
        </w:rPr>
        <w:t>10.2 Either party may terminate this Agreement upon written notice if the other party materially breaches any provision and fails to cure such breach within thirty (30) days after receipt of written notice.</w:t>
      </w:r>
    </w:p>
    <w:p/>
    <w:p>
      <w:r>
        <w:rPr>
          <w:b/>
          <w:sz w:val="20"/>
        </w:rPr>
        <w:t>11. Miscellaneous</w:t>
      </w:r>
    </w:p>
    <w:p>
      <w:r>
        <w:rPr>
          <w:b w:val="0"/>
          <w:sz w:val="20"/>
        </w:rPr>
        <w:t>11.1 Entire Agreement. This Agreement constitutes the entire agreement between the parties with respect to the subject matter hereof and supersedes all prior agreements, understandings, and negotiations.</w:t>
      </w:r>
    </w:p>
    <w:p>
      <w:r>
        <w:rPr>
          <w:b w:val="0"/>
          <w:sz w:val="20"/>
        </w:rPr>
        <w:t>11.2 Amendments. Any amendment or modification of this Agreement shall be in writing and signed by both parties.</w:t>
      </w:r>
    </w:p>
    <w:p>
      <w:r>
        <w:rPr>
          <w:b w:val="0"/>
          <w:sz w:val="20"/>
        </w:rPr>
        <w:t>11.3 Severability. If any provision of this Agreement is held to be invalid or unenforceable, the remaining provisions shall continue in full force and effect.</w:t>
      </w:r>
    </w:p>
    <w:p>
      <w:r>
        <w:rPr>
          <w:b w:val="0"/>
          <w:sz w:val="20"/>
        </w:rPr>
        <w:t>11.4 Waiver. No waiver of any breach or default shall be deemed a waiver of any subsequent breach or default.</w:t>
      </w:r>
    </w:p>
    <w:p>
      <w:r>
        <w:rPr>
          <w:b w:val="0"/>
          <w:sz w:val="20"/>
        </w:rPr>
        <w:t>11.5 Counterparts. This Agreement may be executed in counterparts, each of which shall be deemed an original, but all of which together shall constitute one and the same instrument.</w:t>
      </w:r>
    </w:p>
    <w:p/>
    <w:p/>
    <w:p>
      <w:r>
        <w:rPr>
          <w:b w:val="0"/>
          <w:sz w:val="20"/>
        </w:rPr>
        <w:t>IN WITNESS WHEREOF, the parties hereto have executed this Investment Agreement as of the date first written above.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INVESTOR</w:t>
            </w:r>
          </w:p>
        </w:tc>
        <w:tc>
          <w:tcPr>
            <w:tcW w:type="dxa" w:w="4986"/>
            <w:tcBorders>
              <w:top w:val="nil"/>
              <w:left w:val="nil"/>
              <w:bottom w:val="nil"/>
              <w:right w:val="nil"/>
              <w:insideH w:val="nil"/>
              <w:insideV w:val="nil"/>
            </w:tcBorders>
          </w:tcPr>
          <w:p>
            <w:pPr>
              <w:jc w:val="center"/>
            </w:pPr>
            <w:r>
              <w:t>COMPANY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p>
            <w:pPr>
              <w:jc w:val="center"/>
            </w:pPr>
            <w: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https://contract247-us.com/investment-contract/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investment-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