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INVOICE CONTRACT AGREEMENT</w:t>
      </w:r>
    </w:p>
    <w:p/>
    <w:p>
      <w:r>
        <w:rPr>
          <w:b/>
          <w:sz w:val="20"/>
        </w:rPr>
        <w:t>This Invoice Contract Agreement ("Agreement") is entered into by and between the undersigned parties:</w:t>
      </w:r>
    </w:p>
    <w:p/>
    <w:p>
      <w:r>
        <w:rPr>
          <w:b/>
          <w:sz w:val="20"/>
        </w:rPr>
        <w:t>Seller Information:</w:t>
      </w:r>
    </w:p>
    <w:p>
      <w:r>
        <w:rPr>
          <w:b w:val="0"/>
          <w:sz w:val="20"/>
        </w:rPr>
        <w:t>Company Name: _________________________________________________________</w:t>
      </w:r>
    </w:p>
    <w:p>
      <w:r>
        <w:rPr>
          <w:b w:val="0"/>
          <w:sz w:val="20"/>
        </w:rPr>
        <w:t>Contact Person: ________________________________________________________</w:t>
      </w:r>
    </w:p>
    <w:p>
      <w:r>
        <w:rPr>
          <w:b w:val="0"/>
          <w:sz w:val="20"/>
        </w:rPr>
        <w:t>Business Address: 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Buyer Information:</w:t>
      </w:r>
    </w:p>
    <w:p>
      <w:r>
        <w:rPr>
          <w:b w:val="0"/>
          <w:sz w:val="20"/>
        </w:rPr>
        <w:t>Company Name: _________________________________________________________</w:t>
      </w:r>
    </w:p>
    <w:p>
      <w:r>
        <w:rPr>
          <w:b w:val="0"/>
          <w:sz w:val="20"/>
        </w:rPr>
        <w:t>Contact Person: ________________________________________________________</w:t>
      </w:r>
    </w:p>
    <w:p>
      <w:r>
        <w:rPr>
          <w:b w:val="0"/>
          <w:sz w:val="20"/>
        </w:rPr>
        <w:t>Business Address: 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WHEREAS:</w:t>
      </w:r>
    </w:p>
    <w:p>
      <w:r>
        <w:rPr>
          <w:b w:val="0"/>
          <w:sz w:val="20"/>
        </w:rPr>
        <w:t>The Seller agrees to provide goods and/or services as described herein, and the Buyer agrees to pay for such goods and/or services under the terms set forth below.</w:t>
      </w:r>
    </w:p>
    <w:p/>
    <w:p>
      <w:r>
        <w:rPr>
          <w:b/>
          <w:sz w:val="20"/>
        </w:rPr>
        <w:t>1. Definitions</w:t>
      </w:r>
    </w:p>
    <w:p>
      <w:r>
        <w:rPr>
          <w:b w:val="0"/>
          <w:sz w:val="20"/>
        </w:rPr>
        <w:t>In this Agreement, the following terms shall have the meanings assigned to them:</w:t>
      </w:r>
    </w:p>
    <w:p>
      <w:r>
        <w:rPr>
          <w:b w:val="0"/>
          <w:sz w:val="20"/>
        </w:rPr>
        <w:t>a) "Goods" means the products or items sold by the Seller to the Buyer as specified in Exhibit A (Invoice Details).</w:t>
      </w:r>
    </w:p>
    <w:p>
      <w:r>
        <w:rPr>
          <w:b w:val="0"/>
          <w:sz w:val="20"/>
        </w:rPr>
        <w:t>b) "Services" means any services provided by the Seller to the Buyer as specified in Exhibit A.</w:t>
      </w:r>
    </w:p>
    <w:p/>
    <w:p>
      <w:r>
        <w:rPr>
          <w:b/>
          <w:sz w:val="20"/>
        </w:rPr>
        <w:t>2. Invoice Details</w:t>
      </w:r>
    </w:p>
    <w:p>
      <w:r>
        <w:rPr>
          <w:b w:val="0"/>
          <w:sz w:val="20"/>
        </w:rPr>
        <w:t>The invoice for the goods and/or services provided shall include the following details:</w:t>
      </w:r>
    </w:p>
    <w:p>
      <w:r>
        <w:rPr>
          <w:b w:val="0"/>
          <w:sz w:val="20"/>
        </w:rPr>
        <w:t>- Description of goods and/or services</w:t>
      </w:r>
    </w:p>
    <w:p>
      <w:r>
        <w:rPr>
          <w:b w:val="0"/>
          <w:sz w:val="20"/>
        </w:rPr>
        <w:t>- Quantity</w:t>
      </w:r>
    </w:p>
    <w:p>
      <w:r>
        <w:rPr>
          <w:b w:val="0"/>
          <w:sz w:val="20"/>
        </w:rPr>
        <w:t>- Unit price</w:t>
      </w:r>
    </w:p>
    <w:p>
      <w:r>
        <w:rPr>
          <w:b w:val="0"/>
          <w:sz w:val="20"/>
        </w:rPr>
        <w:t>- Total price</w:t>
      </w:r>
    </w:p>
    <w:p>
      <w:r>
        <w:rPr>
          <w:b w:val="0"/>
          <w:sz w:val="20"/>
        </w:rPr>
        <w:t>- Applicable taxes</w:t>
      </w:r>
    </w:p>
    <w:p>
      <w:r>
        <w:rPr>
          <w:b w:val="0"/>
          <w:sz w:val="20"/>
        </w:rPr>
        <w:t>- Payment terms</w:t>
      </w:r>
    </w:p>
    <w:p/>
    <w:p>
      <w:r>
        <w:rPr>
          <w:b/>
          <w:sz w:val="20"/>
        </w:rPr>
        <w:t>3. Payment Terms</w:t>
      </w:r>
    </w:p>
    <w:p>
      <w:r>
        <w:rPr>
          <w:b w:val="0"/>
          <w:sz w:val="20"/>
        </w:rPr>
        <w:t>a) The Buyer agrees to pay the full invoice amount within __________ days from the date the invoice is issued.</w:t>
      </w:r>
    </w:p>
    <w:p>
      <w:r>
        <w:rPr>
          <w:b w:val="0"/>
          <w:sz w:val="20"/>
        </w:rPr>
        <w:t>b) Payments shall be made via the following methods: ________________________________</w:t>
      </w:r>
    </w:p>
    <w:p>
      <w:r>
        <w:rPr>
          <w:b w:val="0"/>
          <w:sz w:val="20"/>
        </w:rPr>
        <w:t>c) Late payments shall incur interest at the rate of ______% per month or the highest rate permitted by law, whichever is lower.</w:t>
      </w:r>
    </w:p>
    <w:p/>
    <w:p>
      <w:r>
        <w:rPr>
          <w:b/>
          <w:sz w:val="20"/>
        </w:rPr>
        <w:t>4. Delivery and Acceptance</w:t>
      </w:r>
    </w:p>
    <w:p>
      <w:r>
        <w:rPr>
          <w:b w:val="0"/>
          <w:sz w:val="20"/>
        </w:rPr>
        <w:t>a) The Seller shall deliver the goods and/or perform the services as specified in the invoice.</w:t>
      </w:r>
    </w:p>
    <w:p>
      <w:r>
        <w:rPr>
          <w:b w:val="0"/>
          <w:sz w:val="20"/>
        </w:rPr>
        <w:t>b) The Buyer shall inspect and either accept or notify the Seller of any defects or discrepancies within ______ days of delivery.</w:t>
      </w:r>
    </w:p>
    <w:p>
      <w:r>
        <w:rPr>
          <w:b w:val="0"/>
          <w:sz w:val="20"/>
        </w:rPr>
        <w:t>c) Acceptance shall be deemed if no notification of defects is received within the specified period.</w:t>
      </w:r>
    </w:p>
    <w:p/>
    <w:p>
      <w:r>
        <w:rPr>
          <w:b/>
          <w:sz w:val="20"/>
        </w:rPr>
        <w:t>5. Warranties</w:t>
      </w:r>
    </w:p>
    <w:p>
      <w:r>
        <w:rPr>
          <w:b w:val="0"/>
          <w:sz w:val="20"/>
        </w:rPr>
        <w:t>a) The Seller warrants that the goods supplied under this Agreement shall conform to the specifications provided and be free from defects in materials and workmanship for a period of ______ days from delivery.</w:t>
      </w:r>
    </w:p>
    <w:p>
      <w:r>
        <w:rPr>
          <w:b w:val="0"/>
          <w:sz w:val="20"/>
        </w:rPr>
        <w:t>b) This warranty does not cover defects or damages resulting from misuse, negligence, or accidents caused by the Buyer.</w:t>
      </w:r>
    </w:p>
    <w:p/>
    <w:p>
      <w:r>
        <w:rPr>
          <w:b/>
          <w:sz w:val="20"/>
        </w:rPr>
        <w:t>6. Limitation of Liability</w:t>
      </w:r>
    </w:p>
    <w:p>
      <w:r>
        <w:rPr>
          <w:b w:val="0"/>
          <w:sz w:val="20"/>
        </w:rPr>
        <w:t>Except for liability arising from gross negligence or willful misconduct, neither party shall be liable to the other for any indirect, incidental, consequential, punitive, or special damages arising out of or related to this Agreement, even if advised of the possibility thereof.</w:t>
      </w:r>
    </w:p>
    <w:p/>
    <w:p>
      <w:r>
        <w:rPr>
          <w:b/>
          <w:sz w:val="20"/>
        </w:rPr>
        <w:t>7. Confidentiality</w:t>
      </w:r>
    </w:p>
    <w:p>
      <w:r>
        <w:rPr>
          <w:b w:val="0"/>
          <w:sz w:val="20"/>
        </w:rPr>
        <w:t>Each party agrees to maintain the confidentiality of all non-public information obtained from the other party in connection with this Agreement and to use such information solely for the purpose of fulfilling its obligations hereunder.</w:t>
      </w:r>
    </w:p>
    <w:p/>
    <w:p>
      <w:r>
        <w:rPr>
          <w:b/>
          <w:sz w:val="20"/>
        </w:rPr>
        <w:t>8. Termination</w:t>
      </w:r>
    </w:p>
    <w:p>
      <w:r>
        <w:rPr>
          <w:b w:val="0"/>
          <w:sz w:val="20"/>
        </w:rPr>
        <w:t>a) Either party may terminate this Agreement upon written notice if the other party breaches any material term and fails to cure such breach within ______ days of notice.</w:t>
      </w:r>
    </w:p>
    <w:p>
      <w:r>
        <w:rPr>
          <w:b w:val="0"/>
          <w:sz w:val="20"/>
        </w:rPr>
        <w:t>b) Termination shall not affect any rights or obligations accrued prior to termination.</w:t>
      </w:r>
    </w:p>
    <w:p/>
    <w:p>
      <w:r>
        <w:rPr>
          <w:b/>
          <w:sz w:val="20"/>
        </w:rPr>
        <w:t>9. Governing Law and Jurisdiction</w:t>
      </w:r>
    </w:p>
    <w:p>
      <w:r>
        <w:rPr>
          <w:b w:val="0"/>
          <w:sz w:val="20"/>
        </w:rPr>
        <w:t>This Agreement shall be governed by and construed in accordance with the laws of the United States and the State of _______________. Any disputes arising under or in connection with this Agreement shall be subject to the exclusive jurisdiction of the courts located in _______________.</w:t>
      </w:r>
    </w:p>
    <w:p/>
    <w:p>
      <w:r>
        <w:rPr>
          <w:b/>
          <w:sz w:val="20"/>
        </w:rPr>
        <w:t>10. Entire Agreement</w:t>
      </w:r>
    </w:p>
    <w:p>
      <w:r>
        <w:rPr>
          <w:b w:val="0"/>
          <w:sz w:val="20"/>
        </w:rPr>
        <w:t>This Agreement constitutes the entire agreement between the parties relating to its subject matter and supersedes all prior discussions, agreements, or understandings of any kind.</w:t>
      </w:r>
    </w:p>
    <w:p/>
    <w:p>
      <w:r>
        <w:rPr>
          <w:b/>
          <w:sz w:val="20"/>
        </w:rPr>
        <w:t>11. Amendments</w:t>
      </w:r>
    </w:p>
    <w:p>
      <w:r>
        <w:rPr>
          <w:b w:val="0"/>
          <w:sz w:val="20"/>
        </w:rPr>
        <w:t>No amendment or modification of this Agreement shall be valid unless made in writing and signed by authorized representatives of both parties.</w:t>
      </w:r>
    </w:p>
    <w:p/>
    <w:p>
      <w:r>
        <w:rPr>
          <w:b/>
          <w:sz w:val="20"/>
        </w:rPr>
        <w:t>12. Notices</w:t>
      </w:r>
    </w:p>
    <w:p>
      <w:r>
        <w:rPr>
          <w:b w:val="0"/>
          <w:sz w:val="20"/>
        </w:rPr>
        <w:t>All notices required or permitted under this Agreement shall be in writing and delivered via certified mail, courier, or email to the addresses specified above or to such other address as either party may designate by notice to the other.</w:t>
      </w:r>
    </w:p>
    <w:p/>
    <w:p>
      <w:r>
        <w:rPr>
          <w:b/>
          <w:sz w:val="20"/>
        </w:rPr>
        <w:t>13. Severability</w:t>
      </w:r>
    </w:p>
    <w:p>
      <w:r>
        <w:rPr>
          <w:b w:val="0"/>
          <w:sz w:val="20"/>
        </w:rPr>
        <w:t>If any provision of this Agreement is held to be invalid or unenforceable, the remaining provisions shall continue in full force and effect.</w:t>
      </w:r>
    </w:p>
    <w:p/>
    <w:p>
      <w:r>
        <w:rPr>
          <w:b/>
          <w:sz w:val="20"/>
        </w:rPr>
        <w:t>14. Force Majeure</w:t>
      </w:r>
    </w:p>
    <w:p>
      <w:r>
        <w:rPr>
          <w:b w:val="0"/>
          <w:sz w:val="20"/>
        </w:rPr>
        <w:t>Neither party shall be liable for delays or failures in performance resulting from causes beyond its reasonable control, including but not limited to acts of God, war, terrorism, labor disputes, governmental actions, or natural disasters.</w:t>
      </w:r>
    </w:p>
    <w:p/>
    <w:p/>
    <w:p>
      <w:pPr>
        <w:jc w:val="center"/>
      </w:pPr>
      <w:r>
        <w:rPr>
          <w:b/>
          <w:sz w:val="20"/>
        </w:rPr>
        <w:t>IN WITNESS WHEREOF, the parties have executed this Invoice Contract Agreement through their duly authorized representatives: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w:t>
            </w:r>
          </w:p>
        </w:tc>
        <w:tc>
          <w:tcPr>
            <w:tcW w:type="dxa" w:w="4986"/>
            <w:tcBorders>
              <w:top w:val="nil"/>
              <w:left w:val="nil"/>
              <w:bottom w:val="nil"/>
              <w:right w:val="nil"/>
              <w:insideH w:val="nil"/>
              <w:insideV w:val="nil"/>
            </w:tcBorders>
          </w:tcPr>
          <w:p>
            <w:pPr>
              <w:jc w:val="center"/>
            </w:pPr>
            <w:r>
              <w:t>Name &amp; Title: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https://contract247-us.com/invoice-contract/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invoice-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