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LAWN MAINTENANCE SERVICES AGREEMENT</w:t>
      </w:r>
    </w:p>
    <w:p/>
    <w:p>
      <w:r>
        <w:rPr>
          <w:b/>
          <w:sz w:val="20"/>
        </w:rPr>
        <w:t>This Lawn Maintenance Services Agreement (the “Agreement”) is entered into by and between:</w:t>
      </w:r>
    </w:p>
    <w:p/>
    <w:p>
      <w:r>
        <w:rPr>
          <w:b/>
          <w:sz w:val="20"/>
        </w:rPr>
        <w:t>Service Provider Information:</w:t>
      </w:r>
    </w:p>
    <w:p>
      <w:r>
        <w:rPr>
          <w:b w:val="0"/>
          <w:sz w:val="20"/>
        </w:rPr>
        <w:t>Full Name / Business Name: _____________________________________________</w:t>
      </w:r>
    </w:p>
    <w:p>
      <w:r>
        <w:rPr>
          <w:b w:val="0"/>
          <w:sz w:val="20"/>
        </w:rPr>
        <w:t>Business Address: 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_____________________________________________________________</w:t>
      </w:r>
    </w:p>
    <w:p>
      <w:r>
        <w:rPr>
          <w:b w:val="0"/>
          <w:sz w:val="20"/>
        </w:rPr>
        <w:t>Service Address: 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Service Provider is engaged in the business of providing lawn maintenance services;</w:t>
      </w:r>
    </w:p>
    <w:p>
      <w:r>
        <w:rPr>
          <w:b w:val="0"/>
          <w:sz w:val="20"/>
        </w:rPr>
        <w:t>WHEREAS, Client desires to retain Service Provider to perform lawn maintenance services on the property described above;</w:t>
      </w:r>
    </w:p>
    <w:p>
      <w:r>
        <w:rPr>
          <w:b w:val="0"/>
          <w:sz w:val="20"/>
        </w:rPr>
        <w:t>NOW, THEREFORE, in consideration of the mutual covenants and promises herein contained, the parties agree as follows:</w:t>
      </w:r>
    </w:p>
    <w:p/>
    <w:p>
      <w:r>
        <w:rPr>
          <w:b/>
          <w:sz w:val="20"/>
        </w:rPr>
        <w:t>1. Services to Be Provided</w:t>
      </w:r>
    </w:p>
    <w:p>
      <w:r>
        <w:rPr>
          <w:b w:val="0"/>
          <w:sz w:val="20"/>
        </w:rPr>
        <w:t>Service Provider agrees to perform the lawn maintenance services as described below on Client's property:</w:t>
      </w:r>
    </w:p>
    <w:p>
      <w:r>
        <w:rPr>
          <w:b w:val="0"/>
          <w:sz w:val="20"/>
        </w:rPr>
        <w:t>- Mowing of lawn areas</w:t>
      </w:r>
    </w:p>
    <w:p>
      <w:r>
        <w:rPr>
          <w:b w:val="0"/>
          <w:sz w:val="20"/>
        </w:rPr>
        <w:t>- Edging along sidewalks, driveways, and flower beds</w:t>
      </w:r>
    </w:p>
    <w:p>
      <w:r>
        <w:rPr>
          <w:b w:val="0"/>
          <w:sz w:val="20"/>
        </w:rPr>
        <w:t>- Trimming of bushes and hedges as agreed</w:t>
      </w:r>
    </w:p>
    <w:p>
      <w:r>
        <w:rPr>
          <w:b w:val="0"/>
          <w:sz w:val="20"/>
        </w:rPr>
        <w:t>- Leaf removal during applicable seasons</w:t>
      </w:r>
    </w:p>
    <w:p>
      <w:r>
        <w:rPr>
          <w:b w:val="0"/>
          <w:sz w:val="20"/>
        </w:rPr>
        <w:t>- Debris removal from lawn areas</w:t>
      </w:r>
    </w:p>
    <w:p>
      <w:r>
        <w:rPr>
          <w:b w:val="0"/>
          <w:sz w:val="20"/>
        </w:rPr>
        <w:t>- Application of fertilizers, herbicides, and pesticides if agreed upon in writing</w:t>
      </w:r>
    </w:p>
    <w:p>
      <w:r>
        <w:rPr>
          <w:b w:val="0"/>
          <w:sz w:val="20"/>
        </w:rPr>
        <w:t>- Irrigation system monitoring and adjustments as applicable</w:t>
      </w:r>
    </w:p>
    <w:p>
      <w:r>
        <w:rPr>
          <w:b w:val="0"/>
          <w:sz w:val="20"/>
        </w:rPr>
        <w:t>Additional services may be provided only upon mutual written agreement of the parties.</w:t>
      </w:r>
    </w:p>
    <w:p/>
    <w:p>
      <w:r>
        <w:rPr>
          <w:b/>
          <w:sz w:val="20"/>
        </w:rPr>
        <w:t>2. Service Schedule</w:t>
      </w:r>
    </w:p>
    <w:p>
      <w:r>
        <w:rPr>
          <w:b w:val="0"/>
          <w:sz w:val="20"/>
        </w:rPr>
        <w:t>Service Provider shall perform the lawn maintenance services on the following schedule:</w:t>
      </w:r>
    </w:p>
    <w:p>
      <w:r>
        <w:rPr>
          <w:b w:val="0"/>
          <w:sz w:val="20"/>
        </w:rPr>
        <w:t>______________________________________________________________________</w:t>
      </w:r>
    </w:p>
    <w:p>
      <w:r>
        <w:rPr>
          <w:b w:val="0"/>
          <w:sz w:val="20"/>
        </w:rPr>
        <w:t>Services shall be performed during regular business hours, Monday through Friday, unless otherwise agreed.</w:t>
      </w:r>
    </w:p>
    <w:p/>
    <w:p>
      <w:r>
        <w:rPr>
          <w:b/>
          <w:sz w:val="20"/>
        </w:rPr>
        <w:t>3. Payment Terms</w:t>
      </w:r>
    </w:p>
    <w:p>
      <w:r>
        <w:rPr>
          <w:b w:val="0"/>
          <w:sz w:val="20"/>
        </w:rPr>
        <w:t>Client agrees to pay Service Provider as follows:</w:t>
      </w:r>
    </w:p>
    <w:p>
      <w:r>
        <w:rPr>
          <w:b w:val="0"/>
          <w:sz w:val="20"/>
        </w:rPr>
        <w:t>- Fee: $________________ per service or $_______________ per month (circle one)</w:t>
      </w:r>
    </w:p>
    <w:p>
      <w:r>
        <w:rPr>
          <w:b w:val="0"/>
          <w:sz w:val="20"/>
        </w:rPr>
        <w:t>- Payment shall be due within ____ days of receipt of invoice.</w:t>
      </w:r>
    </w:p>
    <w:p>
      <w:r>
        <w:rPr>
          <w:b w:val="0"/>
          <w:sz w:val="20"/>
        </w:rPr>
        <w:t>- Late payments shall be subject to a late fee of ____% per month on the unpaid balance.</w:t>
      </w:r>
    </w:p>
    <w:p>
      <w:r>
        <w:rPr>
          <w:b w:val="0"/>
          <w:sz w:val="20"/>
        </w:rPr>
        <w:t>- Payments shall be made via check, electronic transfer, or other mutually agreed method.</w:t>
      </w:r>
    </w:p>
    <w:p/>
    <w:p>
      <w:r>
        <w:rPr>
          <w:b/>
          <w:sz w:val="20"/>
        </w:rPr>
        <w:t>4. Term and Termination</w:t>
      </w:r>
    </w:p>
    <w:p>
      <w:r>
        <w:rPr>
          <w:b w:val="0"/>
          <w:sz w:val="20"/>
        </w:rPr>
        <w:t>This Agreement shall commence upon execution by both parties and continue until terminated as follows:</w:t>
      </w:r>
    </w:p>
    <w:p>
      <w:r>
        <w:rPr>
          <w:b w:val="0"/>
          <w:sz w:val="20"/>
        </w:rPr>
        <w:t>- Either party may terminate this Agreement at any time by providing at least ____ days written notice to the other party.</w:t>
      </w:r>
    </w:p>
    <w:p>
      <w:r>
        <w:rPr>
          <w:b w:val="0"/>
          <w:sz w:val="20"/>
        </w:rPr>
        <w:t>- Service Provider may terminate immediately in case of non-payment or breach of terms by Client.</w:t>
      </w:r>
    </w:p>
    <w:p>
      <w:r>
        <w:rPr>
          <w:b w:val="0"/>
          <w:sz w:val="20"/>
        </w:rPr>
        <w:t>- Upon termination, Client shall pay for all services rendered through the termination date.</w:t>
      </w:r>
    </w:p>
    <w:p/>
    <w:p>
      <w:r>
        <w:rPr>
          <w:b/>
          <w:sz w:val="20"/>
        </w:rPr>
        <w:t>5. Client Obligations</w:t>
      </w:r>
    </w:p>
    <w:p>
      <w:r>
        <w:rPr>
          <w:b w:val="0"/>
          <w:sz w:val="20"/>
        </w:rPr>
        <w:t>Client agrees to provide Service Provider with reasonable access to the property and utilities as necessary to perform the services.</w:t>
      </w:r>
    </w:p>
    <w:p>
      <w:r>
        <w:rPr>
          <w:b w:val="0"/>
          <w:sz w:val="20"/>
        </w:rPr>
        <w:t>Client shall notify Service Provider of any hazards, pets, or special instructions related to the property.</w:t>
      </w:r>
    </w:p>
    <w:p>
      <w:r>
        <w:rPr>
          <w:b w:val="0"/>
          <w:sz w:val="20"/>
        </w:rPr>
        <w:t>Client shall remove or secure any objects that may interfere with or be damaged by the performance of services.</w:t>
      </w:r>
    </w:p>
    <w:p/>
    <w:p>
      <w:r>
        <w:rPr>
          <w:b/>
          <w:sz w:val="20"/>
        </w:rPr>
        <w:t>6. Service Provider Obligations and Standards</w:t>
      </w:r>
    </w:p>
    <w:p>
      <w:r>
        <w:rPr>
          <w:b w:val="0"/>
          <w:sz w:val="20"/>
        </w:rPr>
        <w:t>Service Provider agrees to perform services in a professional and workmanlike manner consistent with industry standards.</w:t>
      </w:r>
    </w:p>
    <w:p>
      <w:r>
        <w:rPr>
          <w:b w:val="0"/>
          <w:sz w:val="20"/>
        </w:rPr>
        <w:t>Service Provider shall comply with all applicable laws, regulations, and safety standards in performing the services.</w:t>
      </w:r>
    </w:p>
    <w:p>
      <w:r>
        <w:rPr>
          <w:b w:val="0"/>
          <w:sz w:val="20"/>
        </w:rPr>
        <w:t>Service Provider shall maintain all necessary licenses, permits, and insurance required to provide the services.</w:t>
      </w:r>
    </w:p>
    <w:p/>
    <w:p>
      <w:r>
        <w:rPr>
          <w:b/>
          <w:sz w:val="20"/>
        </w:rPr>
        <w:t>7. Liability and Insurance</w:t>
      </w:r>
    </w:p>
    <w:p>
      <w:r>
        <w:rPr>
          <w:b w:val="0"/>
          <w:sz w:val="20"/>
        </w:rPr>
        <w:t>Service Provider shall maintain general liability insurance covering damages or injuries arising from the performance of services.</w:t>
      </w:r>
    </w:p>
    <w:p>
      <w:r>
        <w:rPr>
          <w:b w:val="0"/>
          <w:sz w:val="20"/>
        </w:rPr>
        <w:t>Service Provider shall not be liable for damages arising from causes beyond its control, including but not limited to acts of nature, vandalism, or prior property conditions.</w:t>
      </w:r>
    </w:p>
    <w:p>
      <w:r>
        <w:rPr>
          <w:b w:val="0"/>
          <w:sz w:val="20"/>
        </w:rPr>
        <w:t>Client agrees to hold Service Provider harmless from any claims arising from the services except in cases of gross negligence or willful misconduct.</w:t>
      </w:r>
    </w:p>
    <w:p/>
    <w:p>
      <w:r>
        <w:rPr>
          <w:b/>
          <w:sz w:val="20"/>
        </w:rPr>
        <w:t>8. Indemnification</w:t>
      </w:r>
    </w:p>
    <w:p>
      <w:r>
        <w:rPr>
          <w:b w:val="0"/>
          <w:sz w:val="20"/>
        </w:rPr>
        <w:t>Each party shall indemnify, defend, and hold harmless the other party from and against any and all claims, liabilities, damages, losses, or expenses arising out of or resulting from its breach of this Agreement or negligent acts.</w:t>
      </w:r>
    </w:p>
    <w:p/>
    <w:p>
      <w:r>
        <w:rPr>
          <w:b/>
          <w:sz w:val="20"/>
        </w:rPr>
        <w:t>9. Confidentiality</w:t>
      </w:r>
    </w:p>
    <w:p>
      <w:r>
        <w:rPr>
          <w:b w:val="0"/>
          <w:sz w:val="20"/>
        </w:rPr>
        <w:t>The parties agree to keep confidential any proprietary or sensitive information disclosed during the term of this Agreement and not to disclose such information to third parties without prior written consent.</w:t>
      </w:r>
    </w:p>
    <w:p/>
    <w:p>
      <w:r>
        <w:rPr>
          <w:b/>
          <w:sz w:val="20"/>
        </w:rPr>
        <w:t>10. Dispute Resolution</w:t>
      </w:r>
    </w:p>
    <w:p>
      <w:r>
        <w:rPr>
          <w:b w:val="0"/>
          <w:sz w:val="20"/>
        </w:rPr>
        <w:t>In the event of any dispute arising out of or relating to this Agreement, the parties shall first attempt to resolve the dispute through good faith negotiations.</w:t>
      </w:r>
    </w:p>
    <w:p>
      <w:r>
        <w:rPr>
          <w:b w:val="0"/>
          <w:sz w:val="20"/>
        </w:rPr>
        <w:t>If the dispute cannot be resolved through negotiation, the parties agree to submit the dispute to mediation before resorting to litigation.</w:t>
      </w:r>
    </w:p>
    <w:p>
      <w:r>
        <w:rPr>
          <w:b w:val="0"/>
          <w:sz w:val="20"/>
        </w:rPr>
        <w:t>This Agreement shall be governed by and construed in accordance with the laws of the State in which the services are performed.</w:t>
      </w:r>
    </w:p>
    <w:p/>
    <w:p>
      <w:r>
        <w:rPr>
          <w:b/>
          <w:sz w:val="20"/>
        </w:rPr>
        <w:t>11. Entire Agreement</w:t>
      </w:r>
    </w:p>
    <w:p>
      <w:r>
        <w:rPr>
          <w:b w:val="0"/>
          <w:sz w:val="20"/>
        </w:rPr>
        <w:t>This Agreement constitutes the entire agreement between the parties concerning the subject matter herein and supersedes all prior agreements or understandings, whether written or oral.</w:t>
      </w:r>
    </w:p>
    <w:p>
      <w:r>
        <w:rPr>
          <w:b w:val="0"/>
          <w:sz w:val="20"/>
        </w:rPr>
        <w:t>Any amendments or modifications must be in writing and signed by both parties.</w:t>
      </w:r>
    </w:p>
    <w:p/>
    <w:p>
      <w:r>
        <w:rPr>
          <w:b/>
          <w:sz w:val="20"/>
        </w:rPr>
        <w:t>12. Severability</w:t>
      </w:r>
    </w:p>
    <w:p>
      <w:r>
        <w:rPr>
          <w:b w:val="0"/>
          <w:sz w:val="20"/>
        </w:rPr>
        <w:t>If any provision of this Agreement is found to be invalid or unenforceable, the remainder of the Agreement shall remain in full force and effect.</w:t>
      </w:r>
    </w:p>
    <w:p/>
    <w:p>
      <w:r>
        <w:rPr>
          <w:b/>
          <w:sz w:val="20"/>
        </w:rPr>
        <w:t>13. Notices</w:t>
      </w:r>
    </w:p>
    <w:p>
      <w:r>
        <w:rPr>
          <w:b w:val="0"/>
          <w:sz w:val="20"/>
        </w:rPr>
        <w:t>All notices required or permitted under this Agreement shall be in writing and shall be deemed delivered when delivered in person, sent by certified mail, return receipt requested, or by a recognized overnight delivery service, to the addresses set forth above or such other address as either party may designate in writing.</w:t>
      </w:r>
    </w:p>
    <w:p/>
    <w:p/>
    <w:p>
      <w:r>
        <w:rPr>
          <w:b w:val="0"/>
          <w:sz w:val="20"/>
        </w:rPr>
        <w:t>Place of signing: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https://contract247-us.com/lawn-maintenance-contract/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wn-maintenan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