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LAWN SERVICE AGREEMENT</w:t>
      </w:r>
    </w:p>
    <w:p/>
    <w:p>
      <w:r>
        <w:rPr>
          <w:b/>
          <w:sz w:val="20"/>
        </w:rPr>
        <w:t>This Lawn Service Agreement ("Agreement") is entered into by and between:</w:t>
      </w:r>
    </w:p>
    <w:p>
      <w:r>
        <w:rPr>
          <w:b w:val="0"/>
          <w:sz w:val="20"/>
        </w:rPr>
        <w:t>Service Provider Name: 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 w:val="0"/>
          <w:sz w:val="20"/>
        </w:rPr>
        <w:t>Client Name: 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2"/>
        </w:rPr>
        <w:t>RECITALS</w:t>
      </w:r>
    </w:p>
    <w:p>
      <w:r>
        <w:rPr>
          <w:b w:val="0"/>
          <w:sz w:val="20"/>
        </w:rPr>
        <w:t>WHEREAS, Service Provider is duly licensed and qualified to perform lawn care and maintenance services;</w:t>
      </w:r>
    </w:p>
    <w:p>
      <w:r>
        <w:rPr>
          <w:b w:val="0"/>
          <w:sz w:val="20"/>
        </w:rPr>
        <w:t>WHEREAS, Client desires to retain Service Provider to perform such services on the property located at the Client's address;</w:t>
      </w:r>
    </w:p>
    <w:p>
      <w:r>
        <w:rPr>
          <w:b w:val="0"/>
          <w:sz w:val="20"/>
        </w:rPr>
        <w:t>NOW, THEREFORE, in consideration of the mutual covenants and promises herein contained, the parties agree as follows:</w:t>
      </w:r>
    </w:p>
    <w:p/>
    <w:p>
      <w:r>
        <w:rPr>
          <w:b/>
          <w:sz w:val="22"/>
        </w:rPr>
        <w:t>1. SERVICES TO BE PROVIDED</w:t>
      </w:r>
    </w:p>
    <w:p>
      <w:r>
        <w:rPr>
          <w:b w:val="0"/>
          <w:sz w:val="20"/>
        </w:rPr>
        <w:t>Service Provider shall provide the following lawn care services ("Services") as agreed upon:</w:t>
      </w:r>
    </w:p>
    <w:p>
      <w:r>
        <w:rPr>
          <w:b w:val="0"/>
          <w:sz w:val="20"/>
        </w:rPr>
        <w:t>- Lawn mowing</w:t>
      </w:r>
    </w:p>
    <w:p>
      <w:r>
        <w:rPr>
          <w:b w:val="0"/>
          <w:sz w:val="20"/>
        </w:rPr>
        <w:t>- Edging sidewalks and driveways</w:t>
      </w:r>
    </w:p>
    <w:p>
      <w:r>
        <w:rPr>
          <w:b w:val="0"/>
          <w:sz w:val="20"/>
        </w:rPr>
        <w:t>- Trimming shrubs as specified</w:t>
      </w:r>
    </w:p>
    <w:p>
      <w:r>
        <w:rPr>
          <w:b w:val="0"/>
          <w:sz w:val="20"/>
        </w:rPr>
        <w:t>- Leaf removal</w:t>
      </w:r>
    </w:p>
    <w:p>
      <w:r>
        <w:rPr>
          <w:b w:val="0"/>
          <w:sz w:val="20"/>
        </w:rPr>
        <w:t>- Fertilization and weed control (if applicable)</w:t>
      </w:r>
    </w:p>
    <w:p>
      <w:r>
        <w:rPr>
          <w:b w:val="0"/>
          <w:sz w:val="20"/>
        </w:rPr>
        <w:t>- Seasonal clean-up</w:t>
      </w:r>
    </w:p>
    <w:p>
      <w:r>
        <w:rPr>
          <w:b w:val="0"/>
          <w:sz w:val="20"/>
        </w:rPr>
        <w:t>- Other services as mutually agreed: __________________________________</w:t>
      </w:r>
    </w:p>
    <w:p/>
    <w:p>
      <w:r>
        <w:rPr>
          <w:b/>
          <w:sz w:val="22"/>
        </w:rPr>
        <w:t>2. SERVICE SCHEDULE</w:t>
      </w:r>
    </w:p>
    <w:p>
      <w:r>
        <w:rPr>
          <w:b w:val="0"/>
          <w:sz w:val="20"/>
        </w:rPr>
        <w:t>Services shall be performed on the following schedule:</w:t>
      </w:r>
    </w:p>
    <w:p>
      <w:r>
        <w:rPr>
          <w:b w:val="0"/>
          <w:sz w:val="20"/>
        </w:rPr>
        <w:t>- Frequency: ____________________________________________________________</w:t>
      </w:r>
    </w:p>
    <w:p>
      <w:r>
        <w:rPr>
          <w:b w:val="0"/>
          <w:sz w:val="20"/>
        </w:rPr>
        <w:t>- Days of Service: _______________________________________________________</w:t>
      </w:r>
    </w:p>
    <w:p>
      <w:r>
        <w:rPr>
          <w:b w:val="0"/>
          <w:sz w:val="20"/>
        </w:rPr>
        <w:t>- Time of Service: _______________________________________________________</w:t>
      </w:r>
    </w:p>
    <w:p/>
    <w:p>
      <w:r>
        <w:rPr>
          <w:b/>
          <w:sz w:val="22"/>
        </w:rPr>
        <w:t>3. PAYMENT TERMS</w:t>
      </w:r>
    </w:p>
    <w:p>
      <w:r>
        <w:rPr>
          <w:b w:val="0"/>
          <w:sz w:val="20"/>
        </w:rPr>
        <w:t>Client agrees to pay Service Provider as follows:</w:t>
      </w:r>
    </w:p>
    <w:p>
      <w:r>
        <w:rPr>
          <w:b w:val="0"/>
          <w:sz w:val="20"/>
        </w:rPr>
        <w:t>- Service Fee: $________________ per service visit or $________________ per month</w:t>
      </w:r>
    </w:p>
    <w:p>
      <w:r>
        <w:rPr>
          <w:b w:val="0"/>
          <w:sz w:val="20"/>
        </w:rPr>
        <w:t>- Payment Due Date: ____________________________________________________</w:t>
      </w:r>
    </w:p>
    <w:p>
      <w:r>
        <w:rPr>
          <w:b w:val="0"/>
          <w:sz w:val="20"/>
        </w:rPr>
        <w:t>- Payment Method: ______________________________________________________</w:t>
      </w:r>
    </w:p>
    <w:p>
      <w:r>
        <w:rPr>
          <w:b w:val="0"/>
          <w:sz w:val="20"/>
        </w:rPr>
        <w:t>- Late Payment: Any payment not received within ______ days of due date shall accrue a late fee of $__________ or ______% monthly.</w:t>
      </w:r>
    </w:p>
    <w:p/>
    <w:p>
      <w:r>
        <w:rPr>
          <w:b/>
          <w:sz w:val="22"/>
        </w:rPr>
        <w:t>4. TERM AND TERMINATION</w:t>
      </w:r>
    </w:p>
    <w:p>
      <w:r>
        <w:rPr>
          <w:b w:val="0"/>
          <w:sz w:val="20"/>
        </w:rPr>
        <w:t>This Agreement shall commence upon execution by both parties and continue until terminated as follows:</w:t>
      </w:r>
    </w:p>
    <w:p>
      <w:r>
        <w:rPr>
          <w:b w:val="0"/>
          <w:sz w:val="20"/>
        </w:rPr>
        <w:t>- Either party may terminate this Agreement at any time by providing written notice at least ______ days prior to termination date.</w:t>
      </w:r>
    </w:p>
    <w:p>
      <w:r>
        <w:rPr>
          <w:b w:val="0"/>
          <w:sz w:val="20"/>
        </w:rPr>
        <w:t>- Upon termination, Client shall pay for all services rendered up to the termination date.</w:t>
      </w:r>
    </w:p>
    <w:p/>
    <w:p>
      <w:r>
        <w:rPr>
          <w:b/>
          <w:sz w:val="22"/>
        </w:rPr>
        <w:t>5. CLIENT OBLIGATIONS</w:t>
      </w:r>
    </w:p>
    <w:p>
      <w:r>
        <w:rPr>
          <w:b w:val="0"/>
          <w:sz w:val="20"/>
        </w:rPr>
        <w:t>- Client shall provide Service Provider reasonable access to the property during scheduled service times.</w:t>
      </w:r>
    </w:p>
    <w:p>
      <w:r>
        <w:rPr>
          <w:b w:val="0"/>
          <w:sz w:val="20"/>
        </w:rPr>
        <w:t>- Client shall remove all items from the lawn area that may interfere with service performance (e.g., toys, furniture).</w:t>
      </w:r>
    </w:p>
    <w:p>
      <w:r>
        <w:rPr>
          <w:b w:val="0"/>
          <w:sz w:val="20"/>
        </w:rPr>
        <w:t>- Client shall notify Service Provider of any special conditions or hazards on the property.</w:t>
      </w:r>
    </w:p>
    <w:p/>
    <w:p>
      <w:r>
        <w:rPr>
          <w:b/>
          <w:sz w:val="22"/>
        </w:rPr>
        <w:t>6. SERVICE PROVIDER OBLIGATIONS</w:t>
      </w:r>
    </w:p>
    <w:p>
      <w:r>
        <w:rPr>
          <w:b w:val="0"/>
          <w:sz w:val="20"/>
        </w:rPr>
        <w:t>- Service Provider shall perform all services in a professional and workmanlike manner.</w:t>
      </w:r>
    </w:p>
    <w:p>
      <w:r>
        <w:rPr>
          <w:b w:val="0"/>
          <w:sz w:val="20"/>
        </w:rPr>
        <w:t>- Service Provider shall comply with all applicable laws, rules, and regulations.</w:t>
      </w:r>
    </w:p>
    <w:p>
      <w:r>
        <w:rPr>
          <w:b w:val="0"/>
          <w:sz w:val="20"/>
        </w:rPr>
        <w:t>- Service Provider shall maintain necessary licenses, permits, and insurance covering the services rendered.</w:t>
      </w:r>
    </w:p>
    <w:p/>
    <w:p>
      <w:r>
        <w:rPr>
          <w:b/>
          <w:sz w:val="22"/>
        </w:rPr>
        <w:t>7. LIABILITY AND INDEMNIFICATION</w:t>
      </w:r>
    </w:p>
    <w:p>
      <w:r>
        <w:rPr>
          <w:b w:val="0"/>
          <w:sz w:val="20"/>
        </w:rPr>
        <w:t>- Service Provider shall not be liable for damage to underground utilities, sprinkler systems, or landscaping features not clearly marked or disclosed by Client.</w:t>
      </w:r>
    </w:p>
    <w:p>
      <w:r>
        <w:rPr>
          <w:b w:val="0"/>
          <w:sz w:val="20"/>
        </w:rPr>
        <w:t>- Client agrees to indemnify and hold harmless Service Provider and its employees from any claims, damages, or expenses arising out of Client’s negligence or failure to disclose hazards.</w:t>
      </w:r>
    </w:p>
    <w:p>
      <w:r>
        <w:rPr>
          <w:b w:val="0"/>
          <w:sz w:val="20"/>
        </w:rPr>
        <w:t>- Service Provider’s total liability for any claim arising under this Agreement shall not exceed the total amount paid by Client under this Agreement.</w:t>
      </w:r>
    </w:p>
    <w:p/>
    <w:p>
      <w:r>
        <w:rPr>
          <w:b/>
          <w:sz w:val="22"/>
        </w:rPr>
        <w:t>8. INSURANCE</w:t>
      </w:r>
    </w:p>
    <w:p>
      <w:r>
        <w:rPr>
          <w:b w:val="0"/>
          <w:sz w:val="20"/>
        </w:rPr>
        <w:t>- Service Provider maintains general liability insurance and workers’ compensation insurance as required by law and shall provide proof upon Client’s request.</w:t>
      </w:r>
    </w:p>
    <w:p/>
    <w:p>
      <w:r>
        <w:rPr>
          <w:b/>
          <w:sz w:val="22"/>
        </w:rPr>
        <w:t>9. DISPUTE RESOLUTION</w:t>
      </w:r>
    </w:p>
    <w:p>
      <w:r>
        <w:rPr>
          <w:b w:val="0"/>
          <w:sz w:val="20"/>
        </w:rPr>
        <w:t>- Any dispute arising under or related to this Agreement shall first be subject to good faith negotiation between the parties.</w:t>
      </w:r>
    </w:p>
    <w:p>
      <w:r>
        <w:rPr>
          <w:b w:val="0"/>
          <w:sz w:val="20"/>
        </w:rPr>
        <w:t>- If unresolved, disputes shall be submitted to mediation before a mutually agreed mediator in the jurisdiction of the property.</w:t>
      </w:r>
    </w:p>
    <w:p>
      <w:r>
        <w:rPr>
          <w:b w:val="0"/>
          <w:sz w:val="20"/>
        </w:rPr>
        <w:t>- If mediation fails, disputes shall be resolved by binding arbitration in accordance with the rules of the American Arbitration Association.</w:t>
      </w:r>
    </w:p>
    <w:p/>
    <w:p>
      <w:r>
        <w:rPr>
          <w:b/>
          <w:sz w:val="22"/>
        </w:rPr>
        <w:t>10. GOVERNING LAW</w:t>
      </w:r>
    </w:p>
    <w:p>
      <w:r>
        <w:rPr>
          <w:b w:val="0"/>
          <w:sz w:val="20"/>
        </w:rPr>
        <w:t>This Agreement shall be governed by and construed in accordance with the laws of the state in which the property is located, without regard to its conflicts of law principles.</w:t>
      </w:r>
    </w:p>
    <w:p/>
    <w:p>
      <w:r>
        <w:rPr>
          <w:b/>
          <w:sz w:val="22"/>
        </w:rPr>
        <w:t>11. ENTIRE AGREEMENT</w:t>
      </w:r>
    </w:p>
    <w:p>
      <w:r>
        <w:rPr>
          <w:b w:val="0"/>
          <w:sz w:val="20"/>
        </w:rPr>
        <w:t>This Agreement constitutes the entire agreement between the parties regarding the subject matter herein and supersedes all prior agreements, understandings, and negotiations, whether written or oral.</w:t>
      </w:r>
    </w:p>
    <w:p/>
    <w:p>
      <w:r>
        <w:rPr>
          <w:b/>
          <w:sz w:val="22"/>
        </w:rPr>
        <w:t>12. AMENDMENTS</w:t>
      </w:r>
    </w:p>
    <w:p>
      <w:r>
        <w:rPr>
          <w:b w:val="0"/>
          <w:sz w:val="20"/>
        </w:rPr>
        <w:t>Any amendment or modification of this Agreement must be in writing and signed by both parties.</w:t>
      </w:r>
    </w:p>
    <w:p/>
    <w:p>
      <w:r>
        <w:rPr>
          <w:b/>
          <w:sz w:val="22"/>
        </w:rPr>
        <w:t>13. SEVERABILITY</w:t>
      </w:r>
    </w:p>
    <w:p>
      <w:r>
        <w:rPr>
          <w:b w:val="0"/>
          <w:sz w:val="20"/>
        </w:rPr>
        <w:t>If any provision of this Agreement is found to be invalid or unenforceable, the remaining provisions shall continue in full force and effect.</w:t>
      </w:r>
    </w:p>
    <w:p/>
    <w:p/>
    <w:p>
      <w:r>
        <w:rPr>
          <w:b w:val="0"/>
          <w:sz w:val="20"/>
        </w:rPr>
        <w:t>Place of Agreement Execution: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SERVICE PROVIDER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https://contract247-us.com/lawn-service-contract/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247-us.com/lawn-service-contract/" TargetMode="External"/><Relationship Id="rId10" Type="http://schemas.openxmlformats.org/officeDocument/2006/relationships/hyperlink" Target="https://contrac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