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LAYAWAY CONTRACT AGREEMENT</w:t>
      </w:r>
    </w:p>
    <w:p/>
    <w:p>
      <w:r>
        <w:rPr>
          <w:b/>
          <w:sz w:val="20"/>
        </w:rPr>
        <w:t>This Layaway Contract Agreement (the “Contract”) is made by and between:</w:t>
      </w:r>
    </w:p>
    <w:p>
      <w:r>
        <w:rPr>
          <w:b/>
          <w:sz w:val="20"/>
        </w:rPr>
        <w:t>Seller:</w:t>
      </w:r>
    </w:p>
    <w:p>
      <w:r>
        <w:rPr>
          <w:b w:val="0"/>
          <w:sz w:val="20"/>
        </w:rPr>
        <w:t>Full Name: ____________________________________________________________</w:t>
      </w:r>
    </w:p>
    <w:p>
      <w:r>
        <w:rPr>
          <w:b w:val="0"/>
          <w:sz w:val="20"/>
        </w:rPr>
        <w:t>Business Name (if applicable): 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Buyer:</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WHEREAS, the Seller agrees to sell and the Buyer agrees to purchase the goods described below under the terms and conditions set forth herein;</w:t>
      </w:r>
    </w:p>
    <w:p/>
    <w:p>
      <w:r>
        <w:rPr>
          <w:b/>
          <w:sz w:val="20"/>
        </w:rPr>
        <w:t>1. Description of Goods:</w:t>
      </w:r>
    </w:p>
    <w:p>
      <w:r>
        <w:rPr>
          <w:b w:val="0"/>
          <w:sz w:val="20"/>
        </w:rPr>
        <w:t>Item(s) Description: ___________________________________________________</w:t>
      </w:r>
    </w:p>
    <w:p>
      <w:r>
        <w:rPr>
          <w:b w:val="0"/>
          <w:sz w:val="20"/>
        </w:rPr>
        <w:t>Quantity: ______________________</w:t>
      </w:r>
    </w:p>
    <w:p>
      <w:r>
        <w:rPr>
          <w:b w:val="0"/>
          <w:sz w:val="20"/>
        </w:rPr>
        <w:t>Price per Item: ________________ USD</w:t>
      </w:r>
    </w:p>
    <w:p>
      <w:r>
        <w:rPr>
          <w:b w:val="0"/>
          <w:sz w:val="20"/>
        </w:rPr>
        <w:t>Total Price: ___________________ USD</w:t>
      </w:r>
    </w:p>
    <w:p/>
    <w:p>
      <w:r>
        <w:rPr>
          <w:b/>
          <w:sz w:val="20"/>
        </w:rPr>
        <w:t>2. Payment Terms:</w:t>
      </w:r>
    </w:p>
    <w:p>
      <w:r>
        <w:rPr>
          <w:b w:val="0"/>
          <w:sz w:val="20"/>
        </w:rPr>
        <w:t>a) Layaway Deposit Amount: ___________________ USD (the “Deposit”), payable upon execution of this Contract.</w:t>
      </w:r>
    </w:p>
    <w:p>
      <w:r>
        <w:rPr>
          <w:b w:val="0"/>
          <w:sz w:val="20"/>
        </w:rPr>
        <w:t>b) Remaining Balance Amount: ___________________ USD, payable in full on or before the final payment date as agreed herein.</w:t>
      </w:r>
    </w:p>
    <w:p>
      <w:r>
        <w:rPr>
          <w:b w:val="0"/>
          <w:sz w:val="20"/>
        </w:rPr>
        <w:t>c) Payment Schedule:</w:t>
      </w:r>
    </w:p>
    <w:p>
      <w:r>
        <w:rPr>
          <w:b w:val="0"/>
          <w:sz w:val="20"/>
        </w:rPr>
        <w:t xml:space="preserve">   - Payment #1: ____________________ USD on or before ______________________</w:t>
      </w:r>
    </w:p>
    <w:p>
      <w:r>
        <w:rPr>
          <w:b w:val="0"/>
          <w:sz w:val="20"/>
        </w:rPr>
        <w:t xml:space="preserve">   - Payment #2: ____________________ USD on or before ______________________</w:t>
      </w:r>
    </w:p>
    <w:p>
      <w:r>
        <w:rPr>
          <w:b w:val="0"/>
          <w:sz w:val="20"/>
        </w:rPr>
        <w:t xml:space="preserve">   - Additional payments as agreed: ________________________________________</w:t>
      </w:r>
    </w:p>
    <w:p>
      <w:r>
        <w:rPr>
          <w:b w:val="0"/>
          <w:sz w:val="20"/>
        </w:rPr>
        <w:t>d) Payments shall be made by the following method(s): ___________________________</w:t>
      </w:r>
    </w:p>
    <w:p/>
    <w:p>
      <w:r>
        <w:rPr>
          <w:b/>
          <w:sz w:val="20"/>
        </w:rPr>
        <w:t>3. Delivery and Possession:</w:t>
      </w:r>
    </w:p>
    <w:p>
      <w:r>
        <w:rPr>
          <w:b w:val="0"/>
          <w:sz w:val="20"/>
        </w:rPr>
        <w:t>a) The Seller agrees to hold the goods for the Buyer until the full purchase price is paid.</w:t>
      </w:r>
    </w:p>
    <w:p>
      <w:r>
        <w:rPr>
          <w:b w:val="0"/>
          <w:sz w:val="20"/>
        </w:rPr>
        <w:t>b) The Buyer shall not take possession or ownership of the goods until payment of the full balance has been received by the Seller.</w:t>
      </w:r>
    </w:p>
    <w:p>
      <w:r>
        <w:rPr>
          <w:b w:val="0"/>
          <w:sz w:val="20"/>
        </w:rPr>
        <w:t>c) Upon full payment, the Seller shall deliver the goods to the Buyer at the following location:</w:t>
      </w:r>
    </w:p>
    <w:p>
      <w:r>
        <w:rPr>
          <w:b w:val="0"/>
          <w:sz w:val="20"/>
        </w:rPr>
        <w:t xml:space="preserve">   _______________________________________________________________</w:t>
      </w:r>
    </w:p>
    <w:p/>
    <w:p>
      <w:r>
        <w:rPr>
          <w:b/>
          <w:sz w:val="20"/>
        </w:rPr>
        <w:t>4. Cancellation and Refund Policy:</w:t>
      </w:r>
    </w:p>
    <w:p>
      <w:r>
        <w:rPr>
          <w:b w:val="0"/>
          <w:sz w:val="20"/>
        </w:rPr>
        <w:t>a) If the Buyer fails to complete the payment schedule within the agreed period, this Contract may be terminated by the Seller.</w:t>
      </w:r>
    </w:p>
    <w:p>
      <w:r>
        <w:rPr>
          <w:b w:val="0"/>
          <w:sz w:val="20"/>
        </w:rPr>
        <w:t>b) Upon cancellation, the Deposit shall be retained by the Seller as liquidated damages and not as a penalty.</w:t>
      </w:r>
    </w:p>
    <w:p>
      <w:r>
        <w:rPr>
          <w:b w:val="0"/>
          <w:sz w:val="20"/>
        </w:rPr>
        <w:t>c) If the Seller cancels the Contract without fault of the Buyer, the Deposit and any payments made shall be fully refunded to the Buyer.</w:t>
      </w:r>
    </w:p>
    <w:p>
      <w:r>
        <w:rPr>
          <w:b w:val="0"/>
          <w:sz w:val="20"/>
        </w:rPr>
        <w:t>d) The Buyer shall notify the Seller in writing of any cancellation request.</w:t>
      </w:r>
    </w:p>
    <w:p/>
    <w:p>
      <w:r>
        <w:rPr>
          <w:b/>
          <w:sz w:val="20"/>
        </w:rPr>
        <w:t>5. Risk of Loss:</w:t>
      </w:r>
    </w:p>
    <w:p>
      <w:r>
        <w:rPr>
          <w:b w:val="0"/>
          <w:sz w:val="20"/>
        </w:rPr>
        <w:t>The risk of loss or damage to the goods shall remain with the Seller until the full purchase price is paid and the goods are delivered to the Buyer.</w:t>
      </w:r>
    </w:p>
    <w:p/>
    <w:p>
      <w:r>
        <w:rPr>
          <w:b/>
          <w:sz w:val="20"/>
        </w:rPr>
        <w:t>6. Title and Ownership:</w:t>
      </w:r>
    </w:p>
    <w:p>
      <w:r>
        <w:rPr>
          <w:b w:val="0"/>
          <w:sz w:val="20"/>
        </w:rPr>
        <w:t>Title and ownership of the goods shall remain with the Seller until the Buyer has made all payments in full.</w:t>
      </w:r>
    </w:p>
    <w:p>
      <w:r>
        <w:rPr>
          <w:b w:val="0"/>
          <w:sz w:val="20"/>
        </w:rPr>
        <w:t>Upon receipt of the full purchase price, title and ownership shall transfer to the Buyer.</w:t>
      </w:r>
    </w:p>
    <w:p/>
    <w:p>
      <w:r>
        <w:rPr>
          <w:b/>
          <w:sz w:val="20"/>
        </w:rPr>
        <w:t>7. Default and Remedies:</w:t>
      </w:r>
    </w:p>
    <w:p>
      <w:r>
        <w:rPr>
          <w:b w:val="0"/>
          <w:sz w:val="20"/>
        </w:rPr>
        <w:t>a) In the event of Buyer’s default in payment, the Seller may terminate this Contract by providing written notice to the Buyer.</w:t>
      </w:r>
    </w:p>
    <w:p>
      <w:r>
        <w:rPr>
          <w:b w:val="0"/>
          <w:sz w:val="20"/>
        </w:rPr>
        <w:t>b) Upon termination, the Seller may retain all payments received as liquidated damages and may resell the goods.</w:t>
      </w:r>
    </w:p>
    <w:p>
      <w:r>
        <w:rPr>
          <w:b w:val="0"/>
          <w:sz w:val="20"/>
        </w:rPr>
        <w:t>c) The Seller’s remedies under this Contract are cumulative and do not exclude any remedies provided by law.</w:t>
      </w:r>
    </w:p>
    <w:p/>
    <w:p>
      <w:r>
        <w:rPr>
          <w:b/>
          <w:sz w:val="20"/>
        </w:rPr>
        <w:t>8. Governing Law:</w:t>
      </w:r>
    </w:p>
    <w:p>
      <w:r>
        <w:rPr>
          <w:b w:val="0"/>
          <w:sz w:val="20"/>
        </w:rPr>
        <w:t>This Contract shall be governed by and construed in accordance with the laws of the United States and the state of ______________________.</w:t>
      </w:r>
    </w:p>
    <w:p/>
    <w:p>
      <w:r>
        <w:rPr>
          <w:b/>
          <w:sz w:val="20"/>
        </w:rPr>
        <w:t>9. Entire Agreement:</w:t>
      </w:r>
    </w:p>
    <w:p>
      <w:r>
        <w:rPr>
          <w:b w:val="0"/>
          <w:sz w:val="20"/>
        </w:rPr>
        <w:t>This Contract constitutes the entire agreement between the Parties regarding the subject matter hereof and supersedes all prior agreements or understandings, whether written or oral.</w:t>
      </w:r>
    </w:p>
    <w:p/>
    <w:p>
      <w:r>
        <w:rPr>
          <w:b/>
          <w:sz w:val="20"/>
        </w:rPr>
        <w:t>10. Amendments:</w:t>
      </w:r>
    </w:p>
    <w:p>
      <w:r>
        <w:rPr>
          <w:b w:val="0"/>
          <w:sz w:val="20"/>
        </w:rPr>
        <w:t>Any amendments or modifications to this Contract must be made in writing and signed by both Parties.</w:t>
      </w:r>
    </w:p>
    <w:p/>
    <w:p>
      <w:r>
        <w:rPr>
          <w:b/>
          <w:sz w:val="20"/>
        </w:rPr>
        <w:t>11. Severability:</w:t>
      </w:r>
    </w:p>
    <w:p>
      <w:r>
        <w:rPr>
          <w:b w:val="0"/>
          <w:sz w:val="20"/>
        </w:rPr>
        <w:t>If any provision of this Contract is found to be unenforceable or invalid, the remaining provisions shall remain in full force and effect.</w:t>
      </w:r>
    </w:p>
    <w:p/>
    <w:p>
      <w:r>
        <w:rPr>
          <w:b/>
          <w:sz w:val="20"/>
        </w:rPr>
        <w:t>12. Notices:</w:t>
      </w:r>
    </w:p>
    <w:p>
      <w:r>
        <w:rPr>
          <w:b w:val="0"/>
          <w:sz w:val="20"/>
        </w:rPr>
        <w:t>All notices required or permitted under this Contract shall be in writing and delivered personally, by certified mail, or by electronic mail to the addresses set forth above or such other address as a Party may designate by notice.</w:t>
      </w:r>
    </w:p>
    <w:p/>
    <w:p>
      <w:r>
        <w:rPr>
          <w:b/>
          <w:sz w:val="20"/>
        </w:rPr>
        <w:t>IN WITNESS WHEREOF, the Parties have executed this Layaway Contract Agreement as of the date of their signatures below.</w:t>
      </w:r>
    </w:p>
    <w:p/>
    <w:p/>
    <w:p>
      <w:r>
        <w:rPr>
          <w:b w:val="0"/>
          <w:sz w:val="20"/>
        </w:rPr>
        <w:t>Place of Signature: ___________________________________________</w:t>
      </w:r>
    </w:p>
    <w:p>
      <w:r>
        <w:rPr>
          <w:b w:val="0"/>
          <w:sz w:val="20"/>
        </w:rPr>
        <w:t>Date of Signature: 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https://contract247-us.com/layaway-contract/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layaway-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