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MONTHLY PAYMENT CONTRACT AGREEMENT</w:t>
      </w:r>
    </w:p>
    <w:p/>
    <w:p>
      <w:r>
        <w:rPr>
          <w:b/>
          <w:sz w:val="20"/>
        </w:rPr>
        <w:t>PARTIES:</w:t>
      </w:r>
    </w:p>
    <w:p>
      <w:r>
        <w:rPr>
          <w:b w:val="0"/>
          <w:sz w:val="20"/>
        </w:rPr>
        <w:t>This Monthly Payment Contract Agreement (the “Agreement”) is entered into by and between:</w:t>
      </w:r>
    </w:p>
    <w:p>
      <w:r>
        <w:rPr>
          <w:b/>
          <w:sz w:val="20"/>
        </w:rPr>
        <w:t>PAYEE:</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PAYER:</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p>
      <w:r>
        <w:rPr>
          <w:b/>
          <w:sz w:val="20"/>
        </w:rPr>
        <w:t>RECITALS:</w:t>
      </w:r>
    </w:p>
    <w:p>
      <w:r>
        <w:rPr>
          <w:b w:val="0"/>
          <w:sz w:val="20"/>
        </w:rPr>
        <w:t>WHEREAS, the PAYEE is owed a sum of money by the PAYER as described below;</w:t>
      </w:r>
    </w:p>
    <w:p>
      <w:r>
        <w:rPr>
          <w:b w:val="0"/>
          <w:sz w:val="20"/>
        </w:rPr>
        <w:t>WHEREAS, the parties desire to enter into a contract specifying monthly payments towards the satisfaction of such debt;</w:t>
      </w:r>
    </w:p>
    <w:p>
      <w:r>
        <w:rPr>
          <w:b w:val="0"/>
          <w:sz w:val="20"/>
        </w:rPr>
        <w:t>NOW, THEREFORE, in consideration of the mutual covenants herein contained, the parties agree as follows:</w:t>
      </w:r>
    </w:p>
    <w:p/>
    <w:p/>
    <w:p>
      <w:r>
        <w:rPr>
          <w:b/>
          <w:sz w:val="20"/>
        </w:rPr>
        <w:t>1. DESCRIPTION OF DEBT</w:t>
      </w:r>
    </w:p>
    <w:p>
      <w:r>
        <w:rPr>
          <w:b w:val="0"/>
          <w:sz w:val="20"/>
        </w:rPr>
        <w:t>The PAYER acknowledges owing to the PAYEE a total principal amount of $_______________ (the “Debt”), arising from the following transaction or agreement:</w:t>
      </w:r>
    </w:p>
    <w:p>
      <w:r>
        <w:rPr>
          <w:b w:val="0"/>
          <w:sz w:val="20"/>
        </w:rPr>
        <w:t>_______________________________________________________________________________</w:t>
      </w:r>
    </w:p>
    <w:p>
      <w:r>
        <w:rPr>
          <w:b w:val="0"/>
          <w:sz w:val="20"/>
        </w:rPr>
        <w:t>_______________________________________________________________________________</w:t>
      </w:r>
    </w:p>
    <w:p/>
    <w:p>
      <w:r>
        <w:rPr>
          <w:b/>
          <w:sz w:val="20"/>
        </w:rPr>
        <w:t>2. PAYMENT TERMS</w:t>
      </w:r>
    </w:p>
    <w:p>
      <w:r>
        <w:rPr>
          <w:b w:val="0"/>
          <w:sz w:val="20"/>
        </w:rPr>
        <w:t>a) Installment Amount: The PAYER agrees to pay the PAYEE the sum of $_______________ per month (the “Installment Amount”).</w:t>
      </w:r>
    </w:p>
    <w:p>
      <w:r>
        <w:rPr>
          <w:b w:val="0"/>
          <w:sz w:val="20"/>
        </w:rPr>
        <w:t>b) Payment Due Date: Payments shall be due on or before the _______ day of each calendar month.</w:t>
      </w:r>
    </w:p>
    <w:p>
      <w:r>
        <w:rPr>
          <w:b w:val="0"/>
          <w:sz w:val="20"/>
        </w:rPr>
        <w:t>c) Payment Method: Payments shall be made via __________________________________________________.</w:t>
      </w:r>
    </w:p>
    <w:p>
      <w:r>
        <w:rPr>
          <w:b w:val="0"/>
          <w:sz w:val="20"/>
        </w:rPr>
        <w:t>d) First Payment Date: The first payment shall be made on or before ________________________________.</w:t>
      </w:r>
    </w:p>
    <w:p>
      <w:r>
        <w:rPr>
          <w:b w:val="0"/>
          <w:sz w:val="20"/>
        </w:rPr>
        <w:t>e) Duration: Payments shall continue monthly until the Debt is paid in full or otherwise agreed in writing.</w:t>
      </w:r>
    </w:p>
    <w:p/>
    <w:p>
      <w:r>
        <w:rPr>
          <w:b/>
          <w:sz w:val="20"/>
        </w:rPr>
        <w:t>3. LATE PAYMENTS AND FEES</w:t>
      </w:r>
    </w:p>
    <w:p>
      <w:r>
        <w:rPr>
          <w:b w:val="0"/>
          <w:sz w:val="20"/>
        </w:rPr>
        <w:t>a) Late Payment: If any payment is not received within ______ days after the due date, the PAYER shall be considered in default of this Agreement.</w:t>
      </w:r>
    </w:p>
    <w:p>
      <w:r>
        <w:rPr>
          <w:b w:val="0"/>
          <w:sz w:val="20"/>
        </w:rPr>
        <w:t>b) Late Fee: For each late payment, the PAYER shall pay a late fee of $_______________ or ________% of the overdue amount, whichever is greater.</w:t>
      </w:r>
    </w:p>
    <w:p>
      <w:r>
        <w:rPr>
          <w:b w:val="0"/>
          <w:sz w:val="20"/>
        </w:rPr>
        <w:t>c) Interest on Overdue Amounts: Overdue amounts may accrue interest at the rate of ________% per annum, calculated daily from the due date until payment is received.</w:t>
      </w:r>
    </w:p>
    <w:p/>
    <w:p>
      <w:r>
        <w:rPr>
          <w:b/>
          <w:sz w:val="20"/>
        </w:rPr>
        <w:t>4. PREPAYMENT</w:t>
      </w:r>
    </w:p>
    <w:p>
      <w:r>
        <w:rPr>
          <w:b w:val="0"/>
          <w:sz w:val="20"/>
        </w:rPr>
        <w:t>The PAYER may prepay all or any portion of the Debt at any time without penalty. Any prepayment shall be applied first to outstanding fees or interest and then to principal.</w:t>
      </w:r>
    </w:p>
    <w:p/>
    <w:p>
      <w:r>
        <w:rPr>
          <w:b/>
          <w:sz w:val="20"/>
        </w:rPr>
        <w:t>5. DEFAULT AND REMEDIES</w:t>
      </w:r>
    </w:p>
    <w:p>
      <w:r>
        <w:rPr>
          <w:b w:val="0"/>
          <w:sz w:val="20"/>
        </w:rPr>
        <w:t>a) Default: The PAYER shall be in default if any installment remains unpaid beyond ______ days after its due date, or if the PAYER breaches any other term of this Agreement.</w:t>
      </w:r>
    </w:p>
    <w:p>
      <w:r>
        <w:rPr>
          <w:b w:val="0"/>
          <w:sz w:val="20"/>
        </w:rPr>
        <w:t>b) Remedies: Upon default, the PAYEE may declare the entire remaining balance of the Debt immediately due and payable and pursue all legal remedies available under United States law.</w:t>
      </w:r>
    </w:p>
    <w:p>
      <w:r>
        <w:rPr>
          <w:b w:val="0"/>
          <w:sz w:val="20"/>
        </w:rPr>
        <w:t>c) Costs and Fees: The PAYER agrees to pay all reasonable costs and attorney’s fees incurred by the PAYEE in enforcing this Agreement after default.</w:t>
      </w:r>
    </w:p>
    <w:p/>
    <w:p>
      <w:r>
        <w:rPr>
          <w:b/>
          <w:sz w:val="20"/>
        </w:rPr>
        <w:t>6. NOTICES</w:t>
      </w:r>
    </w:p>
    <w:p>
      <w:r>
        <w:rPr>
          <w:b w:val="0"/>
          <w:sz w:val="20"/>
        </w:rPr>
        <w:t>All notices, demands, or communications under this Agreement shall be in writing and delivered personally, by certified mail, return receipt requested, or by a nationally recognized overnight courier service, to the addresses provided above or to such other address as either party may designate by notice.</w:t>
      </w:r>
    </w:p>
    <w:p/>
    <w:p>
      <w:r>
        <w:rPr>
          <w:b/>
          <w:sz w:val="20"/>
        </w:rPr>
        <w:t>7. GOVERNING LAW AND JURISDICTION</w:t>
      </w:r>
    </w:p>
    <w:p>
      <w:r>
        <w:rPr>
          <w:b w:val="0"/>
          <w:sz w:val="20"/>
        </w:rPr>
        <w:t>This Agreement shall be governed by and construed in accordance with the laws of the State of ____________________, without regard to its conflict of laws principles.</w:t>
      </w:r>
    </w:p>
    <w:p>
      <w:r>
        <w:rPr>
          <w:b w:val="0"/>
          <w:sz w:val="20"/>
        </w:rPr>
        <w:t>Any legal action or proceeding arising under this Agreement shall be brought exclusively in the federal or state courts located in ____________________, and the parties consent to personal jurisdiction and venue therein.</w:t>
      </w:r>
    </w:p>
    <w:p/>
    <w:p>
      <w:r>
        <w:rPr>
          <w:b/>
          <w:sz w:val="20"/>
        </w:rPr>
        <w:t>8. ENTIRE AGREEMENT</w:t>
      </w:r>
    </w:p>
    <w:p>
      <w:r>
        <w:rPr>
          <w:b w:val="0"/>
          <w:sz w:val="20"/>
        </w:rPr>
        <w:t>This Agreement constitutes the entire agreement between the parties regarding its subject matter and supersedes all prior oral or written negotiations, representations, or agreements.</w:t>
      </w:r>
    </w:p>
    <w:p/>
    <w:p>
      <w:r>
        <w:rPr>
          <w:b/>
          <w:sz w:val="20"/>
        </w:rPr>
        <w:t>9. AMENDMENTS</w:t>
      </w:r>
    </w:p>
    <w:p>
      <w:r>
        <w:rPr>
          <w:b w:val="0"/>
          <w:sz w:val="20"/>
        </w:rPr>
        <w:t>Any amendment or modification to this Agreement shall be valid only if made in writing and signed by both parties.</w:t>
      </w:r>
    </w:p>
    <w:p/>
    <w:p>
      <w:r>
        <w:rPr>
          <w:b/>
          <w:sz w:val="20"/>
        </w:rPr>
        <w:t>10. SEVERABILITY</w:t>
      </w:r>
    </w:p>
    <w:p>
      <w:r>
        <w:rPr>
          <w:b w:val="0"/>
          <w:sz w:val="20"/>
        </w:rPr>
        <w:t>If any provision of this Agreement is found to be invalid or unenforceable, the remaining provisions shall remain in full force and effect.</w:t>
      </w:r>
    </w:p>
    <w:p/>
    <w:p>
      <w:r>
        <w:rPr>
          <w:b/>
          <w:sz w:val="20"/>
        </w:rPr>
        <w:t>11. WAIVER</w:t>
      </w:r>
    </w:p>
    <w:p>
      <w:r>
        <w:rPr>
          <w:b w:val="0"/>
          <w:sz w:val="20"/>
        </w:rPr>
        <w:t>No waiver of any breach or default hereunder shall be deemed a waiver of any subsequent breach or default.</w:t>
      </w:r>
    </w:p>
    <w:p/>
    <w:p>
      <w:r>
        <w:rPr>
          <w:b/>
          <w:sz w:val="20"/>
        </w:rPr>
        <w:t>12. BINDING EFFECT</w:t>
      </w:r>
    </w:p>
    <w:p>
      <w:r>
        <w:rPr>
          <w:b w:val="0"/>
          <w:sz w:val="20"/>
        </w:rPr>
        <w:t>This Agreement shall be binding upon and inure to the benefit of the parties and their respective heirs, legal representatives, successors, and permitted assigns.</w:t>
      </w:r>
    </w:p>
    <w:p/>
    <w:p/>
    <w:p>
      <w:r>
        <w:rPr>
          <w:b w:val="0"/>
          <w:sz w:val="20"/>
        </w:rPr>
        <w:t>IN WITNESS WHEREOF, the parties hereto have executed this Monthly Payment Contract Agreement as evidenced by their signatures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PAYEE</w:t>
            </w:r>
          </w:p>
        </w:tc>
        <w:tc>
          <w:tcPr>
            <w:tcW w:type="dxa" w:w="4986"/>
            <w:tcBorders>
              <w:top w:val="nil"/>
              <w:left w:val="nil"/>
              <w:bottom w:val="nil"/>
              <w:right w:val="nil"/>
              <w:insideH w:val="nil"/>
              <w:insideV w:val="nil"/>
            </w:tcBorders>
          </w:tcPr>
          <w:p>
            <w:pPr>
              <w:jc w:val="center"/>
            </w:pPr>
            <w:r>
              <w:t>PAYER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https://contract247-us.com/monthly-payment-contract/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monthly-payment-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