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MEMORANDUM OF UNDERSTANDING (MOU)</w:t>
      </w:r>
    </w:p>
    <w:p/>
    <w:p>
      <w:r>
        <w:rPr>
          <w:b/>
          <w:sz w:val="20"/>
        </w:rPr>
        <w:t>This Memorandum of Understanding ("MOU") is entered into by and between the following parties:</w:t>
      </w:r>
    </w:p>
    <w:p/>
    <w:p>
      <w:r>
        <w:rPr>
          <w:b/>
          <w:sz w:val="20"/>
        </w:rPr>
        <w:t>Party A:</w:t>
      </w:r>
    </w:p>
    <w:p>
      <w:r>
        <w:rPr>
          <w:b w:val="0"/>
          <w:sz w:val="20"/>
        </w:rPr>
        <w:t>Full Legal Name: ________________________________________________</w:t>
      </w:r>
    </w:p>
    <w:p>
      <w:r>
        <w:rPr>
          <w:b w:val="0"/>
          <w:sz w:val="20"/>
        </w:rPr>
        <w:t>Type of Entity (if applicable): ____________________________________</w:t>
      </w:r>
    </w:p>
    <w:p>
      <w:r>
        <w:rPr>
          <w:b w:val="0"/>
          <w:sz w:val="20"/>
        </w:rPr>
        <w:t>Address: ________________________________________________________</w:t>
      </w:r>
    </w:p>
    <w:p>
      <w:r>
        <w:rPr>
          <w:b w:val="0"/>
          <w:sz w:val="20"/>
        </w:rPr>
        <w:t>Contact Person: _________________________________________________</w:t>
      </w:r>
    </w:p>
    <w:p>
      <w:r>
        <w:rPr>
          <w:b w:val="0"/>
          <w:sz w:val="20"/>
        </w:rPr>
        <w:t>Phone: __________________________________________________________</w:t>
      </w:r>
    </w:p>
    <w:p>
      <w:r>
        <w:rPr>
          <w:b w:val="0"/>
          <w:sz w:val="20"/>
        </w:rPr>
        <w:t>Email: ___________________________________________________________</w:t>
      </w:r>
    </w:p>
    <w:p/>
    <w:p>
      <w:r>
        <w:rPr>
          <w:b/>
          <w:sz w:val="20"/>
        </w:rPr>
        <w:t>Party B:</w:t>
      </w:r>
    </w:p>
    <w:p>
      <w:r>
        <w:rPr>
          <w:b w:val="0"/>
          <w:sz w:val="20"/>
        </w:rPr>
        <w:t>Full Legal Name: ________________________________________________</w:t>
      </w:r>
    </w:p>
    <w:p>
      <w:r>
        <w:rPr>
          <w:b w:val="0"/>
          <w:sz w:val="20"/>
        </w:rPr>
        <w:t>Type of Entity (if applicable): ____________________________________</w:t>
      </w:r>
    </w:p>
    <w:p>
      <w:r>
        <w:rPr>
          <w:b w:val="0"/>
          <w:sz w:val="20"/>
        </w:rPr>
        <w:t>Address: ________________________________________________________</w:t>
      </w:r>
    </w:p>
    <w:p>
      <w:r>
        <w:rPr>
          <w:b w:val="0"/>
          <w:sz w:val="20"/>
        </w:rPr>
        <w:t>Contact Person: _________________________________________________</w:t>
      </w:r>
    </w:p>
    <w:p>
      <w:r>
        <w:rPr>
          <w:b w:val="0"/>
          <w:sz w:val="20"/>
        </w:rPr>
        <w:t>Phone: __________________________________________________________</w:t>
      </w:r>
    </w:p>
    <w:p>
      <w:r>
        <w:rPr>
          <w:b w:val="0"/>
          <w:sz w:val="20"/>
        </w:rPr>
        <w:t>Email: ___________________________________________________________</w:t>
      </w:r>
    </w:p>
    <w:p/>
    <w:p>
      <w:r>
        <w:rPr>
          <w:b/>
          <w:sz w:val="20"/>
        </w:rPr>
        <w:t>RECITALS</w:t>
      </w:r>
    </w:p>
    <w:p>
      <w:r>
        <w:rPr>
          <w:b w:val="0"/>
          <w:sz w:val="20"/>
        </w:rPr>
        <w:t>WHEREAS, the Parties desire to enter into this MOU to establish the terms and conditions under which they will collaborate;</w:t>
      </w:r>
    </w:p>
    <w:p>
      <w:r>
        <w:rPr>
          <w:b w:val="0"/>
          <w:sz w:val="20"/>
        </w:rPr>
        <w:t>WHEREAS, this MOU is intended to outline the mutual understanding and intentions of the Parties with respect to their potential cooperation;</w:t>
      </w:r>
    </w:p>
    <w:p>
      <w:r>
        <w:rPr>
          <w:b w:val="0"/>
          <w:sz w:val="20"/>
        </w:rPr>
        <w:t>WHEREAS, this MOU does not create any legally binding obligations except as expressly stated herein;</w:t>
      </w:r>
    </w:p>
    <w:p/>
    <w:p>
      <w:r>
        <w:rPr>
          <w:b/>
          <w:sz w:val="20"/>
        </w:rPr>
        <w:t>1. Purpose</w:t>
      </w:r>
    </w:p>
    <w:p>
      <w:r>
        <w:rPr>
          <w:b w:val="0"/>
          <w:sz w:val="20"/>
        </w:rPr>
        <w:t>The purpose of this MOU is to set forth the general framework and terms for collaboration between the Parties in connection with the following project or business opportunity:</w:t>
      </w:r>
    </w:p>
    <w:p>
      <w:r>
        <w:rPr>
          <w:b w:val="0"/>
          <w:sz w:val="20"/>
        </w:rPr>
        <w:t>________________________________________________________________________</w:t>
      </w:r>
    </w:p>
    <w:p>
      <w:r>
        <w:rPr>
          <w:b w:val="0"/>
          <w:sz w:val="20"/>
        </w:rPr>
        <w:t>________________________________________________________________________</w:t>
      </w:r>
    </w:p>
    <w:p/>
    <w:p>
      <w:r>
        <w:rPr>
          <w:b/>
          <w:sz w:val="20"/>
        </w:rPr>
        <w:t>2. Definitions</w:t>
      </w:r>
    </w:p>
    <w:p>
      <w:r>
        <w:rPr>
          <w:b w:val="0"/>
          <w:sz w:val="20"/>
        </w:rPr>
        <w:t>For purposes of this MOU, the following terms shall have the meanings set forth below unless otherwise defined:</w:t>
      </w:r>
    </w:p>
    <w:p>
      <w:r>
        <w:rPr>
          <w:b w:val="0"/>
          <w:sz w:val="20"/>
        </w:rPr>
        <w:t>“Confidential Information” means any proprietary or non-public information disclosed by one Party to the other, whether oral, written, or in any other form;</w:t>
      </w:r>
    </w:p>
    <w:p>
      <w:r>
        <w:rPr>
          <w:b w:val="0"/>
          <w:sz w:val="20"/>
        </w:rPr>
        <w:t>“Effective Date” means the date upon which the last Party signs this MOU;</w:t>
      </w:r>
    </w:p>
    <w:p>
      <w:r>
        <w:rPr>
          <w:b w:val="0"/>
          <w:sz w:val="20"/>
        </w:rPr>
        <w:t>“Term” means the duration of this MOU as set forth in Section 9 below.</w:t>
      </w:r>
    </w:p>
    <w:p/>
    <w:p>
      <w:r>
        <w:rPr>
          <w:b/>
          <w:sz w:val="20"/>
        </w:rPr>
        <w:t>3. Roles and Responsibilities</w:t>
      </w:r>
    </w:p>
    <w:p>
      <w:r>
        <w:rPr>
          <w:b w:val="0"/>
          <w:sz w:val="20"/>
        </w:rPr>
        <w:t>Each Party agrees to undertake the following roles and responsibilities in good faith:</w:t>
      </w:r>
    </w:p>
    <w:p>
      <w:r>
        <w:rPr>
          <w:b w:val="0"/>
          <w:sz w:val="20"/>
        </w:rPr>
        <w:t>Party A shall: _____________________________________________________</w:t>
      </w:r>
    </w:p>
    <w:p>
      <w:r>
        <w:rPr>
          <w:b w:val="0"/>
          <w:sz w:val="20"/>
        </w:rPr>
        <w:t>___________________________________________________________________</w:t>
      </w:r>
    </w:p>
    <w:p>
      <w:r>
        <w:rPr>
          <w:b w:val="0"/>
          <w:sz w:val="20"/>
        </w:rPr>
        <w:t>Party B shall: _____________________________________________________</w:t>
      </w:r>
    </w:p>
    <w:p>
      <w:r>
        <w:rPr>
          <w:b w:val="0"/>
          <w:sz w:val="20"/>
        </w:rPr>
        <w:t>___________________________________________________________________</w:t>
      </w:r>
    </w:p>
    <w:p/>
    <w:p>
      <w:r>
        <w:rPr>
          <w:b/>
          <w:sz w:val="20"/>
        </w:rPr>
        <w:t>4. Confidentiality</w:t>
      </w:r>
    </w:p>
    <w:p>
      <w:r>
        <w:rPr>
          <w:b w:val="0"/>
          <w:sz w:val="20"/>
        </w:rPr>
        <w:t>The Parties acknowledge that during the term of this MOU, each Party may disclose Confidential Information to the other. The Parties agree to:</w:t>
      </w:r>
    </w:p>
    <w:p>
      <w:r>
        <w:rPr>
          <w:b w:val="0"/>
          <w:sz w:val="20"/>
        </w:rPr>
        <w:t>- Maintain the confidentiality of such information;</w:t>
      </w:r>
    </w:p>
    <w:p>
      <w:r>
        <w:rPr>
          <w:b w:val="0"/>
          <w:sz w:val="20"/>
        </w:rPr>
        <w:t>- Use the Confidential Information solely for the purposes contemplated by this MOU;</w:t>
      </w:r>
    </w:p>
    <w:p>
      <w:r>
        <w:rPr>
          <w:b w:val="0"/>
          <w:sz w:val="20"/>
        </w:rPr>
        <w:t>- Not disclose Confidential Information to any third party without prior written consent of the disclosing Party;</w:t>
      </w:r>
    </w:p>
    <w:p>
      <w:r>
        <w:rPr>
          <w:b w:val="0"/>
          <w:sz w:val="20"/>
        </w:rPr>
        <w:t>- Take reasonable measures to protect the confidentiality of the information.</w:t>
      </w:r>
    </w:p>
    <w:p/>
    <w:p>
      <w:r>
        <w:rPr>
          <w:b/>
          <w:sz w:val="20"/>
        </w:rPr>
        <w:t>5. Intellectual Property</w:t>
      </w:r>
    </w:p>
    <w:p>
      <w:r>
        <w:rPr>
          <w:b w:val="0"/>
          <w:sz w:val="20"/>
        </w:rPr>
        <w:t>All intellectual property rights and ownership existing prior to this MOU shall remain the sole property of the respective Party. Any intellectual property developed jointly or individually during the term of this MOU shall be addressed as follows:</w:t>
      </w:r>
    </w:p>
    <w:p>
      <w:r>
        <w:rPr>
          <w:b w:val="0"/>
          <w:sz w:val="20"/>
        </w:rPr>
        <w:t>________________________________________________________________________</w:t>
      </w:r>
    </w:p>
    <w:p>
      <w:r>
        <w:rPr>
          <w:b w:val="0"/>
          <w:sz w:val="20"/>
        </w:rPr>
        <w:t>________________________________________________________________________</w:t>
      </w:r>
    </w:p>
    <w:p/>
    <w:p>
      <w:r>
        <w:rPr>
          <w:b/>
          <w:sz w:val="20"/>
        </w:rPr>
        <w:t>6. No Binding Obligation</w:t>
      </w:r>
    </w:p>
    <w:p>
      <w:r>
        <w:rPr>
          <w:b w:val="0"/>
          <w:sz w:val="20"/>
        </w:rPr>
        <w:t>This MOU is intended solely as a statement of mutual intentions and does not create any legally binding obligations on either Party except for Sections 4 (Confidentiality), 7 (Governing Law), 8 (Dispute Resolution), and 9 (Term and Termination).</w:t>
      </w:r>
    </w:p>
    <w:p/>
    <w:p>
      <w:r>
        <w:rPr>
          <w:b/>
          <w:sz w:val="20"/>
        </w:rPr>
        <w:t>7. Governing Law</w:t>
      </w:r>
    </w:p>
    <w:p>
      <w:r>
        <w:rPr>
          <w:b w:val="0"/>
          <w:sz w:val="20"/>
        </w:rPr>
        <w:t>This MOU shall be governed by and construed in accordance with the laws of the State of ____________________, United States of America, without regard to its conflict of laws principles.</w:t>
      </w:r>
    </w:p>
    <w:p/>
    <w:p>
      <w:r>
        <w:rPr>
          <w:b/>
          <w:sz w:val="20"/>
        </w:rPr>
        <w:t>8. Dispute Resolution</w:t>
      </w:r>
    </w:p>
    <w:p>
      <w:r>
        <w:rPr>
          <w:b w:val="0"/>
          <w:sz w:val="20"/>
        </w:rPr>
        <w:t>In the event of any dispute arising out of or related to this MOU, the Parties agree to attempt to resolve the dispute amicably through good faith negotiations. If resolution cannot be reached within thirty (30) days, the Parties agree to submit the dispute to mediation prior to pursuing any other remedy permitted by law.</w:t>
      </w:r>
    </w:p>
    <w:p/>
    <w:p>
      <w:r>
        <w:rPr>
          <w:b/>
          <w:sz w:val="20"/>
        </w:rPr>
        <w:t>9. Term and Termination</w:t>
      </w:r>
    </w:p>
    <w:p>
      <w:r>
        <w:rPr>
          <w:b w:val="0"/>
          <w:sz w:val="20"/>
        </w:rPr>
        <w:t>This MOU shall commence on the Effective Date and shall continue in effect for a period of _______________ months/years, unless earlier terminated by either Party with thirty (30) days prior written notice to the other Party.</w:t>
      </w:r>
    </w:p>
    <w:p>
      <w:r>
        <w:rPr>
          <w:b w:val="0"/>
          <w:sz w:val="20"/>
        </w:rPr>
        <w:t>Termination shall not affect any rights or obligations that have accrued prior to termination, including but not limited to confidentiality obligations.</w:t>
      </w:r>
    </w:p>
    <w:p/>
    <w:p>
      <w:r>
        <w:rPr>
          <w:b/>
          <w:sz w:val="20"/>
        </w:rPr>
        <w:t>10. Amendments</w:t>
      </w:r>
    </w:p>
    <w:p>
      <w:r>
        <w:rPr>
          <w:b w:val="0"/>
          <w:sz w:val="20"/>
        </w:rPr>
        <w:t>Any amendments or modifications to this MOU must be in writing and signed by authorized representatives of both Parties.</w:t>
      </w:r>
    </w:p>
    <w:p/>
    <w:p>
      <w:r>
        <w:rPr>
          <w:b/>
          <w:sz w:val="20"/>
        </w:rPr>
        <w:t>11. Entire Agreement</w:t>
      </w:r>
    </w:p>
    <w:p>
      <w:r>
        <w:rPr>
          <w:b w:val="0"/>
          <w:sz w:val="20"/>
        </w:rPr>
        <w:t>This MOU constitutes the entire understanding between the Parties with respect to the subject matter herein and supersedes all prior discussions, negotiations, and agreements, whether oral or written.</w:t>
      </w:r>
    </w:p>
    <w:p/>
    <w:p>
      <w:r>
        <w:rPr>
          <w:b/>
          <w:sz w:val="20"/>
        </w:rPr>
        <w:t>12. Counterparts</w:t>
      </w:r>
    </w:p>
    <w:p>
      <w:r>
        <w:rPr>
          <w:b w:val="0"/>
          <w:sz w:val="20"/>
        </w:rPr>
        <w:t>This MOU may be executed in counterparts, each of which shall be deemed an original, but all of which together shall constitute one and the same instrument.</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A</w:t>
            </w:r>
          </w:p>
        </w:tc>
        <w:tc>
          <w:tcPr>
            <w:tcW w:type="dxa" w:w="4986"/>
            <w:tcBorders>
              <w:top w:val="nil"/>
              <w:left w:val="nil"/>
              <w:bottom w:val="nil"/>
              <w:right w:val="nil"/>
              <w:insideH w:val="nil"/>
              <w:insideV w:val="nil"/>
            </w:tcBorders>
          </w:tcPr>
          <w:p>
            <w:pPr>
              <w:jc w:val="center"/>
            </w:pPr>
            <w:r>
              <w:t>PARTY B</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https://contract247-us.com/mou-contract/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mou-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