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MUSIC ARTIST AGREEMENT</w:t>
      </w:r>
    </w:p>
    <w:p/>
    <w:p>
      <w:r>
        <w:rPr>
          <w:b/>
          <w:sz w:val="20"/>
        </w:rPr>
        <w:t>This Music Artist Agreement (the "Agreement") is made by and between the following parties:</w:t>
      </w:r>
    </w:p>
    <w:p/>
    <w:p>
      <w:r>
        <w:rPr>
          <w:b/>
          <w:sz w:val="20"/>
        </w:rPr>
        <w:t>Artist Information:</w:t>
      </w:r>
    </w:p>
    <w:p>
      <w:r>
        <w:rPr>
          <w:b w:val="0"/>
          <w:sz w:val="20"/>
        </w:rPr>
        <w:t>Full Legal Name: _______________________________________________________</w:t>
      </w:r>
    </w:p>
    <w:p>
      <w:r>
        <w:rPr>
          <w:b w:val="0"/>
          <w:sz w:val="20"/>
        </w:rPr>
        <w:t>Stage Name (if applicable): 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Producer/Label Information:</w:t>
      </w:r>
    </w:p>
    <w:p>
      <w:r>
        <w:rPr>
          <w:b w:val="0"/>
          <w:sz w:val="20"/>
        </w:rPr>
        <w:t>Company Name: __________________________________________________________</w:t>
      </w:r>
    </w:p>
    <w:p>
      <w:r>
        <w:rPr>
          <w:b w:val="0"/>
          <w:sz w:val="20"/>
        </w:rPr>
        <w:t>Authorized Representative Name: 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Artist is a performing musician, vocalist, composer, or songwriter;</w:t>
      </w:r>
    </w:p>
    <w:p>
      <w:r>
        <w:rPr>
          <w:b w:val="0"/>
          <w:sz w:val="20"/>
        </w:rPr>
        <w:t>WHEREAS, the Producer/Label is engaged in the business of producing and distributing music recordings;</w:t>
      </w:r>
    </w:p>
    <w:p>
      <w:r>
        <w:rPr>
          <w:b w:val="0"/>
          <w:sz w:val="20"/>
        </w:rPr>
        <w:t>WHEREAS, the parties desire to enter into this Agreement under which the Artist shall provide certain musical services and recordings, and the Producer/Label shall produce, distribute, and exploit those recordings under the terms set forth herein.</w:t>
      </w:r>
    </w:p>
    <w:p/>
    <w:p/>
    <w:p>
      <w:r>
        <w:rPr>
          <w:b/>
          <w:sz w:val="20"/>
        </w:rPr>
        <w:t>1. ENGAGEMENT AND SERVICES</w:t>
      </w:r>
    </w:p>
    <w:p>
      <w:r>
        <w:rPr>
          <w:b w:val="0"/>
          <w:sz w:val="20"/>
        </w:rPr>
        <w:t>The Artist agrees to perform and deliver musical recordings (the "Recordings") as may be required by the Producer/Label pursuant to the terms of this Agreement. The Artist shall render professional artistic services and cooperate fully in the production, promotion, and distribution of the Recordings.</w:t>
      </w:r>
    </w:p>
    <w:p/>
    <w:p>
      <w:r>
        <w:rPr>
          <w:b/>
          <w:sz w:val="20"/>
        </w:rPr>
        <w:t>2. GRANT OF RIGHTS</w:t>
      </w:r>
    </w:p>
    <w:p>
      <w:r>
        <w:rPr>
          <w:b w:val="0"/>
          <w:sz w:val="20"/>
        </w:rPr>
        <w:t>The Artist hereby grants to the Producer/Label an exclusive, worldwide, sublicensable, irrevocable, and perpetual license to use, reproduce, distribute, perform, display, and otherwise exploit the Recordings and any related artwork, photographs, and promotional materials, in any and all media now known or hereafter devised.</w:t>
      </w:r>
    </w:p>
    <w:p/>
    <w:p>
      <w:r>
        <w:rPr>
          <w:b/>
          <w:sz w:val="20"/>
        </w:rPr>
        <w:t>3. COMPENSATION</w:t>
      </w:r>
    </w:p>
    <w:p>
      <w:r>
        <w:rPr>
          <w:b w:val="0"/>
          <w:sz w:val="20"/>
        </w:rPr>
        <w:t>The Producer/Label shall pay the Artist the following compensation:</w:t>
      </w:r>
    </w:p>
    <w:p>
      <w:r>
        <w:rPr>
          <w:b w:val="0"/>
          <w:sz w:val="20"/>
        </w:rPr>
        <w:t>- Advance Payment: $_______________________ (non-refundable)</w:t>
      </w:r>
    </w:p>
    <w:p>
      <w:r>
        <w:rPr>
          <w:b w:val="0"/>
          <w:sz w:val="20"/>
        </w:rPr>
        <w:t>- Royalty Rate: ___________% of Net Receipts from sales and exploitation of the Recordings.</w:t>
      </w:r>
    </w:p>
    <w:p>
      <w:r>
        <w:rPr>
          <w:b w:val="0"/>
          <w:sz w:val="20"/>
        </w:rPr>
        <w:t>- Payment Schedule: Royalties shall be paid quarterly within 45 days after the end of each calendar quarter, accompanied by an accounting statement.</w:t>
      </w:r>
    </w:p>
    <w:p/>
    <w:p>
      <w:r>
        <w:rPr>
          <w:b/>
          <w:sz w:val="20"/>
        </w:rPr>
        <w:t>4. RECORDING AND DELIVERY</w:t>
      </w:r>
    </w:p>
    <w:p>
      <w:r>
        <w:rPr>
          <w:b w:val="0"/>
          <w:sz w:val="20"/>
        </w:rPr>
        <w:t>The Artist shall deliver the completed Recordings in the agreed format, quality, and specifications by the delivery dates established in each work order or schedule attached hereto. The Producer/Label shall have the right to reject any Recordings that do not conform to professional standards or the agreed requirements.</w:t>
      </w:r>
    </w:p>
    <w:p/>
    <w:p>
      <w:r>
        <w:rPr>
          <w:b/>
          <w:sz w:val="20"/>
        </w:rPr>
        <w:t>5. REPRESENTATIONS AND WARRANTIES</w:t>
      </w:r>
    </w:p>
    <w:p>
      <w:r>
        <w:rPr>
          <w:b w:val="0"/>
          <w:sz w:val="20"/>
        </w:rPr>
        <w:t>The Artist represents and warrants that:</w:t>
      </w:r>
    </w:p>
    <w:p>
      <w:r>
        <w:rPr>
          <w:b w:val="0"/>
          <w:sz w:val="20"/>
        </w:rPr>
        <w:t>- The Recordings are original and do not infringe any third party rights.</w:t>
      </w:r>
    </w:p>
    <w:p>
      <w:r>
        <w:rPr>
          <w:b w:val="0"/>
          <w:sz w:val="20"/>
        </w:rPr>
        <w:t>- The Artist has full authority to enter into this Agreement and grant the rights herein.</w:t>
      </w:r>
    </w:p>
    <w:p>
      <w:r>
        <w:rPr>
          <w:b w:val="0"/>
          <w:sz w:val="20"/>
        </w:rPr>
        <w:t>- No prior agreements conflict with the terms of this Agreement.</w:t>
      </w:r>
    </w:p>
    <w:p/>
    <w:p>
      <w:r>
        <w:rPr>
          <w:b/>
          <w:sz w:val="20"/>
        </w:rPr>
        <w:t>6. OWNERSHIP</w:t>
      </w:r>
    </w:p>
    <w:p>
      <w:r>
        <w:rPr>
          <w:b w:val="0"/>
          <w:sz w:val="20"/>
        </w:rPr>
        <w:t>All master recordings, including the Recordings and all related materials, shall be the sole property of the Producer/Label. The Artist acknowledges and agrees that the Producer/Label shall have all rights, title, and interest in and to the masters and any copies thereof.</w:t>
      </w:r>
    </w:p>
    <w:p/>
    <w:p>
      <w:r>
        <w:rPr>
          <w:b/>
          <w:sz w:val="20"/>
        </w:rPr>
        <w:t>7. CREATIVE CONTROL AND APPROVAL</w:t>
      </w:r>
    </w:p>
    <w:p>
      <w:r>
        <w:rPr>
          <w:b w:val="0"/>
          <w:sz w:val="20"/>
        </w:rPr>
        <w:t>The Artist shall retain artistic input in the production process; however, the Producer/Label shall have final approval over the selection, mixing, mastering, and commercial release of the Recordings.</w:t>
      </w:r>
    </w:p>
    <w:p/>
    <w:p>
      <w:r>
        <w:rPr>
          <w:b/>
          <w:sz w:val="20"/>
        </w:rPr>
        <w:t>8. MARKETING AND PROMOTION</w:t>
      </w:r>
    </w:p>
    <w:p>
      <w:r>
        <w:rPr>
          <w:b w:val="0"/>
          <w:sz w:val="20"/>
        </w:rPr>
        <w:t>The Producer/Label shall have the exclusive right to market, promote, and advertise the Recordings throughout the Territory. The Artist agrees to make reasonable efforts to participate in promotional activities as requested by the Producer/Label.</w:t>
      </w:r>
    </w:p>
    <w:p/>
    <w:p>
      <w:r>
        <w:rPr>
          <w:b/>
          <w:sz w:val="20"/>
        </w:rPr>
        <w:t>9. TERM AND TERMINATION</w:t>
      </w:r>
    </w:p>
    <w:p>
      <w:r>
        <w:rPr>
          <w:b w:val="0"/>
          <w:sz w:val="20"/>
        </w:rPr>
        <w:t>This Agreement shall commence on the effective date specified in the signature section below and shall continue for a period of ______ years, unless earlier terminated pursuant to this Section.</w:t>
      </w:r>
    </w:p>
    <w:p>
      <w:r>
        <w:rPr>
          <w:b w:val="0"/>
          <w:sz w:val="20"/>
        </w:rPr>
        <w:t>Either party may terminate this Agreement upon material breach by the other party that remains uncured for 30 days following written notice. Termination shall be without prejudice to any rights or remedies accrued prior to termination.</w:t>
      </w:r>
    </w:p>
    <w:p/>
    <w:p>
      <w:r>
        <w:rPr>
          <w:b/>
          <w:sz w:val="20"/>
        </w:rPr>
        <w:t>10. CONFIDENTIALITY</w:t>
      </w:r>
    </w:p>
    <w:p>
      <w:r>
        <w:rPr>
          <w:b w:val="0"/>
          <w:sz w:val="20"/>
        </w:rPr>
        <w:t>Each party agrees to keep confidential and not disclose any proprietary or non-public information received from the other party relating to this Agreement, except as required by law or with prior written consent.</w:t>
      </w:r>
    </w:p>
    <w:p/>
    <w:p>
      <w:r>
        <w:rPr>
          <w:b/>
          <w:sz w:val="20"/>
        </w:rPr>
        <w:t>11. INDEMNIFICATION</w:t>
      </w:r>
    </w:p>
    <w:p>
      <w:r>
        <w:rPr>
          <w:b w:val="0"/>
          <w:sz w:val="20"/>
        </w:rPr>
        <w:t>The Artist shall indemnify, defend, and hold harmless the Producer/Label and its affiliates from any claims, damages, liabilities, or expenses arising out of any breach of the Artist’s representations and warranties or any third-party claims related to the Recordings.</w:t>
      </w:r>
    </w:p>
    <w:p/>
    <w:p>
      <w:r>
        <w:rPr>
          <w:b/>
          <w:sz w:val="20"/>
        </w:rPr>
        <w:t>12. MISCELLANEOUS</w:t>
      </w:r>
    </w:p>
    <w:p>
      <w:r>
        <w:rPr>
          <w:b w:val="0"/>
          <w:sz w:val="20"/>
        </w:rPr>
        <w:t>- Governing Law: This Agreement shall be governed by and construed in accordance with the laws of the State of ____________________, United States of America.</w:t>
      </w:r>
    </w:p>
    <w:p>
      <w:r>
        <w:rPr>
          <w:b w:val="0"/>
          <w:sz w:val="20"/>
        </w:rPr>
        <w:t>- Entire Agreement: This Agreement constitutes the entire understanding between the parties and supersedes all prior negotiations, representations, or agreements.</w:t>
      </w:r>
    </w:p>
    <w:p>
      <w:r>
        <w:rPr>
          <w:b w:val="0"/>
          <w:sz w:val="20"/>
        </w:rPr>
        <w:t>- Amendments: No modification or amendment shall be effective unless in writing signed by both parties.</w:t>
      </w:r>
    </w:p>
    <w:p>
      <w:r>
        <w:rPr>
          <w:b w:val="0"/>
          <w:sz w:val="20"/>
        </w:rPr>
        <w:t>- Assignment: Neither party may assign or transfer this Agreement without the prior written consent of the other party.</w:t>
      </w:r>
    </w:p>
    <w:p>
      <w:r>
        <w:rPr>
          <w:b w:val="0"/>
          <w:sz w:val="20"/>
        </w:rPr>
        <w:t>- Severability: If any provision of this Agreement is held invalid or unenforceable, the remainder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ARTIST</w:t>
            </w:r>
          </w:p>
        </w:tc>
        <w:tc>
          <w:tcPr>
            <w:tcW w:type="dxa" w:w="4986"/>
            <w:tcBorders>
              <w:top w:val="nil"/>
              <w:left w:val="nil"/>
              <w:bottom w:val="nil"/>
              <w:right w:val="nil"/>
              <w:insideH w:val="nil"/>
              <w:insideV w:val="nil"/>
            </w:tcBorders>
          </w:tcPr>
          <w:p>
            <w:pPr>
              <w:jc w:val="center"/>
            </w:pPr>
            <w:r>
              <w:t>PRODUCER/LABEL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https://contract247-us.com/music-contract/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usic-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