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MUSIC PRODUCTION AGREEMENT</w:t>
      </w:r>
    </w:p>
    <w:p/>
    <w:p>
      <w:r>
        <w:rPr>
          <w:b/>
          <w:sz w:val="20"/>
        </w:rPr>
        <w:t>This Music Production Agreement ("Agreement") is entered into by and between:</w:t>
      </w:r>
    </w:p>
    <w:p>
      <w:r>
        <w:rPr>
          <w:b w:val="0"/>
          <w:sz w:val="20"/>
        </w:rPr>
        <w:t>Producer Name: 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val="0"/>
          <w:sz w:val="20"/>
        </w:rPr>
        <w:t>Artist Name: 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pPr>
        <w:jc w:val="center"/>
      </w:pPr>
      <w:r>
        <w:rPr>
          <w:b/>
          <w:sz w:val="20"/>
        </w:rPr>
        <w:t>RECITALS</w:t>
      </w:r>
    </w:p>
    <w:p/>
    <w:p>
      <w:r>
        <w:rPr>
          <w:b w:val="0"/>
          <w:sz w:val="20"/>
        </w:rPr>
        <w:t>WHEREAS, the Producer is engaged in the business of music production and has the necessary skills, expertise, and equipment to produce musical recordings;</w:t>
      </w:r>
    </w:p>
    <w:p>
      <w:r>
        <w:rPr>
          <w:b w:val="0"/>
          <w:sz w:val="20"/>
        </w:rPr>
        <w:t>WHEREAS, the Artist is a musician seeking to engage the Producer to produce sound recordings of musical performances;</w:t>
      </w:r>
    </w:p>
    <w:p>
      <w:r>
        <w:rPr>
          <w:b w:val="0"/>
          <w:sz w:val="20"/>
        </w:rPr>
        <w:t>NOW, THEREFORE, in consideration of the mutual covenants and promises contained herein, the parties agree as follows:</w:t>
      </w:r>
    </w:p>
    <w:p/>
    <w:p/>
    <w:p>
      <w:r>
        <w:rPr>
          <w:b/>
          <w:sz w:val="20"/>
        </w:rPr>
        <w:t>1. ENGAGEMENT AND SERVICES</w:t>
      </w:r>
    </w:p>
    <w:p>
      <w:r>
        <w:rPr>
          <w:b w:val="0"/>
          <w:sz w:val="20"/>
        </w:rPr>
        <w:t>1.1 The Artist hereby engages the Producer to perform music production services ("Services") as described in this Agreement.</w:t>
      </w:r>
    </w:p>
    <w:p>
      <w:r>
        <w:rPr>
          <w:b w:val="0"/>
          <w:sz w:val="20"/>
        </w:rPr>
        <w:t>1.2 The Producer agrees to produce musical recordings ("Recordings") for the Artist, including but not limited to recording, mixing, and mastering.</w:t>
      </w:r>
    </w:p>
    <w:p>
      <w:r>
        <w:rPr>
          <w:b w:val="0"/>
          <w:sz w:val="20"/>
        </w:rPr>
        <w:t>1.3 The scope of the Services, including the number of songs and deliverables, shall be as mutually agreed and specified in an attached Schedule or Exhibit.</w:t>
      </w:r>
    </w:p>
    <w:p/>
    <w:p>
      <w:r>
        <w:rPr>
          <w:b/>
          <w:sz w:val="20"/>
        </w:rPr>
        <w:t>2. TERM</w:t>
      </w:r>
    </w:p>
    <w:p>
      <w:r>
        <w:rPr>
          <w:b w:val="0"/>
          <w:sz w:val="20"/>
        </w:rPr>
        <w:t>2.1 This Agreement shall commence upon execution by both parties and continue until completion of the Services or termination pursuant to this Agreement.</w:t>
      </w:r>
    </w:p>
    <w:p/>
    <w:p>
      <w:r>
        <w:rPr>
          <w:b/>
          <w:sz w:val="20"/>
        </w:rPr>
        <w:t>3. COMPENSATION AND PAYMENT</w:t>
      </w:r>
    </w:p>
    <w:p>
      <w:r>
        <w:rPr>
          <w:b w:val="0"/>
          <w:sz w:val="20"/>
        </w:rPr>
        <w:t>3.1 The Artist agrees to pay the Producer a fee of $_______________ for the Services.</w:t>
      </w:r>
    </w:p>
    <w:p>
      <w:r>
        <w:rPr>
          <w:b w:val="0"/>
          <w:sz w:val="20"/>
        </w:rPr>
        <w:t>3.2 Payment shall be made as follows: ________________________________________________________________</w:t>
      </w:r>
    </w:p>
    <w:p>
      <w:r>
        <w:rPr>
          <w:b w:val="0"/>
          <w:sz w:val="20"/>
        </w:rPr>
        <w:t>3.3 Any additional costs such as studio rental, session musicians, or equipment rental shall be approved by the Artist prior to incurring and reimbursed accordingly.</w:t>
      </w:r>
    </w:p>
    <w:p/>
    <w:p>
      <w:r>
        <w:rPr>
          <w:b/>
          <w:sz w:val="20"/>
        </w:rPr>
        <w:t>4. INTELLECTUAL PROPERTY RIGHTS</w:t>
      </w:r>
    </w:p>
    <w:p>
      <w:r>
        <w:rPr>
          <w:b w:val="0"/>
          <w:sz w:val="20"/>
        </w:rPr>
        <w:t>4.1 The Artist retains all rights, title, and interest in the underlying musical compositions and performances.</w:t>
      </w:r>
    </w:p>
    <w:p>
      <w:r>
        <w:rPr>
          <w:b w:val="0"/>
          <w:sz w:val="20"/>
        </w:rPr>
        <w:t>4.2 The Producer grants the Artist exclusive rights to the produced Recordings upon full payment.</w:t>
      </w:r>
    </w:p>
    <w:p>
      <w:r>
        <w:rPr>
          <w:b w:val="0"/>
          <w:sz w:val="20"/>
        </w:rPr>
        <w:t>4.3 The Producer may use the Recordings solely for promotional purposes unless otherwise restricted by the Artist in writing.</w:t>
      </w:r>
    </w:p>
    <w:p>
      <w:r>
        <w:rPr>
          <w:b w:val="0"/>
          <w:sz w:val="20"/>
        </w:rPr>
        <w:t>4.4 The Artist grants the Producer the right to use their name and likeness in connection with the promotion of the Recordings unless otherwise specified.</w:t>
      </w:r>
    </w:p>
    <w:p/>
    <w:p>
      <w:r>
        <w:rPr>
          <w:b/>
          <w:sz w:val="20"/>
        </w:rPr>
        <w:t>5. WARRANTIES AND REPRESENTATIONS</w:t>
      </w:r>
    </w:p>
    <w:p>
      <w:r>
        <w:rPr>
          <w:b w:val="0"/>
          <w:sz w:val="20"/>
        </w:rPr>
        <w:t>5.1 Each party represents and warrants that it has full power and authority to enter into this Agreement.</w:t>
      </w:r>
    </w:p>
    <w:p>
      <w:r>
        <w:rPr>
          <w:b w:val="0"/>
          <w:sz w:val="20"/>
        </w:rPr>
        <w:t>5.2 The Artist warrants that all musical content provided does not infringe any third-party rights.</w:t>
      </w:r>
    </w:p>
    <w:p>
      <w:r>
        <w:rPr>
          <w:b w:val="0"/>
          <w:sz w:val="20"/>
        </w:rPr>
        <w:t>5.3 The Producer warrants that Services will be performed in a professional and workmanlike manner.</w:t>
      </w:r>
    </w:p>
    <w:p>
      <w:r>
        <w:rPr>
          <w:b w:val="0"/>
          <w:sz w:val="20"/>
        </w:rPr>
        <w:t>5.4 Neither party shall be liable for any indirect, incidental, or consequential damages arising from this Agreement.</w:t>
      </w:r>
    </w:p>
    <w:p/>
    <w:p>
      <w:r>
        <w:rPr>
          <w:b/>
          <w:sz w:val="20"/>
        </w:rPr>
        <w:t>6. CONFIDENTIALITY</w:t>
      </w:r>
    </w:p>
    <w:p>
      <w:r>
        <w:rPr>
          <w:b w:val="0"/>
          <w:sz w:val="20"/>
        </w:rPr>
        <w:t>6.1 Both parties agree to maintain confidentiality of any proprietary or confidential information disclosed during the term of this Agreement.</w:t>
      </w:r>
    </w:p>
    <w:p>
      <w:r>
        <w:rPr>
          <w:b w:val="0"/>
          <w:sz w:val="20"/>
        </w:rPr>
        <w:t>6.2 This obligation shall survive termination of this Agreement.</w:t>
      </w:r>
    </w:p>
    <w:p/>
    <w:p>
      <w:r>
        <w:rPr>
          <w:b/>
          <w:sz w:val="20"/>
        </w:rPr>
        <w:t>7. TERMINATION</w:t>
      </w:r>
    </w:p>
    <w:p>
      <w:r>
        <w:rPr>
          <w:b w:val="0"/>
          <w:sz w:val="20"/>
        </w:rPr>
        <w:t>7.1 Either party may terminate this Agreement upon written notice if the other party materially breaches any provision and fails to cure within fifteen (15) days of notice.</w:t>
      </w:r>
    </w:p>
    <w:p>
      <w:r>
        <w:rPr>
          <w:b w:val="0"/>
          <w:sz w:val="20"/>
        </w:rPr>
        <w:t>7.2 Upon termination, the Artist shall pay the Producer for all Services rendered up to the effective date of termination.</w:t>
      </w:r>
    </w:p>
    <w:p>
      <w:r>
        <w:rPr>
          <w:b w:val="0"/>
          <w:sz w:val="20"/>
        </w:rPr>
        <w:t>7.3 Sections concerning Intellectual Property, Confidentiality, Warranties, and Indemnification shall survive termination.</w:t>
      </w:r>
    </w:p>
    <w:p/>
    <w:p>
      <w:r>
        <w:rPr>
          <w:b/>
          <w:sz w:val="20"/>
        </w:rPr>
        <w:t>8. INDEMNIFICATION</w:t>
      </w:r>
    </w:p>
    <w:p>
      <w:r>
        <w:rPr>
          <w:b w:val="0"/>
          <w:sz w:val="20"/>
        </w:rPr>
        <w:t>8.1 Each party agrees to indemnify, defend, and hold harmless the other party from any claims, damages, liabilities, and expenses arising out of breach of this Agreement or violation of applicable law.</w:t>
      </w:r>
    </w:p>
    <w:p/>
    <w:p>
      <w:r>
        <w:rPr>
          <w:b/>
          <w:sz w:val="20"/>
        </w:rPr>
        <w:t>9. INDEPENDENT CONTRACTOR</w:t>
      </w:r>
    </w:p>
    <w:p>
      <w:r>
        <w:rPr>
          <w:b w:val="0"/>
          <w:sz w:val="20"/>
        </w:rPr>
        <w:t>9.1 The Producer is an independent contractor and not an employee or agent of the Artist.</w:t>
      </w:r>
    </w:p>
    <w:p>
      <w:r>
        <w:rPr>
          <w:b w:val="0"/>
          <w:sz w:val="20"/>
        </w:rPr>
        <w:t>9.2 The Producer is solely responsible for all taxes, insurance, and benefits.</w:t>
      </w:r>
    </w:p>
    <w:p/>
    <w:p>
      <w:r>
        <w:rPr>
          <w:b/>
          <w:sz w:val="20"/>
        </w:rPr>
        <w:t>10. MISCELLANEOUS</w:t>
      </w:r>
    </w:p>
    <w:p>
      <w:r>
        <w:rPr>
          <w:b w:val="0"/>
          <w:sz w:val="20"/>
        </w:rPr>
        <w:t>10.1 Governing Law: This Agreement shall be governed by and construed in accordance with the laws of the State of ________________, without regard to conflict of law principles.</w:t>
      </w:r>
    </w:p>
    <w:p>
      <w:r>
        <w:rPr>
          <w:b w:val="0"/>
          <w:sz w:val="20"/>
        </w:rPr>
        <w:t>10.2 Entire Agreement: This Agreement constitutes the entire understanding between the parties and supersedes all prior agreements and understandings.</w:t>
      </w:r>
    </w:p>
    <w:p>
      <w:r>
        <w:rPr>
          <w:b w:val="0"/>
          <w:sz w:val="20"/>
        </w:rPr>
        <w:t>10.3 Amendments: Any amendments or modifications must be in writing and signed by both parties.</w:t>
      </w:r>
    </w:p>
    <w:p>
      <w:r>
        <w:rPr>
          <w:b w:val="0"/>
          <w:sz w:val="20"/>
        </w:rPr>
        <w:t>10.4 Assignment: Neither party may assign this Agreement without the prior written consent of the other party.</w:t>
      </w:r>
    </w:p>
    <w:p>
      <w:r>
        <w:rPr>
          <w:b w:val="0"/>
          <w:sz w:val="20"/>
        </w:rPr>
        <w:t>10.5 Severability: If any provision is held invalid or unenforceable, the remainder shall remain in full force and effect.</w:t>
      </w:r>
    </w:p>
    <w:p>
      <w:r>
        <w:rPr>
          <w:b w:val="0"/>
          <w:sz w:val="20"/>
        </w:rPr>
        <w:t>10.6 Waiver: Failure to enforce any provision shall not constitute waiver of future enforcement.</w:t>
      </w:r>
    </w:p>
    <w:p>
      <w:r>
        <w:rPr>
          <w:b w:val="0"/>
          <w:sz w:val="20"/>
        </w:rPr>
        <w:t>10.7 Notices: All notices shall be in writing and delivered to the addresses provided above.</w:t>
      </w:r>
    </w:p>
    <w:p/>
    <w:p/>
    <w:p>
      <w:r>
        <w:rPr>
          <w:b/>
          <w:sz w:val="20"/>
        </w:rPr>
        <w:t>IN WITNESS WHEREOF, the parties hereto have executed this Agreement as of the date set forth below.</w:t>
      </w:r>
    </w:p>
    <w:p/>
    <w:p/>
    <w:p>
      <w:r>
        <w:rPr>
          <w:b w:val="0"/>
          <w:sz w:val="20"/>
        </w:rPr>
        <w:t>Place of signature: ___________________________________________</w:t>
      </w:r>
    </w:p>
    <w:p>
      <w:r>
        <w:rPr>
          <w:b w:val="0"/>
          <w:sz w:val="20"/>
        </w:rPr>
        <w:t>Date of signature: 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PRODUCER</w:t>
            </w:r>
          </w:p>
        </w:tc>
        <w:tc>
          <w:tcPr>
            <w:tcW w:type="dxa" w:w="4986"/>
            <w:tcBorders>
              <w:top w:val="nil"/>
              <w:left w:val="nil"/>
              <w:bottom w:val="nil"/>
              <w:right w:val="nil"/>
              <w:insideH w:val="nil"/>
              <w:insideV w:val="nil"/>
            </w:tcBorders>
          </w:tcPr>
          <w:p>
            <w:pPr>
              <w:jc w:val="center"/>
            </w:pPr>
            <w:r>
              <w:t>ARTIST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https://contract247-us.com/music-production-contract/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music-production-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