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NAIL TECHNICIAN SERVICES AGREEMENT</w:t>
      </w:r>
    </w:p>
    <w:p/>
    <w:p>
      <w:r>
        <w:rPr>
          <w:b/>
          <w:sz w:val="20"/>
        </w:rPr>
        <w:t>CLIENT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NAIL TECHNICIAN INFORMATION:</w:t>
      </w:r>
    </w:p>
    <w:p>
      <w:r>
        <w:rPr>
          <w:b w:val="0"/>
          <w:sz w:val="20"/>
        </w:rPr>
        <w:t>Full Name: ____________________________________________________________</w:t>
      </w:r>
    </w:p>
    <w:p>
      <w:r>
        <w:rPr>
          <w:b w:val="0"/>
          <w:sz w:val="20"/>
        </w:rPr>
        <w:t>Business Name (if applicable): _________________________________________</w:t>
      </w:r>
    </w:p>
    <w:p>
      <w:r>
        <w:rPr>
          <w:b w:val="0"/>
          <w:sz w:val="20"/>
        </w:rPr>
        <w:t>Address: _______________________________________________________________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r>
        <w:rPr>
          <w:b w:val="0"/>
          <w:sz w:val="20"/>
        </w:rPr>
        <w:t>License Number: _______________________________________________________</w:t>
      </w:r>
    </w:p>
    <w:p/>
    <w:p>
      <w:r>
        <w:rPr>
          <w:b/>
          <w:sz w:val="20"/>
        </w:rPr>
        <w:t>SERVICES TO BE PROVIDED:</w:t>
      </w:r>
    </w:p>
    <w:p>
      <w:r>
        <w:rPr>
          <w:b w:val="0"/>
          <w:sz w:val="20"/>
        </w:rPr>
        <w:t>The Nail Technician agrees to provide professional nail care services including but not limited to manicures, pedicures, nail enhancements, nail art, and other related services as agreed upon by both parties.</w:t>
      </w:r>
    </w:p>
    <w:p/>
    <w:p>
      <w:r>
        <w:rPr>
          <w:b/>
          <w:sz w:val="20"/>
        </w:rPr>
        <w:t>TERMS OF SERVICE:</w:t>
      </w:r>
    </w:p>
    <w:p>
      <w:r>
        <w:rPr>
          <w:b w:val="0"/>
          <w:sz w:val="20"/>
        </w:rPr>
        <w:t>1. Appointment Scheduling: Services will be provided by appointment only. The Client agrees to notify the Nail Technician at least 24 hours in advance for cancellations or rescheduling.</w:t>
      </w:r>
    </w:p>
    <w:p>
      <w:r>
        <w:rPr>
          <w:b w:val="0"/>
          <w:sz w:val="20"/>
        </w:rPr>
        <w:t>2. Payment: The Client agrees to pay for all services rendered at the time of service unless otherwise agreed in writing. Accepted payment methods include cash, credit/debit card, and electronic payment platforms.</w:t>
      </w:r>
    </w:p>
    <w:p>
      <w:r>
        <w:rPr>
          <w:b w:val="0"/>
          <w:sz w:val="20"/>
        </w:rPr>
        <w:t>3. Prices: Service prices are subject to change at the discretion of the Nail Technician. Current prices will be provided upon scheduling or request.</w:t>
      </w:r>
    </w:p>
    <w:p>
      <w:r>
        <w:rPr>
          <w:b w:val="0"/>
          <w:sz w:val="20"/>
        </w:rPr>
        <w:t>4. Late Arrivals: The Nail Technician reserves the right to shorten or reschedule appointments if the Client arrives late.</w:t>
      </w:r>
    </w:p>
    <w:p/>
    <w:p>
      <w:r>
        <w:rPr>
          <w:b/>
          <w:sz w:val="20"/>
        </w:rPr>
        <w:t>CLIENT RESPONSIBILITIES:</w:t>
      </w:r>
    </w:p>
    <w:p>
      <w:r>
        <w:rPr>
          <w:b w:val="0"/>
          <w:sz w:val="20"/>
        </w:rPr>
        <w:t>1. Health Disclosure: The Client affirms they do not have contagious diseases, infections, or conditions that may affect the service or other clients.</w:t>
      </w:r>
    </w:p>
    <w:p>
      <w:r>
        <w:rPr>
          <w:b w:val="0"/>
          <w:sz w:val="20"/>
        </w:rPr>
        <w:t>2. Allergies and Sensitivities: The Client must inform the Nail Technician of any known allergies or sensitivities prior to service.</w:t>
      </w:r>
    </w:p>
    <w:p>
      <w:r>
        <w:rPr>
          <w:b w:val="0"/>
          <w:sz w:val="20"/>
        </w:rPr>
        <w:t>3. Aftercare: The Client agrees to follow aftercare instructions provided to maintain nail health and longevity.</w:t>
      </w:r>
    </w:p>
    <w:p/>
    <w:p>
      <w:r>
        <w:rPr>
          <w:b/>
          <w:sz w:val="20"/>
        </w:rPr>
        <w:t>WARRANTIES AND LIABILITY:</w:t>
      </w:r>
    </w:p>
    <w:p>
      <w:r>
        <w:rPr>
          <w:b w:val="0"/>
          <w:sz w:val="20"/>
        </w:rPr>
        <w:t>1. The Nail Technician provides services with reasonable skill and care consistent with industry standards.</w:t>
      </w:r>
    </w:p>
    <w:p>
      <w:r>
        <w:rPr>
          <w:b w:val="0"/>
          <w:sz w:val="20"/>
        </w:rPr>
        <w:t>2. The Nail Technician does not guarantee results or durability beyond the service appointment.</w:t>
      </w:r>
    </w:p>
    <w:p>
      <w:r>
        <w:rPr>
          <w:b w:val="0"/>
          <w:sz w:val="20"/>
        </w:rPr>
        <w:t>3. The Client acknowledges inherent risks in nail services such as allergic reactions, skin irritations, or damage to natural nails.</w:t>
      </w:r>
    </w:p>
    <w:p>
      <w:r>
        <w:rPr>
          <w:b w:val="0"/>
          <w:sz w:val="20"/>
        </w:rPr>
        <w:t>4. The Nail Technician is not liable for any damages or losses arising from services except in cases of gross negligence or willful misconduct.</w:t>
      </w:r>
    </w:p>
    <w:p/>
    <w:p>
      <w:r>
        <w:rPr>
          <w:b/>
          <w:sz w:val="20"/>
        </w:rPr>
        <w:t>CONFIDENTIALITY:</w:t>
      </w:r>
    </w:p>
    <w:p>
      <w:r>
        <w:rPr>
          <w:b w:val="0"/>
          <w:sz w:val="20"/>
        </w:rPr>
        <w:t>All personal and health information disclosed by the Client will be kept confidential except as required by law.</w:t>
      </w:r>
    </w:p>
    <w:p/>
    <w:p>
      <w:r>
        <w:rPr>
          <w:b/>
          <w:sz w:val="20"/>
        </w:rPr>
        <w:t>TERM AND TERMINATION:</w:t>
      </w:r>
    </w:p>
    <w:p>
      <w:r>
        <w:rPr>
          <w:b w:val="0"/>
          <w:sz w:val="20"/>
        </w:rPr>
        <w:t>This Agreement shall remain in effect until terminated by either party upon written notice. Termination does not relieve the Client of responsibility for payments owed for services rendered prior to termination.</w:t>
      </w:r>
    </w:p>
    <w:p/>
    <w:p>
      <w:r>
        <w:rPr>
          <w:b/>
          <w:sz w:val="20"/>
        </w:rPr>
        <w:t>DISPUTE RESOLUTION:</w:t>
      </w:r>
    </w:p>
    <w:p>
      <w:r>
        <w:rPr>
          <w:b w:val="0"/>
          <w:sz w:val="20"/>
        </w:rPr>
        <w:t>Any disputes arising from this Agreement shall be resolved through good faith negotiations between the parties. If unresolved, disputes will be submitted to binding arbitration in accordance with the rules of the American Arbitration Association in the state where services are provided.</w:t>
      </w:r>
    </w:p>
    <w:p/>
    <w:p>
      <w:r>
        <w:rPr>
          <w:b/>
          <w:sz w:val="20"/>
        </w:rPr>
        <w:t>GOVERNING LAW:</w:t>
      </w:r>
    </w:p>
    <w:p>
      <w:r>
        <w:rPr>
          <w:b w:val="0"/>
          <w:sz w:val="20"/>
        </w:rPr>
        <w:t>This Agreement shall be governed by and construed in accordance with the laws of the United States and the state in which the Nail Technician operates, without regard to conflict of law principles.</w:t>
      </w:r>
    </w:p>
    <w:p/>
    <w:p>
      <w:r>
        <w:rPr>
          <w:b/>
          <w:sz w:val="20"/>
        </w:rPr>
        <w:t>ENTIRE AGREEMENT:</w:t>
      </w:r>
    </w:p>
    <w:p>
      <w:r>
        <w:rPr>
          <w:b w:val="0"/>
          <w:sz w:val="20"/>
        </w:rPr>
        <w:t>This Agreement constitutes the entire agreement between the Client and the Nail Technician and supersedes all prior understandings, whether oral or written, relating to the subject matter herein.</w:t>
      </w:r>
    </w:p>
    <w:p/>
    <w:p>
      <w:r>
        <w:rPr>
          <w:b/>
          <w:sz w:val="20"/>
        </w:rPr>
        <w:t>MODIFICATIONS:</w:t>
      </w:r>
    </w:p>
    <w:p>
      <w:r>
        <w:rPr>
          <w:b w:val="0"/>
          <w:sz w:val="20"/>
        </w:rPr>
        <w:t>Any modifications or amendments to this Agreement must be in writing and signed by both parties.</w:t>
      </w:r>
    </w:p>
    <w:p/>
    <w:p/>
    <w:p>
      <w:r>
        <w:rPr>
          <w:b/>
          <w:sz w:val="20"/>
        </w:rPr>
        <w:t>SIGNATURES:</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NAIL TECHNICIAN</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https://contract247-us.com/nail-technician-contract/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nail-technician-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