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NANNY SHARE AGREEMENT</w:t>
      </w:r>
    </w:p>
    <w:p/>
    <w:p>
      <w:r>
        <w:rPr>
          <w:b w:val="0"/>
          <w:sz w:val="20"/>
        </w:rPr>
        <w:t>This Nanny Share Agreement ("Agreement") is entered into by and between the following parties who agree to share childcare services under the terms set forth herein.</w:t>
      </w:r>
    </w:p>
    <w:p/>
    <w:p/>
    <w:p>
      <w:r>
        <w:rPr>
          <w:b/>
          <w:sz w:val="20"/>
        </w:rPr>
        <w:t>PARTIES:</w:t>
      </w:r>
    </w:p>
    <w:p>
      <w:r>
        <w:rPr>
          <w:b/>
          <w:sz w:val="20"/>
        </w:rPr>
        <w:t>Family 1 Information:</w:t>
      </w:r>
    </w:p>
    <w:p>
      <w:r>
        <w:rPr>
          <w:b w:val="0"/>
          <w:sz w:val="20"/>
        </w:rPr>
        <w:t>Parent/Guardian Full Name(s): 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Family 2 Information:</w:t>
      </w:r>
    </w:p>
    <w:p>
      <w:r>
        <w:rPr>
          <w:b w:val="0"/>
          <w:sz w:val="20"/>
        </w:rPr>
        <w:t>Parent/Guardian Full Name(s): 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Nanny Information:</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TERM:</w:t>
      </w:r>
    </w:p>
    <w:p>
      <w:r>
        <w:rPr>
          <w:b w:val="0"/>
          <w:sz w:val="20"/>
        </w:rPr>
        <w:t>This Agreement shall commence upon signature by all parties and continue until terminated in accordance with the provisions herein.</w:t>
      </w:r>
    </w:p>
    <w:p/>
    <w:p>
      <w:r>
        <w:rPr>
          <w:b/>
          <w:sz w:val="20"/>
        </w:rPr>
        <w:t>SERVICES PROVIDED:</w:t>
      </w:r>
    </w:p>
    <w:p>
      <w:r>
        <w:rPr>
          <w:b w:val="0"/>
          <w:sz w:val="20"/>
        </w:rPr>
        <w:t>The Nanny agrees to provide childcare services for the children of Family 1 and Family 2 as mutually agreed by the parties. Services shall include but are not limited to supervision, feeding, hygiene, play, nap times, and age-appropriate activities.</w:t>
      </w:r>
    </w:p>
    <w:p/>
    <w:p>
      <w:r>
        <w:rPr>
          <w:b/>
          <w:sz w:val="20"/>
        </w:rPr>
        <w:t>SCHEDULE:</w:t>
      </w:r>
    </w:p>
    <w:p>
      <w:r>
        <w:rPr>
          <w:b w:val="0"/>
          <w:sz w:val="20"/>
        </w:rPr>
        <w:t>The Nanny will provide services on the following days and times:</w:t>
      </w:r>
    </w:p>
    <w:p>
      <w:r>
        <w:rPr>
          <w:b w:val="0"/>
          <w:sz w:val="20"/>
        </w:rPr>
        <w:t>- Family 1: ______________________________________________________________</w:t>
      </w:r>
    </w:p>
    <w:p>
      <w:r>
        <w:rPr>
          <w:b w:val="0"/>
          <w:sz w:val="20"/>
        </w:rPr>
        <w:t>- Family 2: ______________________________________________________________</w:t>
      </w:r>
    </w:p>
    <w:p>
      <w:r>
        <w:rPr>
          <w:b w:val="0"/>
          <w:sz w:val="20"/>
        </w:rPr>
        <w:t>Any changes to the schedule must be agreed upon in writing by all parties.</w:t>
      </w:r>
    </w:p>
    <w:p/>
    <w:p>
      <w:r>
        <w:rPr>
          <w:b/>
          <w:sz w:val="20"/>
        </w:rPr>
        <w:t>PAYMENT TERMS:</w:t>
      </w:r>
    </w:p>
    <w:p>
      <w:r>
        <w:rPr>
          <w:b w:val="0"/>
          <w:sz w:val="20"/>
        </w:rPr>
        <w:t>The families agree to share the Nanny’s compensation as follows:</w:t>
      </w:r>
    </w:p>
    <w:p>
      <w:r>
        <w:rPr>
          <w:b w:val="0"/>
          <w:sz w:val="20"/>
        </w:rPr>
        <w:t>- Total hourly rate: $_________________ per hour</w:t>
      </w:r>
    </w:p>
    <w:p>
      <w:r>
        <w:rPr>
          <w:b w:val="0"/>
          <w:sz w:val="20"/>
        </w:rPr>
        <w:t>- Family 1 pays: $_________________ per hour</w:t>
      </w:r>
    </w:p>
    <w:p>
      <w:r>
        <w:rPr>
          <w:b w:val="0"/>
          <w:sz w:val="20"/>
        </w:rPr>
        <w:t>- Family 2 pays: $_________________ per hour</w:t>
      </w:r>
    </w:p>
    <w:p>
      <w:r>
        <w:rPr>
          <w:b w:val="0"/>
          <w:sz w:val="20"/>
        </w:rPr>
        <w:t>Payments shall be made as follows: __________________________________________________</w:t>
      </w:r>
    </w:p>
    <w:p>
      <w:r>
        <w:rPr>
          <w:b w:val="0"/>
          <w:sz w:val="20"/>
        </w:rPr>
        <w:t>Each family is responsible for timely payment of their share. Late payments may incur additional fees as agreed.</w:t>
      </w:r>
    </w:p>
    <w:p/>
    <w:p>
      <w:r>
        <w:rPr>
          <w:b/>
          <w:sz w:val="20"/>
        </w:rPr>
        <w:t>EXPENSES AND SUPPLIES:</w:t>
      </w:r>
    </w:p>
    <w:p>
      <w:r>
        <w:rPr>
          <w:b w:val="0"/>
          <w:sz w:val="20"/>
        </w:rPr>
        <w:t>Families agree to share costs for supplies and activities as follows:</w:t>
      </w:r>
    </w:p>
    <w:p>
      <w:r>
        <w:rPr>
          <w:b w:val="0"/>
          <w:sz w:val="20"/>
        </w:rPr>
        <w:t>- Diapers, wipes, snacks, and other consumables: ___________________________</w:t>
      </w:r>
    </w:p>
    <w:p>
      <w:r>
        <w:rPr>
          <w:b w:val="0"/>
          <w:sz w:val="20"/>
        </w:rPr>
        <w:t>- Toys, books, and educational materials: _________________________________</w:t>
      </w:r>
    </w:p>
    <w:p>
      <w:r>
        <w:rPr>
          <w:b w:val="0"/>
          <w:sz w:val="20"/>
        </w:rPr>
        <w:t>- Any additional expenses must be pre-approved by both families.</w:t>
      </w:r>
    </w:p>
    <w:p/>
    <w:p>
      <w:r>
        <w:rPr>
          <w:b/>
          <w:sz w:val="20"/>
        </w:rPr>
        <w:t>RESPONSIBILITIES OF FAMILIES:</w:t>
      </w:r>
    </w:p>
    <w:p>
      <w:r>
        <w:rPr>
          <w:b w:val="0"/>
          <w:sz w:val="20"/>
        </w:rPr>
        <w:t>Each family agrees to:</w:t>
      </w:r>
    </w:p>
    <w:p>
      <w:r>
        <w:rPr>
          <w:b w:val="0"/>
          <w:sz w:val="20"/>
        </w:rPr>
        <w:t>- Provide all necessary information regarding their child’s needs, allergies, and emergency contacts.</w:t>
      </w:r>
    </w:p>
    <w:p>
      <w:r>
        <w:rPr>
          <w:b w:val="0"/>
          <w:sz w:val="20"/>
        </w:rPr>
        <w:t>- Notify the other family and the Nanny promptly of any changes to schedule or requirements.</w:t>
      </w:r>
    </w:p>
    <w:p>
      <w:r>
        <w:rPr>
          <w:b w:val="0"/>
          <w:sz w:val="20"/>
        </w:rPr>
        <w:t>- Maintain a safe and clean environment for the Nanny to provide services.</w:t>
      </w:r>
    </w:p>
    <w:p/>
    <w:p>
      <w:r>
        <w:rPr>
          <w:b/>
          <w:sz w:val="20"/>
        </w:rPr>
        <w:t>NANNY’S RESPONSIBILITIES:</w:t>
      </w:r>
    </w:p>
    <w:p>
      <w:r>
        <w:rPr>
          <w:b w:val="0"/>
          <w:sz w:val="20"/>
        </w:rPr>
        <w:t>The Nanny agrees to:</w:t>
      </w:r>
    </w:p>
    <w:p>
      <w:r>
        <w:rPr>
          <w:b w:val="0"/>
          <w:sz w:val="20"/>
        </w:rPr>
        <w:t>- Provide attentive, safe, and nurturing care to the children at all times.</w:t>
      </w:r>
    </w:p>
    <w:p>
      <w:r>
        <w:rPr>
          <w:b w:val="0"/>
          <w:sz w:val="20"/>
        </w:rPr>
        <w:t>- Communicate regularly with families about children’s activities, needs, and any incidents.</w:t>
      </w:r>
    </w:p>
    <w:p>
      <w:r>
        <w:rPr>
          <w:b w:val="0"/>
          <w:sz w:val="20"/>
        </w:rPr>
        <w:t>- Abide by all applicable laws, regulations, and certifications required for childcare services.</w:t>
      </w:r>
    </w:p>
    <w:p/>
    <w:p>
      <w:r>
        <w:rPr>
          <w:b/>
          <w:sz w:val="20"/>
        </w:rPr>
        <w:t>CONFIDENTIALITY:</w:t>
      </w:r>
    </w:p>
    <w:p>
      <w:r>
        <w:rPr>
          <w:b w:val="0"/>
          <w:sz w:val="20"/>
        </w:rPr>
        <w:t>The parties agree to maintain the confidentiality of all personal and sensitive information obtained during the term of this Agreement.</w:t>
      </w:r>
    </w:p>
    <w:p/>
    <w:p>
      <w:r>
        <w:rPr>
          <w:b/>
          <w:sz w:val="20"/>
        </w:rPr>
        <w:t>TERMINATION:</w:t>
      </w:r>
    </w:p>
    <w:p>
      <w:r>
        <w:rPr>
          <w:b w:val="0"/>
          <w:sz w:val="20"/>
        </w:rPr>
        <w:t>This Agreement may be terminated by any party upon providing at least 14 calendar days written notice to the other parties. In the event of serious breach or emergency, termination may be immediate.</w:t>
      </w:r>
    </w:p>
    <w:p/>
    <w:p>
      <w:r>
        <w:rPr>
          <w:b/>
          <w:sz w:val="20"/>
        </w:rPr>
        <w:t>LIABILITY AND INDEMNIFICATION:</w:t>
      </w:r>
    </w:p>
    <w:p>
      <w:r>
        <w:rPr>
          <w:b w:val="0"/>
          <w:sz w:val="20"/>
        </w:rPr>
        <w:t>The Nanny shall maintain appropriate liability insurance. Each family releases the Nanny and the other family from liability for any injuries or damages except those arising from gross negligence or willful misconduct. Each party agrees to indemnify and hold harmless the others from claims arising out of their own negligence or breach of this Agreement.</w:t>
      </w:r>
    </w:p>
    <w:p/>
    <w:p>
      <w:r>
        <w:rPr>
          <w:b/>
          <w:sz w:val="20"/>
        </w:rPr>
        <w:t>HEALTH AND SAFETY:</w:t>
      </w:r>
    </w:p>
    <w:p>
      <w:r>
        <w:rPr>
          <w:b w:val="0"/>
          <w:sz w:val="20"/>
        </w:rPr>
        <w:t>Families agree to provide up-to-date immunization records and to notify promptly of any contagious illness. The Nanny agrees to observe health and safety regulations and to take reasonable measures to protect the children.</w:t>
      </w:r>
    </w:p>
    <w:p/>
    <w:p>
      <w:r>
        <w:rPr>
          <w:b/>
          <w:sz w:val="20"/>
        </w:rPr>
        <w:t>GOVERNING LAW:</w:t>
      </w:r>
    </w:p>
    <w:p>
      <w:r>
        <w:rPr>
          <w:b w:val="0"/>
          <w:sz w:val="20"/>
        </w:rPr>
        <w:t>This Agreement shall be governed by and construed in accordance with the laws of the State in which the childcare services are primarily provided, without regard to conflict of law principles.</w:t>
      </w:r>
    </w:p>
    <w:p/>
    <w:p>
      <w:r>
        <w:rPr>
          <w:b/>
          <w:sz w:val="20"/>
        </w:rPr>
        <w:t>DISPUTE RESOLUTION:</w:t>
      </w:r>
    </w:p>
    <w:p>
      <w:r>
        <w:rPr>
          <w:b w:val="0"/>
          <w:sz w:val="20"/>
        </w:rPr>
        <w:t>The parties agree to attempt to resolve any disputes arising under this Agreement through good-faith negotiation. If unresolved, disputes shall be submitted to mediation before pursuing any other legal remedies.</w:t>
      </w:r>
    </w:p>
    <w:p/>
    <w:p>
      <w:r>
        <w:rPr>
          <w:b/>
          <w:sz w:val="20"/>
        </w:rPr>
        <w:t>ENTIRE AGREEMENT:</w:t>
      </w:r>
    </w:p>
    <w:p>
      <w:r>
        <w:rPr>
          <w:b w:val="0"/>
          <w:sz w:val="20"/>
        </w:rPr>
        <w:t>This Agreement constitutes the entire understanding between the parties and supersedes all prior agreements, whether written or oral, relating to the subject matter herein. Any amendments must be in writing and signed by all parties.</w:t>
      </w:r>
    </w:p>
    <w:p/>
    <w:p/>
    <w:p>
      <w:pPr>
        <w:jc w:val="center"/>
      </w:pPr>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FAMILY 1 PARENT/GUARDIAN</w:t>
            </w:r>
          </w:p>
        </w:tc>
        <w:tc>
          <w:tcPr>
            <w:tcW w:type="dxa" w:w="4986"/>
            <w:tcBorders>
              <w:top w:val="nil"/>
              <w:left w:val="nil"/>
              <w:bottom w:val="nil"/>
              <w:right w:val="nil"/>
              <w:insideH w:val="nil"/>
              <w:insideV w:val="nil"/>
            </w:tcBorders>
          </w:tcPr>
          <w:p>
            <w:pPr>
              <w:jc w:val="center"/>
            </w:pPr>
            <w:r>
              <w:t>FAMILY 2 PARENT/GUARDIAN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NANNY</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https://contract247-us.com/nanny-share-contract/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nanny-shar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