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PER PUSH SNOW REMOVAL SERVICE AGREEMENT</w:t>
      </w:r>
    </w:p>
    <w:p/>
    <w:p>
      <w:r>
        <w:rPr>
          <w:b/>
          <w:sz w:val="20"/>
        </w:rPr>
        <w:t>This Snow Removal Service Agreement ("Agreement") is entered into by and between:</w:t>
      </w:r>
    </w:p>
    <w:p>
      <w:r>
        <w:rPr>
          <w:b/>
          <w:sz w:val="20"/>
        </w:rPr>
        <w:t>Service Provider:</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Client:</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RECITALS</w:t>
      </w:r>
    </w:p>
    <w:p>
      <w:r>
        <w:rPr>
          <w:b w:val="0"/>
          <w:sz w:val="20"/>
        </w:rPr>
        <w:t>WHEREAS, Client desires to retain Service Provider to perform snow removal services on a per push basis as set forth herein;</w:t>
      </w:r>
    </w:p>
    <w:p>
      <w:r>
        <w:rPr>
          <w:b w:val="0"/>
          <w:sz w:val="20"/>
        </w:rPr>
        <w:t>WHEREAS, Service Provider agrees to provide such services under the terms and conditions of this Agreement;</w:t>
      </w:r>
    </w:p>
    <w:p/>
    <w:p>
      <w:r>
        <w:rPr>
          <w:b/>
          <w:sz w:val="20"/>
        </w:rPr>
        <w:t>1. Scope of Services</w:t>
      </w:r>
    </w:p>
    <w:p>
      <w:r>
        <w:rPr>
          <w:b w:val="0"/>
          <w:sz w:val="20"/>
        </w:rPr>
        <w:t>Service Provider shall provide snow removal services at the Client’s property located at the address provided above.</w:t>
      </w:r>
    </w:p>
    <w:p>
      <w:r>
        <w:rPr>
          <w:b w:val="0"/>
          <w:sz w:val="20"/>
        </w:rPr>
        <w:t>Services include plowing, shoveling, and removal of snow accumulation from driveways, sidewalks, walkways, and designated areas as agreed.</w:t>
      </w:r>
    </w:p>
    <w:p>
      <w:r>
        <w:rPr>
          <w:b w:val="0"/>
          <w:sz w:val="20"/>
        </w:rPr>
        <w:t>Each service event is considered a 'push' and will be performed upon request by the Client or as otherwise agreed.</w:t>
      </w:r>
    </w:p>
    <w:p/>
    <w:p>
      <w:r>
        <w:rPr>
          <w:b/>
          <w:sz w:val="20"/>
        </w:rPr>
        <w:t>2. Service Requests and Scheduling</w:t>
      </w:r>
    </w:p>
    <w:p>
      <w:r>
        <w:rPr>
          <w:b w:val="0"/>
          <w:sz w:val="20"/>
        </w:rPr>
        <w:t>Client shall notify Service Provider when snow removal services are required. Service Provider will make reasonable efforts to provide services promptly after notification but does not guarantee immediate service.</w:t>
      </w:r>
    </w:p>
    <w:p>
      <w:r>
        <w:rPr>
          <w:b w:val="0"/>
          <w:sz w:val="20"/>
        </w:rPr>
        <w:t>Service Provider reserves the right to prioritize service events based on weather conditions, safety concerns, and current workload.</w:t>
      </w:r>
    </w:p>
    <w:p/>
    <w:p>
      <w:r>
        <w:rPr>
          <w:b/>
          <w:sz w:val="20"/>
        </w:rPr>
        <w:t>3. Compensation and Payment Terms</w:t>
      </w:r>
    </w:p>
    <w:p>
      <w:r>
        <w:rPr>
          <w:b w:val="0"/>
          <w:sz w:val="20"/>
        </w:rPr>
        <w:t>Client agrees to pay Service Provider a fee of $____________ per push of snow removal services performed.</w:t>
      </w:r>
    </w:p>
    <w:p>
      <w:r>
        <w:rPr>
          <w:b w:val="0"/>
          <w:sz w:val="20"/>
        </w:rPr>
        <w:t>Payment shall be due within thirty (30) days of receipt of invoice from Service Provider unless otherwise agreed in writing.</w:t>
      </w:r>
    </w:p>
    <w:p>
      <w:r>
        <w:rPr>
          <w:b w:val="0"/>
          <w:sz w:val="20"/>
        </w:rPr>
        <w:t>Late payments may incur interest at the rate of ______% per month or the maximum allowed by law, whichever is less.</w:t>
      </w:r>
    </w:p>
    <w:p/>
    <w:p>
      <w:r>
        <w:rPr>
          <w:b/>
          <w:sz w:val="20"/>
        </w:rPr>
        <w:t>4. Equipment and Materials</w:t>
      </w:r>
    </w:p>
    <w:p>
      <w:r>
        <w:rPr>
          <w:b w:val="0"/>
          <w:sz w:val="20"/>
        </w:rPr>
        <w:t>Service Provider shall furnish all labor, equipment, tools, and materials necessary to perform the snow removal services under this Agreement.</w:t>
      </w:r>
    </w:p>
    <w:p>
      <w:r>
        <w:rPr>
          <w:b w:val="0"/>
          <w:sz w:val="20"/>
        </w:rPr>
        <w:t>Client shall ensure that all areas to be serviced are clear of obstacles, vehicles, trash, and other hazards to allow safe and effective service.</w:t>
      </w:r>
    </w:p>
    <w:p/>
    <w:p>
      <w:r>
        <w:rPr>
          <w:b/>
          <w:sz w:val="20"/>
        </w:rPr>
        <w:t>5. Client Obligations</w:t>
      </w:r>
    </w:p>
    <w:p>
      <w:r>
        <w:rPr>
          <w:b w:val="0"/>
          <w:sz w:val="20"/>
        </w:rPr>
        <w:t>Client shall provide Service Provider with access to the property and any necessary permissions or permits required for snow removal.</w:t>
      </w:r>
    </w:p>
    <w:p>
      <w:r>
        <w:rPr>
          <w:b w:val="0"/>
          <w:sz w:val="20"/>
        </w:rPr>
        <w:t>Client is responsible for notifying Service Provider of any special instructions, hazards, or areas requiring attention.</w:t>
      </w:r>
    </w:p>
    <w:p/>
    <w:p>
      <w:r>
        <w:rPr>
          <w:b/>
          <w:sz w:val="20"/>
        </w:rPr>
        <w:t>6. Term and Termination</w:t>
      </w:r>
    </w:p>
    <w:p>
      <w:r>
        <w:rPr>
          <w:b w:val="0"/>
          <w:sz w:val="20"/>
        </w:rPr>
        <w:t>This Agreement shall commence upon signing by both parties and continue until terminated by either party with at least seven (7) days’ written notice.</w:t>
      </w:r>
    </w:p>
    <w:p>
      <w:r>
        <w:rPr>
          <w:b w:val="0"/>
          <w:sz w:val="20"/>
        </w:rPr>
        <w:t>Either party may terminate this Agreement immediately for cause if the other party breaches any material term and fails to cure such breach within five (5) days of written notice.</w:t>
      </w:r>
    </w:p>
    <w:p/>
    <w:p>
      <w:r>
        <w:rPr>
          <w:b/>
          <w:sz w:val="20"/>
        </w:rPr>
        <w:t>7. Liability and Indemnification</w:t>
      </w:r>
    </w:p>
    <w:p>
      <w:r>
        <w:rPr>
          <w:b w:val="0"/>
          <w:sz w:val="20"/>
        </w:rPr>
        <w:t>Service Provider will perform services in a professional and workmanlike manner but does not guarantee complete removal of snow or ice.</w:t>
      </w:r>
    </w:p>
    <w:p>
      <w:r>
        <w:rPr>
          <w:b w:val="0"/>
          <w:sz w:val="20"/>
        </w:rPr>
        <w:t>Client acknowledges that snow removal services cannot eliminate all risks related to snow and ice accumulation.</w:t>
      </w:r>
    </w:p>
    <w:p>
      <w:r>
        <w:rPr>
          <w:b w:val="0"/>
          <w:sz w:val="20"/>
        </w:rPr>
        <w:t>Client agrees to indemnify, defend, and hold harmless Service Provider and its agents from any claims, damages, liabilities, or expenses arising from Client’s negligence, improper maintenance, or failure to comply with this Agreement.</w:t>
      </w:r>
    </w:p>
    <w:p/>
    <w:p>
      <w:r>
        <w:rPr>
          <w:b/>
          <w:sz w:val="20"/>
        </w:rPr>
        <w:t>8. Insurance</w:t>
      </w:r>
    </w:p>
    <w:p>
      <w:r>
        <w:rPr>
          <w:b w:val="0"/>
          <w:sz w:val="20"/>
        </w:rPr>
        <w:t>Service Provider shall maintain general liability and worker’s compensation insurance as required by law throughout the term of this Agreement.</w:t>
      </w:r>
    </w:p>
    <w:p>
      <w:r>
        <w:rPr>
          <w:b w:val="0"/>
          <w:sz w:val="20"/>
        </w:rPr>
        <w:t>Upon Client’s reasonable request, Service Provider shall provide certificates of insurance evidencing such coverage.</w:t>
      </w:r>
    </w:p>
    <w:p/>
    <w:p>
      <w:r>
        <w:rPr>
          <w:b/>
          <w:sz w:val="20"/>
        </w:rPr>
        <w:t>9. Force Majeure</w:t>
      </w:r>
    </w:p>
    <w:p>
      <w:r>
        <w:rPr>
          <w:b w:val="0"/>
          <w:sz w:val="20"/>
        </w:rPr>
        <w:t>Neither party shall be liable for delays or failure to perform due to causes beyond their reasonable control, including but not limited to acts of God, severe weather, strikes, governmental actions, or equipment failure.</w:t>
      </w:r>
    </w:p>
    <w:p/>
    <w:p>
      <w:r>
        <w:rPr>
          <w:b/>
          <w:sz w:val="20"/>
        </w:rPr>
        <w:t>10. Independent Contractor</w:t>
      </w:r>
    </w:p>
    <w:p>
      <w:r>
        <w:rPr>
          <w:b w:val="0"/>
          <w:sz w:val="20"/>
        </w:rPr>
        <w:t>Service Provider is an independent contractor and nothing in this Agreement shall be construed to create a partnership, joint venture, or employer-employee relationship.</w:t>
      </w:r>
    </w:p>
    <w:p>
      <w:r>
        <w:rPr>
          <w:b w:val="0"/>
          <w:sz w:val="20"/>
        </w:rPr>
        <w:t>Service Provider shall be responsible for payment of all taxes, insurance, and benefits applicable to its employees and subcontractors.</w:t>
      </w:r>
    </w:p>
    <w:p/>
    <w:p>
      <w:r>
        <w:rPr>
          <w:b/>
          <w:sz w:val="20"/>
        </w:rPr>
        <w:t>11. Confidentiality</w:t>
      </w:r>
    </w:p>
    <w:p>
      <w:r>
        <w:rPr>
          <w:b w:val="0"/>
          <w:sz w:val="20"/>
        </w:rPr>
        <w:t>Both parties agree to keep confidential all proprietary or sensitive information obtained during the course of this Agreement, except as required by law or with prior written consent.</w:t>
      </w:r>
    </w:p>
    <w:p/>
    <w:p>
      <w:r>
        <w:rPr>
          <w:b/>
          <w:sz w:val="20"/>
        </w:rPr>
        <w:t>12. Governing Law and Dispute Resolution</w:t>
      </w:r>
    </w:p>
    <w:p>
      <w:r>
        <w:rPr>
          <w:b w:val="0"/>
          <w:sz w:val="20"/>
        </w:rPr>
        <w:t>This Agreement shall be governed by and construed in accordance with the laws of the state where the services are performed, without regard to conflict of law principles.</w:t>
      </w:r>
    </w:p>
    <w:p>
      <w:r>
        <w:rPr>
          <w:b w:val="0"/>
          <w:sz w:val="20"/>
        </w:rPr>
        <w:t>Any dispute arising under or in connection with this Agreement shall be resolved first through good faith negotiations between the parties.</w:t>
      </w:r>
    </w:p>
    <w:p>
      <w:r>
        <w:rPr>
          <w:b w:val="0"/>
          <w:sz w:val="20"/>
        </w:rPr>
        <w:t>If unresolved, disputes shall be submitted to mediation, and if still unresolved, to binding arbitration in accordance with the rules of the American Arbitration Association in the applicable jurisdiction.</w:t>
      </w:r>
    </w:p>
    <w:p/>
    <w:p>
      <w:r>
        <w:rPr>
          <w:b/>
          <w:sz w:val="20"/>
        </w:rPr>
        <w:t>13. Entire Agreement</w:t>
      </w:r>
    </w:p>
    <w:p>
      <w:r>
        <w:rPr>
          <w:b w:val="0"/>
          <w:sz w:val="20"/>
        </w:rPr>
        <w:t>This Agreement constitutes the entire understanding between the parties and supersedes all prior agreements, representations, or understandings, whether written or oral.</w:t>
      </w:r>
    </w:p>
    <w:p>
      <w:r>
        <w:rPr>
          <w:b w:val="0"/>
          <w:sz w:val="20"/>
        </w:rPr>
        <w:t>Any amendments must be made in writing and signed by both parties.</w:t>
      </w:r>
    </w:p>
    <w:p/>
    <w:p/>
    <w:p>
      <w:r>
        <w:rPr>
          <w:b/>
          <w:sz w:val="20"/>
        </w:rPr>
        <w:t>IN WITNESS WHEREOF, the parties have executed this Agreement as of the date set forth below.</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https://contract247-us.com/per-push-snow-removal-contract/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per-push-snow-removal-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