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PET SALE AND TRANSFER AGREEMENT</w:t>
      </w:r>
    </w:p>
    <w:p/>
    <w:p>
      <w:r>
        <w:rPr>
          <w:b/>
          <w:sz w:val="20"/>
        </w:rPr>
        <w:t>Seller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Pet Description:</w:t>
      </w:r>
    </w:p>
    <w:p>
      <w:r>
        <w:rPr>
          <w:b w:val="0"/>
          <w:sz w:val="20"/>
        </w:rPr>
        <w:t>Type of Animal: ______________________________________________________</w:t>
      </w:r>
    </w:p>
    <w:p>
      <w:r>
        <w:rPr>
          <w:b w:val="0"/>
          <w:sz w:val="20"/>
        </w:rPr>
        <w:t>Breed: _______________________________________________________________</w:t>
      </w:r>
    </w:p>
    <w:p>
      <w:r>
        <w:rPr>
          <w:b w:val="0"/>
          <w:sz w:val="20"/>
        </w:rPr>
        <w:t>Name: ________________________________________________________________</w:t>
      </w:r>
    </w:p>
    <w:p>
      <w:r>
        <w:rPr>
          <w:b w:val="0"/>
          <w:sz w:val="20"/>
        </w:rPr>
        <w:t>Age: _______________________    Sex: _________________________________</w:t>
      </w:r>
    </w:p>
    <w:p>
      <w:r>
        <w:rPr>
          <w:b w:val="0"/>
          <w:sz w:val="20"/>
        </w:rPr>
        <w:t>Color/Markings: _______________________________________________________</w:t>
      </w:r>
    </w:p>
    <w:p>
      <w:r>
        <w:rPr>
          <w:b w:val="0"/>
          <w:sz w:val="20"/>
        </w:rPr>
        <w:t>Microchip Number (if applicable): ______________________________________</w:t>
      </w:r>
    </w:p>
    <w:p>
      <w:r>
        <w:rPr>
          <w:b w:val="0"/>
          <w:sz w:val="20"/>
        </w:rPr>
        <w:t>Vaccination Status: ____________________________________________________</w:t>
      </w:r>
    </w:p>
    <w:p>
      <w:r>
        <w:rPr>
          <w:b w:val="0"/>
          <w:sz w:val="20"/>
        </w:rPr>
        <w:t>Other Identifying Features: _____________________________________________</w:t>
      </w:r>
    </w:p>
    <w:p/>
    <w:p>
      <w:r>
        <w:rPr>
          <w:b/>
          <w:sz w:val="20"/>
        </w:rPr>
        <w:t>Purchase Price and Payment Terms:</w:t>
      </w:r>
    </w:p>
    <w:p>
      <w:r>
        <w:rPr>
          <w:b w:val="0"/>
          <w:sz w:val="20"/>
        </w:rPr>
        <w:t>Purchase Price: $________________________</w:t>
      </w:r>
    </w:p>
    <w:p>
      <w:r>
        <w:rPr>
          <w:b w:val="0"/>
          <w:sz w:val="20"/>
        </w:rPr>
        <w:t>Payment Method: _____________________________________________________</w:t>
      </w:r>
    </w:p>
    <w:p>
      <w:r>
        <w:rPr>
          <w:b w:val="0"/>
          <w:sz w:val="20"/>
        </w:rPr>
        <w:t>Deposit Amount (if any): $________________</w:t>
      </w:r>
    </w:p>
    <w:p>
      <w:r>
        <w:rPr>
          <w:b w:val="0"/>
          <w:sz w:val="20"/>
        </w:rPr>
        <w:t>Balance Due: $__________________________</w:t>
      </w:r>
    </w:p>
    <w:p>
      <w:r>
        <w:rPr>
          <w:b w:val="0"/>
          <w:sz w:val="20"/>
        </w:rPr>
        <w:t>Payment Due Date: _________________________________________________</w:t>
      </w:r>
    </w:p>
    <w:p/>
    <w:p>
      <w:r>
        <w:rPr>
          <w:b/>
          <w:sz w:val="20"/>
        </w:rPr>
        <w:t>Representations and Warranties:</w:t>
      </w:r>
    </w:p>
    <w:p>
      <w:r>
        <w:rPr>
          <w:b w:val="0"/>
          <w:sz w:val="20"/>
        </w:rPr>
        <w:t>The Seller represents and warrants that they are the legal owner of the pet described above, free of all liens, claims, encumbrances, or legal restrictions. The Seller confirms that the pet is in good health to the best of their knowledge, and that all disclosed medical conditions or behavioral issues have been fully and accurately communicated to the Buyer.</w:t>
      </w:r>
    </w:p>
    <w:p/>
    <w:p>
      <w:r>
        <w:rPr>
          <w:b/>
          <w:sz w:val="20"/>
        </w:rPr>
        <w:t>Health and Veterinary Records:</w:t>
      </w:r>
    </w:p>
    <w:p>
      <w:r>
        <w:rPr>
          <w:b w:val="0"/>
          <w:sz w:val="20"/>
        </w:rPr>
        <w:t>The Seller shall provide the Buyer with all current vaccination records, health certificates, and veterinary documentation related to the pet. The Buyer acknowledges having received and reviewed these documents prior to entering into this Agreement.</w:t>
      </w:r>
    </w:p>
    <w:p/>
    <w:p>
      <w:r>
        <w:rPr>
          <w:b/>
          <w:sz w:val="20"/>
        </w:rPr>
        <w:t>Transfer of Ownership:</w:t>
      </w:r>
    </w:p>
    <w:p>
      <w:r>
        <w:rPr>
          <w:b w:val="0"/>
          <w:sz w:val="20"/>
        </w:rPr>
        <w:t>Ownership of the pet shall transfer to the Buyer upon full payment of the purchase price and delivery of the pet. The Seller agrees to provide any necessary documentation to facilitate transfer of ownership where applicable.</w:t>
      </w:r>
    </w:p>
    <w:p/>
    <w:p>
      <w:r>
        <w:rPr>
          <w:b/>
          <w:sz w:val="20"/>
        </w:rPr>
        <w:t>Buyer’s Responsibilities:</w:t>
      </w:r>
    </w:p>
    <w:p>
      <w:r>
        <w:rPr>
          <w:b w:val="0"/>
          <w:sz w:val="20"/>
        </w:rPr>
        <w:t>The Buyer agrees to provide humane care, proper food, shelter, and medical attention for the pet. The Buyer assumes all responsibility for the pet’s welfare following transfer of ownership.</w:t>
      </w:r>
    </w:p>
    <w:p/>
    <w:p>
      <w:r>
        <w:rPr>
          <w:b/>
          <w:sz w:val="20"/>
        </w:rPr>
        <w:t>Return and Refund Policy:</w:t>
      </w:r>
    </w:p>
    <w:p>
      <w:r>
        <w:rPr>
          <w:b w:val="0"/>
          <w:sz w:val="20"/>
        </w:rPr>
        <w:t>The pet is sold as-is. Except as otherwise stated herein, the Seller makes no guarantees or warranties regarding the future health, behavior, or suitability of the pet. Refunds or returns are subject to mutual written agreement between the parties.</w:t>
      </w:r>
    </w:p>
    <w:p/>
    <w:p>
      <w:r>
        <w:rPr>
          <w:b/>
          <w:sz w:val="20"/>
        </w:rPr>
        <w:t>Indemnification:</w:t>
      </w:r>
    </w:p>
    <w:p>
      <w:r>
        <w:rPr>
          <w:b w:val="0"/>
          <w:sz w:val="20"/>
        </w:rPr>
        <w:t>The Buyer agrees to indemnify and hold harmless the Seller from any claims, damages, or liabilities arising from the pet after transfer of ownership.</w:t>
      </w:r>
    </w:p>
    <w:p/>
    <w:p>
      <w:r>
        <w:rPr>
          <w:b/>
          <w:sz w:val="20"/>
        </w:rPr>
        <w:t>Governing Law and Jurisdiction:</w:t>
      </w:r>
    </w:p>
    <w:p>
      <w:r>
        <w:rPr>
          <w:b w:val="0"/>
          <w:sz w:val="20"/>
        </w:rPr>
        <w:t>This Agreement shall be governed by and construed in accordance with the laws of the United States and the state in which the Seller resides. Any disputes arising under this Agreement shall be resolved in the courts of that state.</w:t>
      </w:r>
    </w:p>
    <w:p/>
    <w:p>
      <w:r>
        <w:rPr>
          <w:b/>
          <w:sz w:val="20"/>
        </w:rPr>
        <w:t>Entire Agreement:</w:t>
      </w:r>
    </w:p>
    <w:p>
      <w:r>
        <w:rPr>
          <w:b w:val="0"/>
          <w:sz w:val="20"/>
        </w:rPr>
        <w:t>This Agreement constitutes the entire understanding between the parties and supersedes all prior negotiations or agreements, whether oral or written.</w:t>
      </w:r>
    </w:p>
    <w:p/>
    <w:p/>
    <w:p>
      <w:r>
        <w:rPr>
          <w:b w:val="0"/>
          <w:sz w:val="20"/>
        </w:rPr>
        <w:t>Place of Agreement: _______________________________________________</w:t>
      </w:r>
    </w:p>
    <w:p>
      <w:r>
        <w:rPr>
          <w:b w:val="0"/>
          <w:sz w:val="20"/>
        </w:rPr>
        <w:t>Date of Agreement: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https://contract247-us.com/pet-contract/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pe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