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PHOTOGRAPHY SERVICES AGREEMENT</w:t>
      </w:r>
    </w:p>
    <w:p/>
    <w:p>
      <w:r>
        <w:rPr>
          <w:b/>
          <w:sz w:val="20"/>
        </w:rPr>
        <w:t>This Photography Services Agreement (the "Agreement") is entered into by and between:</w:t>
      </w:r>
    </w:p>
    <w:p>
      <w:r>
        <w:rPr>
          <w:b/>
          <w:sz w:val="20"/>
        </w:rPr>
        <w:t>Client: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Photographer:</w:t>
      </w:r>
    </w:p>
    <w:p>
      <w:r>
        <w:rPr>
          <w:b w:val="0"/>
          <w:sz w:val="20"/>
        </w:rPr>
        <w:t>Full Name/Business Name: 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pPr>
        <w:jc w:val="center"/>
      </w:pPr>
      <w:r>
        <w:rPr>
          <w:b/>
          <w:sz w:val="20"/>
        </w:rPr>
        <w:t>RECITALS</w:t>
      </w:r>
    </w:p>
    <w:p>
      <w:r>
        <w:rPr>
          <w:b w:val="0"/>
          <w:sz w:val="20"/>
        </w:rPr>
        <w:t>WHEREAS, the Client desires to hire the Photographer to provide professional photography services as described herein;</w:t>
      </w:r>
    </w:p>
    <w:p>
      <w:r>
        <w:rPr>
          <w:b w:val="0"/>
          <w:sz w:val="20"/>
        </w:rPr>
        <w:t>WHEREAS, the Photographer agrees to provide such services under the terms and conditions set forth in this Agreement.</w:t>
      </w:r>
    </w:p>
    <w:p/>
    <w:p>
      <w:r>
        <w:rPr>
          <w:b/>
          <w:sz w:val="20"/>
        </w:rPr>
        <w:t>1. SERVICES</w:t>
      </w:r>
    </w:p>
    <w:p>
      <w:r>
        <w:rPr>
          <w:b w:val="0"/>
          <w:sz w:val="20"/>
        </w:rPr>
        <w:t>The Photographer agrees to provide photography services as follows:</w:t>
      </w:r>
    </w:p>
    <w:p>
      <w:r>
        <w:rPr>
          <w:b w:val="0"/>
          <w:sz w:val="20"/>
        </w:rPr>
        <w:t>- Event/Session: _________________________________________________</w:t>
      </w:r>
    </w:p>
    <w:p>
      <w:r>
        <w:rPr>
          <w:b w:val="0"/>
          <w:sz w:val="20"/>
        </w:rPr>
        <w:t>- Date(s) and Time(s): ___________________________________________</w:t>
      </w:r>
    </w:p>
    <w:p>
      <w:r>
        <w:rPr>
          <w:b w:val="0"/>
          <w:sz w:val="20"/>
        </w:rPr>
        <w:t>- Location(s): _________________________________________________</w:t>
      </w:r>
    </w:p>
    <w:p>
      <w:r>
        <w:rPr>
          <w:b w:val="0"/>
          <w:sz w:val="20"/>
        </w:rPr>
        <w:t>- Deliverables include: _________________________________________</w:t>
      </w:r>
    </w:p>
    <w:p>
      <w:r>
        <w:rPr>
          <w:b w:val="0"/>
          <w:sz w:val="20"/>
        </w:rPr>
        <w:t>- Number of final edited images to be delivered: _________________</w:t>
      </w:r>
    </w:p>
    <w:p>
      <w:r>
        <w:rPr>
          <w:b w:val="0"/>
          <w:sz w:val="20"/>
        </w:rPr>
        <w:t>- Format of images (digital prints, prints, albums, etc.): ________</w:t>
      </w:r>
    </w:p>
    <w:p/>
    <w:p>
      <w:r>
        <w:rPr>
          <w:b/>
          <w:sz w:val="20"/>
        </w:rPr>
        <w:t>2. PAYMENT TERMS</w:t>
      </w:r>
    </w:p>
    <w:p>
      <w:r>
        <w:rPr>
          <w:b w:val="0"/>
          <w:sz w:val="20"/>
        </w:rPr>
        <w:t>The total fee for the services described in this Agreement shall be: $_____________.</w:t>
      </w:r>
    </w:p>
    <w:p>
      <w:r>
        <w:rPr>
          <w:b w:val="0"/>
          <w:sz w:val="20"/>
        </w:rPr>
        <w:t>A deposit of $_____________ is due upon signing this Agreement to secure the date.</w:t>
      </w:r>
    </w:p>
    <w:p>
      <w:r>
        <w:rPr>
          <w:b w:val="0"/>
          <w:sz w:val="20"/>
        </w:rPr>
        <w:t>The remaining balance of $_____________ is due no later than _____________________.</w:t>
      </w:r>
    </w:p>
    <w:p>
      <w:r>
        <w:rPr>
          <w:b w:val="0"/>
          <w:sz w:val="20"/>
        </w:rPr>
        <w:t>Payments shall be made by the following method(s): ______________________.</w:t>
      </w:r>
    </w:p>
    <w:p/>
    <w:p>
      <w:r>
        <w:rPr>
          <w:b/>
          <w:sz w:val="20"/>
        </w:rPr>
        <w:t>3. CANCELLATION AND RESCHEDULING</w:t>
      </w:r>
    </w:p>
    <w:p>
      <w:r>
        <w:rPr>
          <w:b w:val="0"/>
          <w:sz w:val="20"/>
        </w:rPr>
        <w:t>If the Client cancels the session more than 14 days before the scheduled date, the deposit will be refunded in full.</w:t>
      </w:r>
    </w:p>
    <w:p>
      <w:r>
        <w:rPr>
          <w:b w:val="0"/>
          <w:sz w:val="20"/>
        </w:rPr>
        <w:t>If cancellation occurs less than 14 days before the scheduled date, the deposit will be forfeited.</w:t>
      </w:r>
    </w:p>
    <w:p>
      <w:r>
        <w:rPr>
          <w:b w:val="0"/>
          <w:sz w:val="20"/>
        </w:rPr>
        <w:t>Rescheduling is subject to Photographer’s availability and must be requested at least 7 days in advance.</w:t>
      </w:r>
    </w:p>
    <w:p>
      <w:r>
        <w:rPr>
          <w:b w:val="0"/>
          <w:sz w:val="20"/>
        </w:rPr>
        <w:t>In case of Photographer’s cancellation, all payments received shall be refunded, and the parties shall mutually agree on a rescheduled date if possible.</w:t>
      </w:r>
    </w:p>
    <w:p/>
    <w:p>
      <w:r>
        <w:rPr>
          <w:b/>
          <w:sz w:val="20"/>
        </w:rPr>
        <w:t>4. INTELLECTUAL PROPERTY RIGHTS</w:t>
      </w:r>
    </w:p>
    <w:p>
      <w:r>
        <w:rPr>
          <w:b w:val="0"/>
          <w:sz w:val="20"/>
        </w:rPr>
        <w:t>The Photographer retains all copyrights to the images captured during the session.</w:t>
      </w:r>
    </w:p>
    <w:p>
      <w:r>
        <w:rPr>
          <w:b w:val="0"/>
          <w:sz w:val="20"/>
        </w:rPr>
        <w:t>Upon full payment, the Client is granted a non-exclusive, non-transferable license to use the delivered images for personal use only.</w:t>
      </w:r>
    </w:p>
    <w:p>
      <w:r>
        <w:rPr>
          <w:b w:val="0"/>
          <w:sz w:val="20"/>
        </w:rPr>
        <w:t>Commercial use or reproduction for profit requires additional licensing and fees agreed upon in writing.</w:t>
      </w:r>
    </w:p>
    <w:p>
      <w:r>
        <w:rPr>
          <w:b w:val="0"/>
          <w:sz w:val="20"/>
        </w:rPr>
        <w:t>The Client may not alter, sell, or claim authorship of the images without prior written consent from the Photographer.</w:t>
      </w:r>
    </w:p>
    <w:p/>
    <w:p>
      <w:r>
        <w:rPr>
          <w:b/>
          <w:sz w:val="20"/>
        </w:rPr>
        <w:t>5. MODEL RELEASE</w:t>
      </w:r>
    </w:p>
    <w:p>
      <w:r>
        <w:rPr>
          <w:b w:val="0"/>
          <w:sz w:val="20"/>
        </w:rPr>
        <w:t>The Client grants the Photographer the irrevocable and unrestricted right to use and publish photographs of the Client and/or subjects for promotional, advertising, and portfolio purposes.</w:t>
      </w:r>
    </w:p>
    <w:p>
      <w:r>
        <w:rPr>
          <w:b w:val="0"/>
          <w:sz w:val="20"/>
        </w:rPr>
        <w:t>The Client releases the Photographer from any claims and liability relating to the use of the images as described herein.</w:t>
      </w:r>
    </w:p>
    <w:p/>
    <w:p>
      <w:r>
        <w:rPr>
          <w:b/>
          <w:sz w:val="20"/>
        </w:rPr>
        <w:t>6. DELIVERY</w:t>
      </w:r>
    </w:p>
    <w:p>
      <w:r>
        <w:rPr>
          <w:b w:val="0"/>
          <w:sz w:val="20"/>
        </w:rPr>
        <w:t>The Photographer agrees to deliver the final edited images within _______ weeks following the session date.</w:t>
      </w:r>
    </w:p>
    <w:p>
      <w:r>
        <w:rPr>
          <w:b w:val="0"/>
          <w:sz w:val="20"/>
        </w:rPr>
        <w:t>Delivery will be made via: ______________________________.</w:t>
      </w:r>
    </w:p>
    <w:p>
      <w:r>
        <w:rPr>
          <w:b w:val="0"/>
          <w:sz w:val="20"/>
        </w:rPr>
        <w:t>Delays caused by events beyond the Photographer’s control shall not constitute breach of this Agreement.</w:t>
      </w:r>
    </w:p>
    <w:p/>
    <w:p>
      <w:r>
        <w:rPr>
          <w:b/>
          <w:sz w:val="20"/>
        </w:rPr>
        <w:t>7. CLIENT RESPONSIBILITIES</w:t>
      </w:r>
    </w:p>
    <w:p>
      <w:r>
        <w:rPr>
          <w:b w:val="0"/>
          <w:sz w:val="20"/>
        </w:rPr>
        <w:t>The Client agrees to provide accurate information and ensure the availability of subjects at the agreed time and location.</w:t>
      </w:r>
    </w:p>
    <w:p>
      <w:r>
        <w:rPr>
          <w:b w:val="0"/>
          <w:sz w:val="20"/>
        </w:rPr>
        <w:t>The Client is responsible for obtaining any necessary permits or permissions for the photography location.</w:t>
      </w:r>
    </w:p>
    <w:p>
      <w:r>
        <w:rPr>
          <w:b w:val="0"/>
          <w:sz w:val="20"/>
        </w:rPr>
        <w:t>The Client agrees to cooperate and follow Photographer’s instructions to ensure the best possible outcome.</w:t>
      </w:r>
    </w:p>
    <w:p/>
    <w:p>
      <w:r>
        <w:rPr>
          <w:b/>
          <w:sz w:val="20"/>
        </w:rPr>
        <w:t>8. LIMITATION OF LIABILITY</w:t>
      </w:r>
    </w:p>
    <w:p>
      <w:r>
        <w:rPr>
          <w:b w:val="0"/>
          <w:sz w:val="20"/>
        </w:rPr>
        <w:t>Except for gross negligence or willful misconduct, the Photographer’s liability under this Agreement is limited to the amount paid by the Client.</w:t>
      </w:r>
    </w:p>
    <w:p>
      <w:r>
        <w:rPr>
          <w:b w:val="0"/>
          <w:sz w:val="20"/>
        </w:rPr>
        <w:t>The Photographer is not responsible for circumstances beyond control that may affect the quality or delivery of the services.</w:t>
      </w:r>
    </w:p>
    <w:p/>
    <w:p>
      <w:r>
        <w:rPr>
          <w:b/>
          <w:sz w:val="20"/>
        </w:rPr>
        <w:t>9. INDEMNIFICATION</w:t>
      </w:r>
    </w:p>
    <w:p>
      <w:r>
        <w:rPr>
          <w:b w:val="0"/>
          <w:sz w:val="20"/>
        </w:rPr>
        <w:t>The Client agrees to indemnify and hold harmless the Photographer against any claims, damages, liabilities, and expenses arising from the Client’s breach of this Agreement or misuse of the delivered images.</w:t>
      </w:r>
    </w:p>
    <w:p/>
    <w:p>
      <w:r>
        <w:rPr>
          <w:b/>
          <w:sz w:val="20"/>
        </w:rPr>
        <w:t>10. GOVERNING LAW AND DISPUTE RESOLUTION</w:t>
      </w:r>
    </w:p>
    <w:p>
      <w:r>
        <w:rPr>
          <w:b w:val="0"/>
          <w:sz w:val="20"/>
        </w:rPr>
        <w:t>This Agreement shall be governed by and construed in accordance with the laws of the United States and the state of _____________________.</w:t>
      </w:r>
    </w:p>
    <w:p>
      <w:r>
        <w:rPr>
          <w:b w:val="0"/>
          <w:sz w:val="20"/>
        </w:rPr>
        <w:t>Any disputes arising out of or related to this Agreement shall be resolved by binding arbitration in accordance with the rules of the American Arbitration Association.</w:t>
      </w:r>
    </w:p>
    <w:p>
      <w:r>
        <w:rPr>
          <w:b w:val="0"/>
          <w:sz w:val="20"/>
        </w:rPr>
        <w:t>The arbitration shall take place in ____________________, and the arbitrator’s decision shall be final and binding.</w:t>
      </w:r>
    </w:p>
    <w:p/>
    <w:p>
      <w:r>
        <w:rPr>
          <w:b/>
          <w:sz w:val="20"/>
        </w:rPr>
        <w:t>11. ENTIRE AGREEMENT</w:t>
      </w:r>
    </w:p>
    <w:p>
      <w:r>
        <w:rPr>
          <w:b w:val="0"/>
          <w:sz w:val="20"/>
        </w:rPr>
        <w:t>This Agreement constitutes the entire understanding between the parties and supersedes all prior agreements or understandings, whether written or oral.</w:t>
      </w:r>
    </w:p>
    <w:p>
      <w:r>
        <w:rPr>
          <w:b w:val="0"/>
          <w:sz w:val="20"/>
        </w:rPr>
        <w:t>Any modifications to this Agreement must be made in writing and signed by both parties.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PHOTOGRAPHER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https://contract247-us.com/photo-contract/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hoto-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