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POOL SERVICE AGREEMENT</w:t>
      </w:r>
    </w:p>
    <w:p/>
    <w:p>
      <w:r>
        <w:rPr>
          <w:b w:val="0"/>
          <w:sz w:val="20"/>
        </w:rPr>
        <w:t>This Pool Service Agreement (the “Agreement”) is made between the following parties:</w:t>
      </w:r>
    </w:p>
    <w:p/>
    <w:p>
      <w:r>
        <w:rPr>
          <w:b/>
          <w:sz w:val="20"/>
        </w:rPr>
        <w:t>Service Provider Information:</w:t>
      </w:r>
    </w:p>
    <w:p>
      <w:r>
        <w:rPr>
          <w:b w:val="0"/>
          <w:sz w:val="20"/>
        </w:rPr>
        <w:t>Legal Name: ____________________________________________________________</w:t>
      </w:r>
    </w:p>
    <w:p>
      <w:r>
        <w:rPr>
          <w:b w:val="0"/>
          <w:sz w:val="20"/>
        </w:rPr>
        <w:t>Business Address: 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Client Information:</w:t>
      </w:r>
    </w:p>
    <w:p>
      <w:r>
        <w:rPr>
          <w:b w:val="0"/>
          <w:sz w:val="20"/>
        </w:rPr>
        <w:t>Full Name: ______________________________________________________________</w:t>
      </w:r>
    </w:p>
    <w:p>
      <w:r>
        <w:rPr>
          <w:b w:val="0"/>
          <w:sz w:val="20"/>
        </w:rPr>
        <w:t>Service Address: 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RECITALS</w:t>
      </w:r>
    </w:p>
    <w:p>
      <w:r>
        <w:rPr>
          <w:b w:val="0"/>
          <w:sz w:val="20"/>
        </w:rPr>
        <w:t>WHEREAS, the Client owns the pool located at the Service Address described above (the “Pool”); and</w:t>
      </w:r>
    </w:p>
    <w:p>
      <w:r>
        <w:rPr>
          <w:b w:val="0"/>
          <w:sz w:val="20"/>
        </w:rPr>
        <w:t>WHEREAS, the Service Provider is duly licensed and qualified to provide pool cleaning, maintenance, and repair services; and</w:t>
      </w:r>
    </w:p>
    <w:p>
      <w:r>
        <w:rPr>
          <w:b w:val="0"/>
          <w:sz w:val="20"/>
        </w:rPr>
        <w:t>WHEREAS, the Client desires to retain the Service Provider to perform pool services pursuant to the terms and conditions set forth herein;</w:t>
      </w:r>
    </w:p>
    <w:p/>
    <w:p>
      <w:r>
        <w:rPr>
          <w:b/>
          <w:sz w:val="20"/>
        </w:rPr>
        <w:t>NOW, THEREFORE, in consideration of the mutual promises and covenants contained herein, the parties agree as follows:</w:t>
      </w:r>
    </w:p>
    <w:p/>
    <w:p>
      <w:r>
        <w:rPr>
          <w:b/>
          <w:sz w:val="20"/>
        </w:rPr>
        <w:t>1. Services Provided</w:t>
      </w:r>
    </w:p>
    <w:p>
      <w:r>
        <w:rPr>
          <w:b w:val="0"/>
          <w:sz w:val="20"/>
        </w:rPr>
        <w:t>The Service Provider shall perform the following services for the Pool at the Service Address:</w:t>
      </w:r>
    </w:p>
    <w:p>
      <w:r>
        <w:rPr>
          <w:b w:val="0"/>
          <w:sz w:val="20"/>
        </w:rPr>
        <w:t>- Routine cleaning including skimming, vacuuming, brushing, and emptying baskets.</w:t>
      </w:r>
    </w:p>
    <w:p>
      <w:r>
        <w:rPr>
          <w:b w:val="0"/>
          <w:sz w:val="20"/>
        </w:rPr>
        <w:t>- Chemical testing and balancing to maintain safe and compliant water quality.</w:t>
      </w:r>
    </w:p>
    <w:p>
      <w:r>
        <w:rPr>
          <w:b w:val="0"/>
          <w:sz w:val="20"/>
        </w:rPr>
        <w:t>- Inspection and maintenance of pool equipment including pumps, filters, heaters, and automation systems.</w:t>
      </w:r>
    </w:p>
    <w:p>
      <w:r>
        <w:rPr>
          <w:b w:val="0"/>
          <w:sz w:val="20"/>
        </w:rPr>
        <w:t>- Repairs and replacements as agreed upon separately in writing.</w:t>
      </w:r>
    </w:p>
    <w:p>
      <w:r>
        <w:rPr>
          <w:b w:val="0"/>
          <w:sz w:val="20"/>
        </w:rPr>
        <w:t>- Additional services as requested by the Client and agreed to by the Service Provider.</w:t>
      </w:r>
    </w:p>
    <w:p/>
    <w:p>
      <w:r>
        <w:rPr>
          <w:b/>
          <w:sz w:val="20"/>
        </w:rPr>
        <w:t>2. Service Schedule</w:t>
      </w:r>
    </w:p>
    <w:p>
      <w:r>
        <w:rPr>
          <w:b w:val="0"/>
          <w:sz w:val="20"/>
        </w:rPr>
        <w:t>Services will be performed on the following schedule:</w:t>
      </w:r>
    </w:p>
    <w:p>
      <w:r>
        <w:rPr>
          <w:b w:val="0"/>
          <w:sz w:val="20"/>
        </w:rPr>
        <w:t>- Frequency: ________________________________________________________________</w:t>
      </w:r>
    </w:p>
    <w:p>
      <w:r>
        <w:rPr>
          <w:b w:val="0"/>
          <w:sz w:val="20"/>
        </w:rPr>
        <w:t>- Day(s) and approximate time of service: ____________________________________</w:t>
      </w:r>
    </w:p>
    <w:p>
      <w:r>
        <w:rPr>
          <w:b w:val="0"/>
          <w:sz w:val="20"/>
        </w:rPr>
        <w:t>- The Service Provider will notify the Client at least 24 hours in advance of any changes in schedule.</w:t>
      </w:r>
    </w:p>
    <w:p/>
    <w:p>
      <w:r>
        <w:rPr>
          <w:b/>
          <w:sz w:val="20"/>
        </w:rPr>
        <w:t>3. Term of Agreement</w:t>
      </w:r>
    </w:p>
    <w:p>
      <w:r>
        <w:rPr>
          <w:b w:val="0"/>
          <w:sz w:val="20"/>
        </w:rPr>
        <w:t>This Agreement shall commence on the date of signature by both parties and shall continue until terminated in accordance with Section 9 of this Agreement.</w:t>
      </w:r>
    </w:p>
    <w:p/>
    <w:p>
      <w:r>
        <w:rPr>
          <w:b/>
          <w:sz w:val="20"/>
        </w:rPr>
        <w:t>4. Compensation and Payment Terms</w:t>
      </w:r>
    </w:p>
    <w:p>
      <w:r>
        <w:rPr>
          <w:b w:val="0"/>
          <w:sz w:val="20"/>
        </w:rPr>
        <w:t>The Client agrees to pay the Service Provider as follows:</w:t>
      </w:r>
    </w:p>
    <w:p>
      <w:r>
        <w:rPr>
          <w:b w:val="0"/>
          <w:sz w:val="20"/>
        </w:rPr>
        <w:t>- Service Fee: $________________ per service visit or $_______________ per month.</w:t>
      </w:r>
    </w:p>
    <w:p>
      <w:r>
        <w:rPr>
          <w:b w:val="0"/>
          <w:sz w:val="20"/>
        </w:rPr>
        <w:t>- Payment shall be due within ___ days of invoice receipt.</w:t>
      </w:r>
    </w:p>
    <w:p>
      <w:r>
        <w:rPr>
          <w:b w:val="0"/>
          <w:sz w:val="20"/>
        </w:rPr>
        <w:t>- Late payments may incur a late fee of $________ or interest at the maximum rate allowed by law.</w:t>
      </w:r>
    </w:p>
    <w:p>
      <w:r>
        <w:rPr>
          <w:b w:val="0"/>
          <w:sz w:val="20"/>
        </w:rPr>
        <w:t>- Additional services and parts not covered by this Agreement will be billed separately upon Client approval.</w:t>
      </w:r>
    </w:p>
    <w:p/>
    <w:p>
      <w:r>
        <w:rPr>
          <w:b/>
          <w:sz w:val="20"/>
        </w:rPr>
        <w:t>5. Client Responsibilities</w:t>
      </w:r>
    </w:p>
    <w:p>
      <w:r>
        <w:rPr>
          <w:b w:val="0"/>
          <w:sz w:val="20"/>
        </w:rPr>
        <w:t>- Provide access to the Pool and equipment during scheduled service times.</w:t>
      </w:r>
    </w:p>
    <w:p>
      <w:r>
        <w:rPr>
          <w:b w:val="0"/>
          <w:sz w:val="20"/>
        </w:rPr>
        <w:t>- Maintain any necessary utilities (electricity, water) required for Pool maintenance.</w:t>
      </w:r>
    </w:p>
    <w:p>
      <w:r>
        <w:rPr>
          <w:b w:val="0"/>
          <w:sz w:val="20"/>
        </w:rPr>
        <w:t>- Inform the Service Provider promptly of any issues or damages.</w:t>
      </w:r>
    </w:p>
    <w:p>
      <w:r>
        <w:rPr>
          <w:b w:val="0"/>
          <w:sz w:val="20"/>
        </w:rPr>
        <w:t>- Ensure Pool complies with all local laws and safety regulations.</w:t>
      </w:r>
    </w:p>
    <w:p/>
    <w:p>
      <w:r>
        <w:rPr>
          <w:b/>
          <w:sz w:val="20"/>
        </w:rPr>
        <w:t>6. Warranties and Disclaimers</w:t>
      </w:r>
    </w:p>
    <w:p>
      <w:r>
        <w:rPr>
          <w:b w:val="0"/>
          <w:sz w:val="20"/>
        </w:rPr>
        <w:t>- The Service Provider shall perform services in a professional and workmanlike manner.</w:t>
      </w:r>
    </w:p>
    <w:p>
      <w:r>
        <w:rPr>
          <w:b w:val="0"/>
          <w:sz w:val="20"/>
        </w:rPr>
        <w:t>- The Service Provider does not warrant the Pool or equipment against future issues or defects unrelated to service performed.</w:t>
      </w:r>
    </w:p>
    <w:p>
      <w:r>
        <w:rPr>
          <w:b w:val="0"/>
          <w:sz w:val="20"/>
        </w:rPr>
        <w:t>- No warranties, express or implied, including warranties of merchantability or fitness for a particular purpose, are made except as expressly stated in this Agreement.</w:t>
      </w:r>
    </w:p>
    <w:p/>
    <w:p>
      <w:r>
        <w:rPr>
          <w:b/>
          <w:sz w:val="20"/>
        </w:rPr>
        <w:t>7. Limitation of Liability</w:t>
      </w:r>
    </w:p>
    <w:p>
      <w:r>
        <w:rPr>
          <w:b w:val="0"/>
          <w:sz w:val="20"/>
        </w:rPr>
        <w:t>- The Service Provider shall not be liable for any indirect, incidental, special, consequential, or punitive damages arising out of or related to services performed.</w:t>
      </w:r>
    </w:p>
    <w:p>
      <w:r>
        <w:rPr>
          <w:b w:val="0"/>
          <w:sz w:val="20"/>
        </w:rPr>
        <w:t>- The Service Provider's total liability under this Agreement shall not exceed the total fees paid by the Client under this Agreement.</w:t>
      </w:r>
    </w:p>
    <w:p/>
    <w:p>
      <w:r>
        <w:rPr>
          <w:b/>
          <w:sz w:val="20"/>
        </w:rPr>
        <w:t>8. Indemnification</w:t>
      </w:r>
    </w:p>
    <w:p>
      <w:r>
        <w:rPr>
          <w:b w:val="0"/>
          <w:sz w:val="20"/>
        </w:rPr>
        <w:t>The Client agrees to indemnify, defend, and hold harmless the Service Provider and its employees from any claims, damages, liabilities, or expenses arising out of or related to the Pool or services performed, except to the extent caused by the Service Provider’s gross negligence or willful misconduct.</w:t>
      </w:r>
    </w:p>
    <w:p/>
    <w:p>
      <w:r>
        <w:rPr>
          <w:b/>
          <w:sz w:val="20"/>
        </w:rPr>
        <w:t>9. Termination</w:t>
      </w:r>
    </w:p>
    <w:p>
      <w:r>
        <w:rPr>
          <w:b w:val="0"/>
          <w:sz w:val="20"/>
        </w:rPr>
        <w:t>- Either party may terminate this Agreement at any time by providing written notice to the other party at least __ days in advance.</w:t>
      </w:r>
    </w:p>
    <w:p>
      <w:r>
        <w:rPr>
          <w:b w:val="0"/>
          <w:sz w:val="20"/>
        </w:rPr>
        <w:t>- The Service Provider may terminate this Agreement immediately upon breach by the Client of any material term or condition.</w:t>
      </w:r>
    </w:p>
    <w:p>
      <w:r>
        <w:rPr>
          <w:b w:val="0"/>
          <w:sz w:val="20"/>
        </w:rPr>
        <w:t>- Upon termination, Client shall pay for all services rendered through the date of termination.</w:t>
      </w:r>
    </w:p>
    <w:p/>
    <w:p>
      <w:r>
        <w:rPr>
          <w:b/>
          <w:sz w:val="20"/>
        </w:rPr>
        <w:t>10. Governing Law and Dispute Resolution</w:t>
      </w:r>
    </w:p>
    <w:p>
      <w:r>
        <w:rPr>
          <w:b w:val="0"/>
          <w:sz w:val="20"/>
        </w:rPr>
        <w:t>- This Agreement shall be governed by and construed in accordance with the laws of the State of _______________, without regard to its conflict of law principles.</w:t>
      </w:r>
    </w:p>
    <w:p>
      <w:r>
        <w:rPr>
          <w:b w:val="0"/>
          <w:sz w:val="20"/>
        </w:rPr>
        <w:t>- Any disputes arising from or related to this Agreement shall be resolved first through good faith negotiations.</w:t>
      </w:r>
    </w:p>
    <w:p>
      <w:r>
        <w:rPr>
          <w:b w:val="0"/>
          <w:sz w:val="20"/>
        </w:rPr>
        <w:t>- If unresolved, disputes shall be submitted to mediation or binding arbitration in accordance with the rules of the American Arbitration Association, held in the county where the Pool is located.</w:t>
      </w:r>
    </w:p>
    <w:p/>
    <w:p>
      <w:r>
        <w:rPr>
          <w:b/>
          <w:sz w:val="20"/>
        </w:rPr>
        <w:t>11. Miscellaneous</w:t>
      </w:r>
    </w:p>
    <w:p>
      <w:r>
        <w:rPr>
          <w:b w:val="0"/>
          <w:sz w:val="20"/>
        </w:rPr>
        <w:t>- Entire Agreement: This Agreement constitutes the entire agreement between the parties and supersedes all prior agreements and understandings.</w:t>
      </w:r>
    </w:p>
    <w:p>
      <w:r>
        <w:rPr>
          <w:b w:val="0"/>
          <w:sz w:val="20"/>
        </w:rPr>
        <w:t>- Amendments: Any amendments or modifications to this Agreement must be in writing and signed by both parties.</w:t>
      </w:r>
    </w:p>
    <w:p>
      <w:r>
        <w:rPr>
          <w:b w:val="0"/>
          <w:sz w:val="20"/>
        </w:rPr>
        <w:t>- Severability: If any provision of this Agreement is held invalid or unenforceable, the remaining provisions shall remain in full force and effect.</w:t>
      </w:r>
    </w:p>
    <w:p>
      <w:r>
        <w:rPr>
          <w:b w:val="0"/>
          <w:sz w:val="20"/>
        </w:rPr>
        <w:t>- Waiver: Failure to enforce any provision shall not constitute a waiver of that provision or any other.</w:t>
      </w:r>
    </w:p>
    <w:p>
      <w:r>
        <w:rPr>
          <w:b w:val="0"/>
          <w:sz w:val="20"/>
        </w:rPr>
        <w:t>- Assignment: Neither party may assign or delegate rights or obligations without prior written consent of the other party.</w:t>
      </w:r>
    </w:p>
    <w:p/>
    <w:p/>
    <w:p>
      <w:r>
        <w:rPr>
          <w:b w:val="0"/>
          <w:sz w:val="20"/>
        </w:rPr>
        <w:t>Place of signature: ___________________________________________</w:t>
      </w:r>
    </w:p>
    <w:p>
      <w:r>
        <w:rPr>
          <w:b w:val="0"/>
          <w:sz w:val="20"/>
        </w:rPr>
        <w:t>Date of signature: 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SERVICE PROVIDER</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https://contract247-us.com/pool-service-contract/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pool-service-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