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RECORDING ARTIST AGREEMENT</w:t>
      </w:r>
    </w:p>
    <w:p/>
    <w:p>
      <w:r>
        <w:rPr>
          <w:b w:val="0"/>
          <w:sz w:val="20"/>
        </w:rPr>
        <w:t>This Recording Artist Agreement (the "Agreement") is entered into by and between the following parties:</w:t>
      </w:r>
    </w:p>
    <w:p/>
    <w:p>
      <w:r>
        <w:rPr>
          <w:b/>
          <w:sz w:val="20"/>
        </w:rPr>
        <w:t>Record Company:</w:t>
      </w:r>
    </w:p>
    <w:p>
      <w:r>
        <w:rPr>
          <w:b w:val="0"/>
          <w:sz w:val="20"/>
        </w:rPr>
        <w:t>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</w:t>
      </w:r>
    </w:p>
    <w:p>
      <w:r>
        <w:rPr>
          <w:b w:val="0"/>
          <w:sz w:val="20"/>
        </w:rPr>
        <w:t>Contact Person: ___________________________________________________</w:t>
      </w:r>
    </w:p>
    <w:p>
      <w:r>
        <w:rPr>
          <w:b w:val="0"/>
          <w:sz w:val="20"/>
        </w:rPr>
        <w:t>Phone: 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</w:t>
      </w:r>
    </w:p>
    <w:p/>
    <w:p>
      <w:r>
        <w:rPr>
          <w:b/>
          <w:sz w:val="20"/>
        </w:rPr>
        <w:t>Recording Artist:</w:t>
      </w:r>
    </w:p>
    <w:p>
      <w:r>
        <w:rPr>
          <w:b w:val="0"/>
          <w:sz w:val="20"/>
        </w:rPr>
        <w:t>Name: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</w:t>
      </w:r>
    </w:p>
    <w:p>
      <w:r>
        <w:rPr>
          <w:b w:val="0"/>
          <w:sz w:val="20"/>
        </w:rPr>
        <w:t>Phone: ___________________________________________________________</w:t>
      </w:r>
    </w:p>
    <w:p>
      <w:r>
        <w:rPr>
          <w:b w:val="0"/>
          <w:sz w:val="20"/>
        </w:rPr>
        <w:t>Email: ___________________________________________________________</w:t>
      </w:r>
    </w:p>
    <w:p/>
    <w:p>
      <w:r>
        <w:rPr>
          <w:b/>
          <w:sz w:val="20"/>
        </w:rPr>
        <w:t>RECITALS</w:t>
      </w:r>
    </w:p>
    <w:p>
      <w:r>
        <w:rPr>
          <w:b w:val="0"/>
          <w:sz w:val="20"/>
        </w:rPr>
        <w:t>WHEREAS, the Record Company is engaged in the business of producing and distributing sound recordings;</w:t>
      </w:r>
    </w:p>
    <w:p>
      <w:r>
        <w:rPr>
          <w:b w:val="0"/>
          <w:sz w:val="20"/>
        </w:rPr>
        <w:t>WHEREAS, the Artist is a professional musical performer and desires to record musical performances for the Record Company;</w:t>
      </w:r>
    </w:p>
    <w:p>
      <w:r>
        <w:rPr>
          <w:b w:val="0"/>
          <w:sz w:val="20"/>
        </w:rPr>
        <w:t>NOW, THEREFORE, in consideration of the mutual promises and covenants herein contained, the parties agree as follows:</w:t>
      </w:r>
    </w:p>
    <w:p/>
    <w:p>
      <w:r>
        <w:rPr>
          <w:b/>
          <w:sz w:val="20"/>
        </w:rPr>
        <w:t>1. ENGAGEMENT AND SERVICES</w:t>
      </w:r>
    </w:p>
    <w:p>
      <w:r>
        <w:rPr>
          <w:b w:val="0"/>
          <w:sz w:val="20"/>
        </w:rPr>
        <w:t>1.1 The Artist hereby exclusively engages with the Record Company to record musical performances ("Recordings") during the Term defined in section 3.</w:t>
      </w:r>
    </w:p>
    <w:p>
      <w:r>
        <w:rPr>
          <w:b w:val="0"/>
          <w:sz w:val="20"/>
        </w:rPr>
        <w:t>1.2 The Artist shall render services as a recording artist and perform all duties reasonably requested by the Record Company.</w:t>
      </w:r>
    </w:p>
    <w:p>
      <w:r>
        <w:rPr>
          <w:b w:val="0"/>
          <w:sz w:val="20"/>
        </w:rPr>
        <w:t>1.3 The Artist agrees to devote such time and effort as reasonably necessary to complete the Recordings.</w:t>
      </w:r>
    </w:p>
    <w:p/>
    <w:p>
      <w:r>
        <w:rPr>
          <w:b/>
          <w:sz w:val="20"/>
        </w:rPr>
        <w:t>2. GRANT OF RIGHTS</w:t>
      </w:r>
    </w:p>
    <w:p>
      <w:r>
        <w:rPr>
          <w:b w:val="0"/>
          <w:sz w:val="20"/>
        </w:rPr>
        <w:t>2.1 The Artist hereby irrevocably grants and assigns to the Record Company all rights, title, and interest in the Recordings, including but not limited to copyrights, worldwide, in perpetuity.</w:t>
      </w:r>
    </w:p>
    <w:p>
      <w:r>
        <w:rPr>
          <w:b w:val="0"/>
          <w:sz w:val="20"/>
        </w:rPr>
        <w:t>2.2 The Record Company shall have the exclusive right to manufacture, distribute, sell, license, and otherwise exploit the Recordings in any format or medium now known or later developed.</w:t>
      </w:r>
    </w:p>
    <w:p>
      <w:r>
        <w:rPr>
          <w:b w:val="0"/>
          <w:sz w:val="20"/>
        </w:rPr>
        <w:t>2.3 The Artist waives any moral rights or rights of attribution and integrity with respect to the Recordings.</w:t>
      </w:r>
    </w:p>
    <w:p/>
    <w:p>
      <w:r>
        <w:rPr>
          <w:b/>
          <w:sz w:val="20"/>
        </w:rPr>
        <w:t>3. TERM</w:t>
      </w:r>
    </w:p>
    <w:p>
      <w:r>
        <w:rPr>
          <w:b w:val="0"/>
          <w:sz w:val="20"/>
        </w:rPr>
        <w:t>3.1 The Term of this Agreement shall commence upon execution and continue for a period of ______ years, unless earlier terminated as provided herein.</w:t>
      </w:r>
    </w:p>
    <w:p>
      <w:r>
        <w:rPr>
          <w:b w:val="0"/>
          <w:sz w:val="20"/>
        </w:rPr>
        <w:t>3.2 Upon expiration, the Record Company’s rights in the Recordings shall remain unaffected.</w:t>
      </w:r>
    </w:p>
    <w:p/>
    <w:p>
      <w:r>
        <w:rPr>
          <w:b/>
          <w:sz w:val="20"/>
        </w:rPr>
        <w:t>4. RECORDING COMMITMENTS</w:t>
      </w:r>
    </w:p>
    <w:p>
      <w:r>
        <w:rPr>
          <w:b w:val="0"/>
          <w:sz w:val="20"/>
        </w:rPr>
        <w:t>4.1 The Artist agrees to record a minimum of ______ master recordings ("Masters") during the Term.</w:t>
      </w:r>
    </w:p>
    <w:p>
      <w:r>
        <w:rPr>
          <w:b w:val="0"/>
          <w:sz w:val="20"/>
        </w:rPr>
        <w:t>4.2 Recording sessions shall be conducted at places and times reasonably agreed upon by both parties.</w:t>
      </w:r>
    </w:p>
    <w:p>
      <w:r>
        <w:rPr>
          <w:b w:val="0"/>
          <w:sz w:val="20"/>
        </w:rPr>
        <w:t>4.3 The Record Company shall have the right to approve the selection of songs, producers, and engineers.</w:t>
      </w:r>
    </w:p>
    <w:p/>
    <w:p>
      <w:r>
        <w:rPr>
          <w:b/>
          <w:sz w:val="20"/>
        </w:rPr>
        <w:t>5. COMPENSATION</w:t>
      </w:r>
    </w:p>
    <w:p>
      <w:r>
        <w:rPr>
          <w:b w:val="0"/>
          <w:sz w:val="20"/>
        </w:rPr>
        <w:t>5.1 The Artist shall receive royalties in the amount of ______% of net receipts derived from the exploitation of the Recordings, payable quarterly within 60 days after the end of each calendar quarter.</w:t>
      </w:r>
    </w:p>
    <w:p>
      <w:r>
        <w:rPr>
          <w:b w:val="0"/>
          <w:sz w:val="20"/>
        </w:rPr>
        <w:t>5.2 Advances and guarantees, if any, shall be specified as follows: ________________________________</w:t>
      </w:r>
    </w:p>
    <w:p>
      <w:r>
        <w:rPr>
          <w:b w:val="0"/>
          <w:sz w:val="20"/>
        </w:rPr>
        <w:t>5.3 The Artist shall receive no other compensation except as expressly provided in this Agreement.</w:t>
      </w:r>
    </w:p>
    <w:p/>
    <w:p>
      <w:r>
        <w:rPr>
          <w:b/>
          <w:sz w:val="20"/>
        </w:rPr>
        <w:t>6. EXPENSES</w:t>
      </w:r>
    </w:p>
    <w:p>
      <w:r>
        <w:rPr>
          <w:b w:val="0"/>
          <w:sz w:val="20"/>
        </w:rPr>
        <w:t>6.1 The Record Company shall be responsible for all reasonable and customary costs of producing, manufacturing, and marketing the Recordings, including studio costs and third-party fees.</w:t>
      </w:r>
    </w:p>
    <w:p>
      <w:r>
        <w:rPr>
          <w:b w:val="0"/>
          <w:sz w:val="20"/>
        </w:rPr>
        <w:t>6.2 The Artist shall be responsible for personal expenses, including travel and accommodation unless otherwise agreed.</w:t>
      </w:r>
    </w:p>
    <w:p/>
    <w:p>
      <w:r>
        <w:rPr>
          <w:b/>
          <w:sz w:val="20"/>
        </w:rPr>
        <w:t>7. WARRANTIES AND REPRESENTATIONS</w:t>
      </w:r>
    </w:p>
    <w:p>
      <w:r>
        <w:rPr>
          <w:b w:val="0"/>
          <w:sz w:val="20"/>
        </w:rPr>
        <w:t>7.1 The Artist represents and warrants that all performances are original or properly licensed and do not infringe on any third party rights.</w:t>
      </w:r>
    </w:p>
    <w:p>
      <w:r>
        <w:rPr>
          <w:b w:val="0"/>
          <w:sz w:val="20"/>
        </w:rPr>
        <w:t>7.2 The Artist has full right, power, and authority to enter into this Agreement and perform its obligations.</w:t>
      </w:r>
    </w:p>
    <w:p>
      <w:r>
        <w:rPr>
          <w:b w:val="0"/>
          <w:sz w:val="20"/>
        </w:rPr>
        <w:t>7.3 The execution of this Agreement will not violate any other agreement or obligation of the Artist.</w:t>
      </w:r>
    </w:p>
    <w:p/>
    <w:p>
      <w:r>
        <w:rPr>
          <w:b/>
          <w:sz w:val="20"/>
        </w:rPr>
        <w:t>8. EXCLUSIVITY</w:t>
      </w:r>
    </w:p>
    <w:p>
      <w:r>
        <w:rPr>
          <w:b w:val="0"/>
          <w:sz w:val="20"/>
        </w:rPr>
        <w:t>8.1 During the Term, the Artist shall not record or perform for any other person or entity without the prior written consent of the Record Company.</w:t>
      </w:r>
    </w:p>
    <w:p/>
    <w:p>
      <w:r>
        <w:rPr>
          <w:b/>
          <w:sz w:val="20"/>
        </w:rPr>
        <w:t>9. DELIVERY AND ACCEPTANCE</w:t>
      </w:r>
    </w:p>
    <w:p>
      <w:r>
        <w:rPr>
          <w:b w:val="0"/>
          <w:sz w:val="20"/>
        </w:rPr>
        <w:t>9.1 The Artist shall deliver all Recordings in a form acceptable to the Record Company.</w:t>
      </w:r>
    </w:p>
    <w:p>
      <w:r>
        <w:rPr>
          <w:b w:val="0"/>
          <w:sz w:val="20"/>
        </w:rPr>
        <w:t>9.2 The Record Company shall have the right to accept or reject recordings not meeting reasonable commercial standards, with rejection requiring a detailed written explanation.</w:t>
      </w:r>
    </w:p>
    <w:p/>
    <w:p>
      <w:r>
        <w:rPr>
          <w:b/>
          <w:sz w:val="20"/>
        </w:rPr>
        <w:t>10. CONFIDENTIALITY</w:t>
      </w:r>
    </w:p>
    <w:p>
      <w:r>
        <w:rPr>
          <w:b w:val="0"/>
          <w:sz w:val="20"/>
        </w:rPr>
        <w:t>10.1 Both parties agree to keep the terms of this Agreement and any confidential information received in strict confidence and not disclose to third parties without prior written consent.</w:t>
      </w:r>
    </w:p>
    <w:p/>
    <w:p>
      <w:r>
        <w:rPr>
          <w:b/>
          <w:sz w:val="20"/>
        </w:rPr>
        <w:t>11. TERMINATION</w:t>
      </w:r>
    </w:p>
    <w:p>
      <w:r>
        <w:rPr>
          <w:b w:val="0"/>
          <w:sz w:val="20"/>
        </w:rPr>
        <w:t>11.1 Either party may terminate this Agreement upon material breach by the other party if such breach is not cured within 30 days of written notice.</w:t>
      </w:r>
    </w:p>
    <w:p>
      <w:r>
        <w:rPr>
          <w:b w:val="0"/>
          <w:sz w:val="20"/>
        </w:rPr>
        <w:t>11.2 Upon termination, all rights granted to the Record Company shall remain in effect with respect to Recordings delivered prior to termination.</w:t>
      </w:r>
    </w:p>
    <w:p>
      <w:r>
        <w:rPr>
          <w:b w:val="0"/>
          <w:sz w:val="20"/>
        </w:rPr>
        <w:t>11.3 Termination shall not affect any accrued rights or obligations of either party.</w:t>
      </w:r>
    </w:p>
    <w:p/>
    <w:p>
      <w:r>
        <w:rPr>
          <w:b/>
          <w:sz w:val="20"/>
        </w:rPr>
        <w:t>12. INDEMNIFICATION</w:t>
      </w:r>
    </w:p>
    <w:p>
      <w:r>
        <w:rPr>
          <w:b w:val="0"/>
          <w:sz w:val="20"/>
        </w:rPr>
        <w:t>12.1 The Artist agrees to indemnify and hold harmless the Record Company from any claims, damages, liabilities, or expenses arising from breach of warranties or infringement claims.</w:t>
      </w:r>
    </w:p>
    <w:p>
      <w:r>
        <w:rPr>
          <w:b w:val="0"/>
          <w:sz w:val="20"/>
        </w:rPr>
        <w:t>12.2 The Record Company agrees to indemnify the Artist from claims arising from the Company’s gross negligence or willful misconduct.</w:t>
      </w:r>
    </w:p>
    <w:p/>
    <w:p>
      <w:r>
        <w:rPr>
          <w:b/>
          <w:sz w:val="20"/>
        </w:rPr>
        <w:t>13. MISCELLANEOUS</w:t>
      </w:r>
    </w:p>
    <w:p>
      <w:r>
        <w:rPr>
          <w:b w:val="0"/>
          <w:sz w:val="20"/>
        </w:rPr>
        <w:t>13.1 Governing Law: This Agreement shall be governed by and construed in accordance with the laws of the State of ____________________, USA.</w:t>
      </w:r>
    </w:p>
    <w:p>
      <w:r>
        <w:rPr>
          <w:b w:val="0"/>
          <w:sz w:val="20"/>
        </w:rPr>
        <w:t>13.2 Entire Agreement: This Agreement constitutes the entire understanding between the parties and supersedes all prior agreements.</w:t>
      </w:r>
    </w:p>
    <w:p>
      <w:r>
        <w:rPr>
          <w:b w:val="0"/>
          <w:sz w:val="20"/>
        </w:rPr>
        <w:t>13.3 Amendments: Any changes to this Agreement must be made in writing and signed by both parties.</w:t>
      </w:r>
    </w:p>
    <w:p>
      <w:r>
        <w:rPr>
          <w:b w:val="0"/>
          <w:sz w:val="20"/>
        </w:rPr>
        <w:t>13.4 Assignment: Neither party may assign its rights or obligations without prior written consent of the other party, except the Record Company may assign to an affiliate or successor.</w:t>
      </w:r>
    </w:p>
    <w:p>
      <w:r>
        <w:rPr>
          <w:b w:val="0"/>
          <w:sz w:val="20"/>
        </w:rPr>
        <w:t>13.5 Notices: All notices shall be in writing and delivered to the addresses specified above or such other addresses as either party may designate in writing.</w:t>
      </w:r>
    </w:p>
    <w:p>
      <w:r>
        <w:rPr>
          <w:b w:val="0"/>
          <w:sz w:val="20"/>
        </w:rPr>
        <w:t>13.6 Severability: If any provision is held invalid or unenforceable, the remaining provisions shall remain in full force and effect.</w:t>
      </w:r>
    </w:p>
    <w:p/>
    <w:p>
      <w:r>
        <w:rPr>
          <w:b w:val="0"/>
          <w:sz w:val="20"/>
        </w:rPr>
        <w:t>IN WITNESS WHEREOF, the parties have executed this Agreement as of the date first written above.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RECORD COMPANY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ARTIST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  <w:br/>
              <w:t>Title: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https://contract247-us.com/recording-contract/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https://contract247-us.com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contract247-us.com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247-us.com/recording-contract/" TargetMode="External"/><Relationship Id="rId10" Type="http://schemas.openxmlformats.org/officeDocument/2006/relationships/hyperlink" Target="https://contract247-u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