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REFERRAL AGREEMENT CONTRACT</w:t>
      </w:r>
    </w:p>
    <w:p/>
    <w:p/>
    <w:p>
      <w:r>
        <w:rPr>
          <w:b/>
          <w:sz w:val="20"/>
        </w:rPr>
        <w:t>This Referral Agreement ("Agreement") is made between:</w:t>
      </w:r>
    </w:p>
    <w:p>
      <w:r>
        <w:rPr>
          <w:b/>
          <w:sz w:val="20"/>
        </w:rPr>
        <w:t>Referrer:</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Company:</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WHEREAS</w:t>
      </w:r>
    </w:p>
    <w:p>
      <w:r>
        <w:rPr>
          <w:b w:val="0"/>
          <w:sz w:val="20"/>
        </w:rPr>
        <w:t>The Company is engaged in the business of providing goods and/or services as described below;</w:t>
      </w:r>
    </w:p>
    <w:p>
      <w:r>
        <w:rPr>
          <w:b w:val="0"/>
          <w:sz w:val="20"/>
        </w:rPr>
        <w:t>The Referrer desires to refer potential clients/customers to the Company under the terms set forth herein;</w:t>
      </w:r>
    </w:p>
    <w:p>
      <w:r>
        <w:rPr>
          <w:b w:val="0"/>
          <w:sz w:val="20"/>
        </w:rPr>
        <w:t>The Company desires to compensate the Referrer for qualified referrals as defined in this Agreement.</w:t>
      </w:r>
    </w:p>
    <w:p/>
    <w:p/>
    <w:p>
      <w:r>
        <w:rPr>
          <w:b/>
          <w:sz w:val="20"/>
        </w:rPr>
        <w:t>1. Definitions</w:t>
      </w:r>
    </w:p>
    <w:p>
      <w:r>
        <w:rPr>
          <w:b w:val="0"/>
          <w:sz w:val="20"/>
        </w:rPr>
        <w:t>1.1. "Referral" means a prospective client or customer introduced by the Referrer to the Company who completes a qualifying transaction.</w:t>
      </w:r>
    </w:p>
    <w:p>
      <w:r>
        <w:rPr>
          <w:b w:val="0"/>
          <w:sz w:val="20"/>
        </w:rPr>
        <w:t>1.2. "Qualified Referral" means a Referral who meets the criteria for compensation under this Agreement, including but not limited to completion of purchase or contract with the Company.</w:t>
      </w:r>
    </w:p>
    <w:p>
      <w:r>
        <w:rPr>
          <w:b w:val="0"/>
          <w:sz w:val="20"/>
        </w:rPr>
        <w:t>1.3. "Referral Fee" means the payment due to the Referrer as compensation for a Qualified Referral as set forth in this Agreement.</w:t>
      </w:r>
    </w:p>
    <w:p/>
    <w:p>
      <w:r>
        <w:rPr>
          <w:b/>
          <w:sz w:val="20"/>
        </w:rPr>
        <w:t>2. Referral Services</w:t>
      </w:r>
    </w:p>
    <w:p>
      <w:r>
        <w:rPr>
          <w:b w:val="0"/>
          <w:sz w:val="20"/>
        </w:rPr>
        <w:t>The Referrer agrees to use reasonable efforts to refer potential clients/customers to the Company. The Referrer shall provide accurate contact information and any relevant details to assist the Company in contacting referred individuals.</w:t>
      </w:r>
    </w:p>
    <w:p/>
    <w:p>
      <w:r>
        <w:rPr>
          <w:b/>
          <w:sz w:val="20"/>
        </w:rPr>
        <w:t>3. Compensation</w:t>
      </w:r>
    </w:p>
    <w:p>
      <w:r>
        <w:rPr>
          <w:b w:val="0"/>
          <w:sz w:val="20"/>
        </w:rPr>
        <w:t>3.1. The Company agrees to pay the Referrer a Referral Fee as follows:</w:t>
      </w:r>
    </w:p>
    <w:p>
      <w:r>
        <w:rPr>
          <w:b w:val="0"/>
          <w:sz w:val="20"/>
        </w:rPr>
        <w:t>- Percentage of sale: ________% of the net revenue received from the Qualified Referral; or</w:t>
      </w:r>
    </w:p>
    <w:p>
      <w:r>
        <w:rPr>
          <w:b w:val="0"/>
          <w:sz w:val="20"/>
        </w:rPr>
        <w:t>- Fixed amount per Qualified Referral: $________.</w:t>
      </w:r>
    </w:p>
    <w:p>
      <w:r>
        <w:rPr>
          <w:b w:val="0"/>
          <w:sz w:val="20"/>
        </w:rPr>
        <w:t>3.2. Referral Fees shall be paid within ______ days following the Company’s receipt of payment from the Qualified Referral.</w:t>
      </w:r>
    </w:p>
    <w:p>
      <w:r>
        <w:rPr>
          <w:b w:val="0"/>
          <w:sz w:val="20"/>
        </w:rPr>
        <w:t>3.3. No Referral Fee shall be payable for Referrals who do not meet the criteria of a Qualified Referral.</w:t>
      </w:r>
    </w:p>
    <w:p/>
    <w:p>
      <w:r>
        <w:rPr>
          <w:b/>
          <w:sz w:val="20"/>
        </w:rPr>
        <w:t>4. Term and Termination</w:t>
      </w:r>
    </w:p>
    <w:p>
      <w:r>
        <w:rPr>
          <w:b w:val="0"/>
          <w:sz w:val="20"/>
        </w:rPr>
        <w:t>4.1. This Agreement shall commence upon execution by both parties and continue until terminated by either party with thirty (30) days written notice.</w:t>
      </w:r>
    </w:p>
    <w:p>
      <w:r>
        <w:rPr>
          <w:b w:val="0"/>
          <w:sz w:val="20"/>
        </w:rPr>
        <w:t>4.2. Termination shall not affect the obligation of the Company to pay Referral Fees for Qualified Referrals made prior to termination.</w:t>
      </w:r>
    </w:p>
    <w:p>
      <w:r>
        <w:rPr>
          <w:b w:val="0"/>
          <w:sz w:val="20"/>
        </w:rPr>
        <w:t>4.3. Either party may terminate immediately upon material breach of this Agreement by the other party if such breach is not cured within ten (10) days of written notice.</w:t>
      </w:r>
    </w:p>
    <w:p/>
    <w:p>
      <w:r>
        <w:rPr>
          <w:b/>
          <w:sz w:val="20"/>
        </w:rPr>
        <w:t>5. Confidentiality</w:t>
      </w:r>
    </w:p>
    <w:p>
      <w:r>
        <w:rPr>
          <w:b w:val="0"/>
          <w:sz w:val="20"/>
        </w:rPr>
        <w:t>5.1. Both parties agree to keep confidential all information received from the other party related to this Agreement and any referred clients, except as required by law or with prior written consent.</w:t>
      </w:r>
    </w:p>
    <w:p>
      <w:r>
        <w:rPr>
          <w:b w:val="0"/>
          <w:sz w:val="20"/>
        </w:rPr>
        <w:t>5.2. Confidential information shall not include information that is or becomes publicly available through no fault of the receiving party.</w:t>
      </w:r>
    </w:p>
    <w:p/>
    <w:p>
      <w:r>
        <w:rPr>
          <w:b/>
          <w:sz w:val="20"/>
        </w:rPr>
        <w:t>6. Independent Contractor</w:t>
      </w:r>
    </w:p>
    <w:p>
      <w:r>
        <w:rPr>
          <w:b w:val="0"/>
          <w:sz w:val="20"/>
        </w:rPr>
        <w:t>The Referrer is an independent contractor and nothing in this Agreement shall be construed to create a partnership, joint venture, or agency relationship between the parties.</w:t>
      </w:r>
    </w:p>
    <w:p/>
    <w:p>
      <w:r>
        <w:rPr>
          <w:b/>
          <w:sz w:val="20"/>
        </w:rPr>
        <w:t>7. Representations and Warranties</w:t>
      </w:r>
    </w:p>
    <w:p>
      <w:r>
        <w:rPr>
          <w:b w:val="0"/>
          <w:sz w:val="20"/>
        </w:rPr>
        <w:t>7.1. The Referrer represents that it has the legal right and authority to enter into this Agreement and perform its obligations hereunder.</w:t>
      </w:r>
    </w:p>
    <w:p>
      <w:r>
        <w:rPr>
          <w:b w:val="0"/>
          <w:sz w:val="20"/>
        </w:rPr>
        <w:t>7.2. The Company represents that it is duly organized, validly existing, and in good standing under the laws of its jurisdiction.</w:t>
      </w:r>
    </w:p>
    <w:p/>
    <w:p>
      <w:r>
        <w:rPr>
          <w:b/>
          <w:sz w:val="20"/>
        </w:rPr>
        <w:t>8. Indemnification</w:t>
      </w:r>
    </w:p>
    <w:p>
      <w:r>
        <w:rPr>
          <w:b w:val="0"/>
          <w:sz w:val="20"/>
        </w:rPr>
        <w:t>Each party agrees to indemnify, defend and hold harmless the other party and its officers, directors, employees, and agents from and against any and all claims, damages, liabilities, costs, and expenses (including reasonable attorneys' fees) arising out of or related to any breach of this Agreement or the gross negligence or willful misconduct of the indemnifying party.</w:t>
      </w:r>
    </w:p>
    <w:p/>
    <w:p>
      <w:r>
        <w:rPr>
          <w:b/>
          <w:sz w:val="20"/>
        </w:rPr>
        <w:t>9. Limitation of Liability</w:t>
      </w:r>
    </w:p>
    <w:p>
      <w:r>
        <w:rPr>
          <w:b w:val="0"/>
          <w:sz w:val="20"/>
        </w:rPr>
        <w:t>Neither party shall be liable to the other for any indirect, incidental, consequential, special, or punitive damages arising out of or related to this Agreement, even if advised of the possibility of such damages. The total liability of either party under this Agreement shall not exceed the amount of Referral Fees actually paid to the Referrer hereunder.</w:t>
      </w:r>
    </w:p>
    <w:p/>
    <w:p>
      <w:r>
        <w:rPr>
          <w:b/>
          <w:sz w:val="20"/>
        </w:rPr>
        <w:t>10. Governing Law and Dispute Resolution</w:t>
      </w:r>
    </w:p>
    <w:p>
      <w:r>
        <w:rPr>
          <w:b w:val="0"/>
          <w:sz w:val="20"/>
        </w:rPr>
        <w:t>10.1. This Agreement shall be governed by and construed in accordance with the laws of the United States and the State of __________________, without regard to its conflicts of law principles.</w:t>
      </w:r>
    </w:p>
    <w:p>
      <w:r>
        <w:rPr>
          <w:b w:val="0"/>
          <w:sz w:val="20"/>
        </w:rPr>
        <w:t>10.2. Any disputes arising out of or related to this Agreement shall first be attempted to be resolved through good faith negotiations between the parties.</w:t>
      </w:r>
    </w:p>
    <w:p>
      <w:r>
        <w:rPr>
          <w:b w:val="0"/>
          <w:sz w:val="20"/>
        </w:rPr>
        <w:t>10.3. If unresolved, disputes shall be submitted to binding arbitration administered by the American Arbitration Association under its Commercial Arbitration Rules, with the arbitration to be held in __________________.</w:t>
      </w:r>
    </w:p>
    <w:p/>
    <w:p>
      <w:r>
        <w:rPr>
          <w:b/>
          <w:sz w:val="20"/>
        </w:rPr>
        <w:t>11. Notices</w:t>
      </w:r>
    </w:p>
    <w:p>
      <w:r>
        <w:rPr>
          <w:b w:val="0"/>
          <w:sz w:val="20"/>
        </w:rPr>
        <w:t>All notices required or permitted under this Agreement shall be in writing and shall be deemed given when delivered personally, sent by certified mail, return receipt requested, or by nationally recognized overnight courier to the addresses listed above or such other address as either party may designate by notice to the other.</w:t>
      </w:r>
    </w:p>
    <w:p/>
    <w:p>
      <w:r>
        <w:rPr>
          <w:b/>
          <w:sz w:val="20"/>
        </w:rPr>
        <w:t>12. Miscellaneous</w:t>
      </w:r>
    </w:p>
    <w:p>
      <w:r>
        <w:rPr>
          <w:b w:val="0"/>
          <w:sz w:val="20"/>
        </w:rPr>
        <w:t>12.1. Entire Agreement: This Agreement constitutes the entire agreement between the parties and supersedes all prior agreements and understandings relating to its subject matter.</w:t>
      </w:r>
    </w:p>
    <w:p>
      <w:r>
        <w:rPr>
          <w:b w:val="0"/>
          <w:sz w:val="20"/>
        </w:rPr>
        <w:t>12.2. Amendments: Any amendment or modification of this Agreement must be in writing and signed by both parties.</w:t>
      </w:r>
    </w:p>
    <w:p>
      <w:r>
        <w:rPr>
          <w:b w:val="0"/>
          <w:sz w:val="20"/>
        </w:rPr>
        <w:t>12.3. Waiver: No waiver of any provision or breach shall be effective unless in writing and signed by the waiving party.</w:t>
      </w:r>
    </w:p>
    <w:p>
      <w:r>
        <w:rPr>
          <w:b w:val="0"/>
          <w:sz w:val="20"/>
        </w:rPr>
        <w:t>12.4. Severability: If any provision is held invalid or unenforceable, the remaining provisions shall remain in full force and effect.</w:t>
      </w:r>
    </w:p>
    <w:p>
      <w:r>
        <w:rPr>
          <w:b w:val="0"/>
          <w:sz w:val="20"/>
        </w:rPr>
        <w:t>12.5. Assignment: Neither party may assign this Agreement without the prior written consent of the other party, except to a successor entity in connection with a merger or sale of substantially all assets.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REFERRER</w:t>
            </w:r>
          </w:p>
        </w:tc>
        <w:tc>
          <w:tcPr>
            <w:tcW w:type="dxa" w:w="4986"/>
            <w:tcBorders>
              <w:top w:val="nil"/>
              <w:left w:val="nil"/>
              <w:bottom w:val="nil"/>
              <w:right w:val="nil"/>
              <w:insideH w:val="nil"/>
              <w:insideV w:val="nil"/>
            </w:tcBorders>
          </w:tcPr>
          <w:p>
            <w:pPr>
              <w:jc w:val="center"/>
            </w:pPr>
            <w:r>
              <w:t>COMPANY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https://contract247-us.com/referral-contract/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referral-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