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SEO SERVICES AGREEMENT</w:t>
      </w:r>
    </w:p>
    <w:p/>
    <w:p>
      <w:r>
        <w:rPr>
          <w:b/>
          <w:sz w:val="20"/>
        </w:rPr>
        <w:t>This SEO Services Agreement ("Agreement") is entered into by and between:</w:t>
      </w:r>
    </w:p>
    <w:p>
      <w:r>
        <w:rPr>
          <w:b/>
          <w:sz w:val="20"/>
        </w:rPr>
        <w:t>CLIENT:</w:t>
      </w:r>
    </w:p>
    <w:p>
      <w:r>
        <w:rPr>
          <w:b w:val="0"/>
          <w:sz w:val="20"/>
        </w:rPr>
        <w:t>Name: _________________________________________________________________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SERVICE PROVIDER:</w:t>
      </w:r>
    </w:p>
    <w:p>
      <w:r>
        <w:rPr>
          <w:b w:val="0"/>
          <w:sz w:val="20"/>
        </w:rPr>
        <w:t>Name: _________________________________________________________________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WHEREAS,</w:t>
      </w:r>
    </w:p>
    <w:p>
      <w:r>
        <w:rPr>
          <w:b w:val="0"/>
          <w:sz w:val="20"/>
        </w:rPr>
        <w:t>The Client desires to engage the Service Provider to perform certain SEO (Search Engine Optimization) services as outlined in this Agreement; and</w:t>
      </w:r>
    </w:p>
    <w:p>
      <w:r>
        <w:rPr>
          <w:b w:val="0"/>
          <w:sz w:val="20"/>
        </w:rPr>
        <w:t>The Service Provider agrees to provide such services under the terms and conditions set forth herein.</w:t>
      </w:r>
    </w:p>
    <w:p/>
    <w:p>
      <w:r>
        <w:rPr>
          <w:b/>
          <w:sz w:val="20"/>
        </w:rPr>
        <w:t>1. Scope of Services</w:t>
      </w:r>
    </w:p>
    <w:p>
      <w:r>
        <w:rPr>
          <w:b w:val="0"/>
          <w:sz w:val="20"/>
        </w:rPr>
        <w:t>The Service Provider shall provide SEO services including but not limited to:</w:t>
      </w:r>
    </w:p>
    <w:p>
      <w:r>
        <w:rPr>
          <w:b w:val="0"/>
          <w:sz w:val="20"/>
        </w:rPr>
        <w:t>- Keyword research and analysis</w:t>
      </w:r>
    </w:p>
    <w:p>
      <w:r>
        <w:rPr>
          <w:b w:val="0"/>
          <w:sz w:val="20"/>
        </w:rPr>
        <w:t>- On-page optimization (meta tags, headers, content optimization)</w:t>
      </w:r>
    </w:p>
    <w:p>
      <w:r>
        <w:rPr>
          <w:b w:val="0"/>
          <w:sz w:val="20"/>
        </w:rPr>
        <w:t>- Off-page optimization (link building, guest posting)</w:t>
      </w:r>
    </w:p>
    <w:p>
      <w:r>
        <w:rPr>
          <w:b w:val="0"/>
          <w:sz w:val="20"/>
        </w:rPr>
        <w:t>- Technical SEO (site speed, mobile optimization, crawl error fixes)</w:t>
      </w:r>
    </w:p>
    <w:p>
      <w:r>
        <w:rPr>
          <w:b w:val="0"/>
          <w:sz w:val="20"/>
        </w:rPr>
        <w:t>- Monthly performance reporting and analytics review</w:t>
      </w:r>
    </w:p>
    <w:p>
      <w:r>
        <w:rPr>
          <w:b w:val="0"/>
          <w:sz w:val="20"/>
        </w:rPr>
        <w:t>- Consulting and strategic recommendations</w:t>
      </w:r>
    </w:p>
    <w:p>
      <w:r>
        <w:rPr>
          <w:b w:val="0"/>
          <w:sz w:val="20"/>
        </w:rPr>
        <w:t>The Service Provider’s services shall be performed diligently and in accordance with current best practices and applicable search engine guidelines.</w:t>
      </w:r>
    </w:p>
    <w:p/>
    <w:p>
      <w:r>
        <w:rPr>
          <w:b/>
          <w:sz w:val="20"/>
        </w:rPr>
        <w:t>2. Term and Termination</w:t>
      </w:r>
    </w:p>
    <w:p>
      <w:r>
        <w:rPr>
          <w:b w:val="0"/>
          <w:sz w:val="20"/>
        </w:rPr>
        <w:t>This Agreement shall commence upon execution by both parties and shall continue for a period of ______ months unless terminated earlier as provided herein.</w:t>
      </w:r>
    </w:p>
    <w:p>
      <w:r>
        <w:rPr>
          <w:b w:val="0"/>
          <w:sz w:val="20"/>
        </w:rPr>
        <w:t>Either party may terminate this Agreement upon thirty (30) days written notice to the other party.</w:t>
      </w:r>
    </w:p>
    <w:p>
      <w:r>
        <w:rPr>
          <w:b w:val="0"/>
          <w:sz w:val="20"/>
        </w:rPr>
        <w:t>The Client shall pay for all services rendered and costs incurred up to the date of termination.</w:t>
      </w:r>
    </w:p>
    <w:p/>
    <w:p>
      <w:r>
        <w:rPr>
          <w:b/>
          <w:sz w:val="20"/>
        </w:rPr>
        <w:t>3. Compensation and Payment Terms</w:t>
      </w:r>
    </w:p>
    <w:p>
      <w:r>
        <w:rPr>
          <w:b w:val="0"/>
          <w:sz w:val="20"/>
        </w:rPr>
        <w:t>The Client agrees to pay the Service Provider the following fees:</w:t>
      </w:r>
    </w:p>
    <w:p>
      <w:r>
        <w:rPr>
          <w:b w:val="0"/>
          <w:sz w:val="20"/>
        </w:rPr>
        <w:t>- Setup Fee: $____________ (one-time, if applicable)</w:t>
      </w:r>
    </w:p>
    <w:p>
      <w:r>
        <w:rPr>
          <w:b w:val="0"/>
          <w:sz w:val="20"/>
        </w:rPr>
        <w:t>- Monthly Fee: $____________ (due on or before the ___ day of each month)</w:t>
      </w:r>
    </w:p>
    <w:p>
      <w:r>
        <w:rPr>
          <w:b w:val="0"/>
          <w:sz w:val="20"/>
        </w:rPr>
        <w:t>- Additional services outside the scope will require separate written agreement and may incur extra charges.</w:t>
      </w:r>
    </w:p>
    <w:p>
      <w:r>
        <w:rPr>
          <w:b w:val="0"/>
          <w:sz w:val="20"/>
        </w:rPr>
        <w:t>Payments shall be made via _______________. Late payments shall incur interest at the rate of ___% per month.</w:t>
      </w:r>
    </w:p>
    <w:p/>
    <w:p>
      <w:r>
        <w:rPr>
          <w:b/>
          <w:sz w:val="20"/>
        </w:rPr>
        <w:t>4. Client Obligations</w:t>
      </w:r>
    </w:p>
    <w:p>
      <w:r>
        <w:rPr>
          <w:b w:val="0"/>
          <w:sz w:val="20"/>
        </w:rPr>
        <w:t>The Client agrees to provide timely access to relevant website platforms, analytics, content management systems, and any other information necessary for the Service Provider to perform the services.</w:t>
      </w:r>
    </w:p>
    <w:p>
      <w:r>
        <w:rPr>
          <w:b w:val="0"/>
          <w:sz w:val="20"/>
        </w:rPr>
        <w:t>The Client shall cooperate fully and provide feedback and approvals as reasonably requested.</w:t>
      </w:r>
    </w:p>
    <w:p>
      <w:r>
        <w:rPr>
          <w:b w:val="0"/>
          <w:sz w:val="20"/>
        </w:rPr>
        <w:t>The Client warrants that all content provided complies with applicable laws and does not infringe on any third party rights.</w:t>
      </w:r>
    </w:p>
    <w:p/>
    <w:p>
      <w:r>
        <w:rPr>
          <w:b/>
          <w:sz w:val="20"/>
        </w:rPr>
        <w:t>5. Intellectual Property Rights</w:t>
      </w:r>
    </w:p>
    <w:p>
      <w:r>
        <w:rPr>
          <w:b w:val="0"/>
          <w:sz w:val="20"/>
        </w:rPr>
        <w:t>All intellectual property rights existing prior to this Agreement shall remain with the respective party.</w:t>
      </w:r>
    </w:p>
    <w:p>
      <w:r>
        <w:rPr>
          <w:b w:val="0"/>
          <w:sz w:val="20"/>
        </w:rPr>
        <w:t>Any content, data, or materials developed specifically for the Client in connection with the services ("Deliverables") shall be owned by the Client upon full payment.</w:t>
      </w:r>
    </w:p>
    <w:p>
      <w:r>
        <w:rPr>
          <w:b w:val="0"/>
          <w:sz w:val="20"/>
        </w:rPr>
        <w:t>The Service Provider retains the right to use general knowledge, skills, and methodologies acquired during the engagement for other clients.</w:t>
      </w:r>
    </w:p>
    <w:p/>
    <w:p>
      <w:r>
        <w:rPr>
          <w:b/>
          <w:sz w:val="20"/>
        </w:rPr>
        <w:t>6. Confidentiality</w:t>
      </w:r>
    </w:p>
    <w:p>
      <w:r>
        <w:rPr>
          <w:b w:val="0"/>
          <w:sz w:val="20"/>
        </w:rPr>
        <w:t>Both parties agree to keep all confidential information received from the other party strictly confidential and shall not disclose it to any third party without prior written consent unless required by law.</w:t>
      </w:r>
    </w:p>
    <w:p>
      <w:r>
        <w:rPr>
          <w:b w:val="0"/>
          <w:sz w:val="20"/>
        </w:rPr>
        <w:t>This obligation shall survive termination of this Agreement.</w:t>
      </w:r>
    </w:p>
    <w:p/>
    <w:p>
      <w:r>
        <w:rPr>
          <w:b/>
          <w:sz w:val="20"/>
        </w:rPr>
        <w:t>7. Warranties and Disclaimers</w:t>
      </w:r>
    </w:p>
    <w:p>
      <w:r>
        <w:rPr>
          <w:b w:val="0"/>
          <w:sz w:val="20"/>
        </w:rPr>
        <w:t>The Service Provider warrants that it will perform services in a professional and workmanlike manner consistent with industry standards.</w:t>
      </w:r>
    </w:p>
    <w:p>
      <w:r>
        <w:rPr>
          <w:b w:val="0"/>
          <w:sz w:val="20"/>
        </w:rPr>
        <w:t>No guarantee or warranty is made that the SEO services will result in specific rankings or traffic improvements due to the unpredictable nature of search engines.</w:t>
      </w:r>
    </w:p>
    <w:p>
      <w:r>
        <w:rPr>
          <w:b w:val="0"/>
          <w:sz w:val="20"/>
        </w:rPr>
        <w:t>The Service Provider disclaims all other warranties, express or implied, including but not limited to fitness for a particular purpose and non-infringement.</w:t>
      </w:r>
    </w:p>
    <w:p/>
    <w:p>
      <w:r>
        <w:rPr>
          <w:b/>
          <w:sz w:val="20"/>
        </w:rPr>
        <w:t>8. Limitation of Liability</w:t>
      </w:r>
    </w:p>
    <w:p>
      <w:r>
        <w:rPr>
          <w:b w:val="0"/>
          <w:sz w:val="20"/>
        </w:rPr>
        <w:t>In no event shall either party be liable to the other for any indirect, incidental, consequential, special, or punitive damages, including lost profits or business interruption, arising out of or related to this Agreement.</w:t>
      </w:r>
    </w:p>
    <w:p>
      <w:r>
        <w:rPr>
          <w:b w:val="0"/>
          <w:sz w:val="20"/>
        </w:rPr>
        <w:t>The Service Provider’s total liability under this Agreement shall not exceed the total fees paid by the Client to the Service Provider during the six (6) months prior to the claim.</w:t>
      </w:r>
    </w:p>
    <w:p/>
    <w:p>
      <w:r>
        <w:rPr>
          <w:b/>
          <w:sz w:val="20"/>
        </w:rPr>
        <w:t>9. Indemnification</w:t>
      </w:r>
    </w:p>
    <w:p>
      <w:r>
        <w:rPr>
          <w:b w:val="0"/>
          <w:sz w:val="20"/>
        </w:rPr>
        <w:t>The Client agrees to indemnify, defend, and hold harmless the Service Provider and its affiliates, officers, and employees from and against any claims, damages, liabilities, losses, and expenses (including reasonable attorneys’ fees) arising out of or related to the Client’s breach of this Agreement or violation of any applicable law.</w:t>
      </w:r>
    </w:p>
    <w:p/>
    <w:p>
      <w:r>
        <w:rPr>
          <w:b/>
          <w:sz w:val="20"/>
        </w:rPr>
        <w:t>10. Force Majeure</w:t>
      </w:r>
    </w:p>
    <w:p>
      <w:r>
        <w:rPr>
          <w:b w:val="0"/>
          <w:sz w:val="20"/>
        </w:rPr>
        <w:t>Neither party shall be liable for any failure or delay in performance due to causes beyond its reasonable control, including but not limited to acts of God, war, terrorism, governmental restrictions, labor disputes, or internet outages.</w:t>
      </w:r>
    </w:p>
    <w:p>
      <w:r>
        <w:rPr>
          <w:b w:val="0"/>
          <w:sz w:val="20"/>
        </w:rPr>
        <w:t>In such event, the affected party shall notify the other promptly and use reasonable efforts to resume performance.</w:t>
      </w:r>
    </w:p>
    <w:p/>
    <w:p>
      <w:r>
        <w:rPr>
          <w:b/>
          <w:sz w:val="20"/>
        </w:rPr>
        <w:t>11. Governing Law and Dispute Resolution</w:t>
      </w:r>
    </w:p>
    <w:p>
      <w:r>
        <w:rPr>
          <w:b w:val="0"/>
          <w:sz w:val="20"/>
        </w:rPr>
        <w:t>This Agreement shall be governed by and construed in accordance with the laws of the State of ________________, without regard to conflict of law principles.</w:t>
      </w:r>
    </w:p>
    <w:p>
      <w:r>
        <w:rPr>
          <w:b w:val="0"/>
          <w:sz w:val="20"/>
        </w:rPr>
        <w:t>Any disputes arising out of or related to this Agreement shall be resolved first through good faith negotiations between the parties.</w:t>
      </w:r>
    </w:p>
    <w:p>
      <w:r>
        <w:rPr>
          <w:b w:val="0"/>
          <w:sz w:val="20"/>
        </w:rPr>
        <w:t>If unresolved, disputes shall be submitted to binding arbitration in accordance with the rules of the American Arbitration Association, with the venue located in ________________.</w:t>
      </w:r>
    </w:p>
    <w:p/>
    <w:p>
      <w:r>
        <w:rPr>
          <w:b/>
          <w:sz w:val="20"/>
        </w:rPr>
        <w:t>12. Entire Agreement</w:t>
      </w:r>
    </w:p>
    <w:p>
      <w:r>
        <w:rPr>
          <w:b w:val="0"/>
          <w:sz w:val="20"/>
        </w:rPr>
        <w:t>This Agreement constitutes the entire understanding between the parties regarding the subject matter herein and supersedes all prior agreements, oral or written.</w:t>
      </w:r>
    </w:p>
    <w:p>
      <w:r>
        <w:rPr>
          <w:b w:val="0"/>
          <w:sz w:val="20"/>
        </w:rPr>
        <w:t>Any amendments or modifications must be in writing and signed by both parties.</w:t>
      </w:r>
    </w:p>
    <w:p/>
    <w:p>
      <w:r>
        <w:rPr>
          <w:b/>
          <w:sz w:val="20"/>
        </w:rPr>
        <w:t>13. Notices</w:t>
      </w:r>
    </w:p>
    <w:p>
      <w:r>
        <w:rPr>
          <w:b w:val="0"/>
          <w:sz w:val="20"/>
        </w:rPr>
        <w:t>All notices under this Agreement shall be given in writing and sent via email, certified mail, or courier to the addresses provided above or any other address designated in writing.</w:t>
      </w:r>
    </w:p>
    <w:p>
      <w:r>
        <w:rPr>
          <w:b w:val="0"/>
          <w:sz w:val="20"/>
        </w:rPr>
        <w:t>Notices shall be deemed received upon actual delivery or three (3) days after mailing, whichever occurs first.</w:t>
      </w:r>
    </w:p>
    <w:p/>
    <w:p/>
    <w:p>
      <w:pPr>
        <w:jc w:val="center"/>
      </w:pPr>
      <w:r>
        <w:rPr>
          <w:b w:val="0"/>
          <w:sz w:val="20"/>
        </w:rPr>
        <w:t>IN WITNESS WHEREOF, the parties hereto have executed this SEO Services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SERVICE PROVIDER</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https://contract247-us.com/seo-contract/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eo-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