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JOB CONTRACT AGREEMENT</w:t>
      </w:r>
    </w:p>
    <w:p/>
    <w:p>
      <w:r>
        <w:rPr>
          <w:b/>
          <w:sz w:val="20"/>
        </w:rPr>
        <w:t>This Job Contract Agreement (the “Agreement”) is made between:</w:t>
      </w:r>
    </w:p>
    <w:p>
      <w:r>
        <w:rPr>
          <w:b/>
          <w:sz w:val="20"/>
        </w:rPr>
        <w:t>Employer:</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Employee:</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RECITALS</w:t>
      </w:r>
    </w:p>
    <w:p>
      <w:r>
        <w:rPr>
          <w:b w:val="0"/>
          <w:sz w:val="20"/>
        </w:rPr>
        <w:t>WHEREAS, Employer desires to retain Employee to perform certain services;</w:t>
      </w:r>
    </w:p>
    <w:p>
      <w:r>
        <w:rPr>
          <w:b w:val="0"/>
          <w:sz w:val="20"/>
        </w:rPr>
        <w:t>WHEREAS, Employee agrees to perform such services under the terms and conditions set forth herein.</w:t>
      </w:r>
    </w:p>
    <w:p/>
    <w:p>
      <w:r>
        <w:rPr>
          <w:b/>
          <w:sz w:val="20"/>
        </w:rPr>
        <w:t>1. Position and Duties</w:t>
      </w:r>
    </w:p>
    <w:p>
      <w:r>
        <w:rPr>
          <w:b w:val="0"/>
          <w:sz w:val="20"/>
        </w:rPr>
        <w:t>Employer hereby employs Employee as: ___________________________________________.</w:t>
      </w:r>
    </w:p>
    <w:p>
      <w:r>
        <w:rPr>
          <w:b w:val="0"/>
          <w:sz w:val="20"/>
        </w:rPr>
        <w:t>Employee agrees to diligently perform all duties and responsibilities customarily associated with this position and any other duties as assigned by Employer.</w:t>
      </w:r>
    </w:p>
    <w:p/>
    <w:p>
      <w:r>
        <w:rPr>
          <w:b/>
          <w:sz w:val="20"/>
        </w:rPr>
        <w:t>2. Term of Employment</w:t>
      </w:r>
    </w:p>
    <w:p>
      <w:r>
        <w:rPr>
          <w:b w:val="0"/>
          <w:sz w:val="20"/>
        </w:rPr>
        <w:t>The employment relationship shall commence upon mutual execution of this Agreement and shall continue until terminated pursuant to Section 7 of this Agreement.</w:t>
      </w:r>
    </w:p>
    <w:p/>
    <w:p>
      <w:r>
        <w:rPr>
          <w:b/>
          <w:sz w:val="20"/>
        </w:rPr>
        <w:t>3. Compensation</w:t>
      </w:r>
    </w:p>
    <w:p>
      <w:r>
        <w:rPr>
          <w:b w:val="0"/>
          <w:sz w:val="20"/>
        </w:rPr>
        <w:t>Employer shall pay Employee as follows:</w:t>
      </w:r>
    </w:p>
    <w:p>
      <w:r>
        <w:rPr>
          <w:b w:val="0"/>
          <w:sz w:val="20"/>
        </w:rPr>
        <w:t>- Salary/Rate: $_________________ per ____________________ (hour/week/month).</w:t>
      </w:r>
    </w:p>
    <w:p>
      <w:r>
        <w:rPr>
          <w:b w:val="0"/>
          <w:sz w:val="20"/>
        </w:rPr>
        <w:t>- Payment will be made on a ___________________ basis.</w:t>
      </w:r>
    </w:p>
    <w:p>
      <w:r>
        <w:rPr>
          <w:b w:val="0"/>
          <w:sz w:val="20"/>
        </w:rPr>
        <w:t>- Employee shall be responsible for all applicable taxes on the compensation received.</w:t>
      </w:r>
    </w:p>
    <w:p/>
    <w:p>
      <w:r>
        <w:rPr>
          <w:b/>
          <w:sz w:val="20"/>
        </w:rPr>
        <w:t>4. Work Schedule</w:t>
      </w:r>
    </w:p>
    <w:p>
      <w:r>
        <w:rPr>
          <w:b w:val="0"/>
          <w:sz w:val="20"/>
        </w:rPr>
        <w:t>Employee's working hours will be: ____________________________________________.</w:t>
      </w:r>
    </w:p>
    <w:p>
      <w:r>
        <w:rPr>
          <w:b w:val="0"/>
          <w:sz w:val="20"/>
        </w:rPr>
        <w:t>Employee agrees to devote their full working time and attention to the performance of their duties under this Agreement.</w:t>
      </w:r>
    </w:p>
    <w:p/>
    <w:p>
      <w:r>
        <w:rPr>
          <w:b/>
          <w:sz w:val="20"/>
        </w:rPr>
        <w:t>5. Benefits</w:t>
      </w:r>
    </w:p>
    <w:p>
      <w:r>
        <w:rPr>
          <w:b w:val="0"/>
          <w:sz w:val="20"/>
        </w:rPr>
        <w:t>Employee shall be entitled to the following benefits (if any):</w:t>
      </w:r>
    </w:p>
    <w:p>
      <w:r>
        <w:rPr>
          <w:b w:val="0"/>
          <w:sz w:val="20"/>
        </w:rPr>
        <w:t>- Health Insurance: __________________________________________________________</w:t>
      </w:r>
    </w:p>
    <w:p>
      <w:r>
        <w:rPr>
          <w:b w:val="0"/>
          <w:sz w:val="20"/>
        </w:rPr>
        <w:t>- Paid Time Off (PTO): ______________________________________________________</w:t>
      </w:r>
    </w:p>
    <w:p>
      <w:r>
        <w:rPr>
          <w:b w:val="0"/>
          <w:sz w:val="20"/>
        </w:rPr>
        <w:t>- Retirement Plan: ___________________________________________________________</w:t>
      </w:r>
    </w:p>
    <w:p>
      <w:r>
        <w:rPr>
          <w:b w:val="0"/>
          <w:sz w:val="20"/>
        </w:rPr>
        <w:t>- Other Benefits: ___________________________________________________________</w:t>
      </w:r>
    </w:p>
    <w:p/>
    <w:p>
      <w:r>
        <w:rPr>
          <w:b/>
          <w:sz w:val="20"/>
        </w:rPr>
        <w:t>6. Confidentiality</w:t>
      </w:r>
    </w:p>
    <w:p>
      <w:r>
        <w:rPr>
          <w:b w:val="0"/>
          <w:sz w:val="20"/>
        </w:rPr>
        <w:t>Employee agrees that during and after the term of employment, they will not disclose any confidential, proprietary, or trade secret information of Employer to any third party without prior written consent.</w:t>
      </w:r>
    </w:p>
    <w:p/>
    <w:p>
      <w:r>
        <w:rPr>
          <w:b/>
          <w:sz w:val="20"/>
        </w:rPr>
        <w:t>7. Termination</w:t>
      </w:r>
    </w:p>
    <w:p>
      <w:r>
        <w:rPr>
          <w:b w:val="0"/>
          <w:sz w:val="20"/>
        </w:rPr>
        <w:t>Either party may terminate this Agreement at any time, with or without cause, by providing written notice to the other party.</w:t>
      </w:r>
    </w:p>
    <w:p>
      <w:r>
        <w:rPr>
          <w:b w:val="0"/>
          <w:sz w:val="20"/>
        </w:rPr>
        <w:t>Upon termination, Employee shall promptly return all property of Employer and cease use of confidential information.</w:t>
      </w:r>
    </w:p>
    <w:p/>
    <w:p>
      <w:r>
        <w:rPr>
          <w:b/>
          <w:sz w:val="20"/>
        </w:rPr>
        <w:t>8. Non-Compete and Non-Solicitation</w:t>
      </w:r>
    </w:p>
    <w:p>
      <w:r>
        <w:rPr>
          <w:b w:val="0"/>
          <w:sz w:val="20"/>
        </w:rPr>
        <w:t>During the term of employment and for a period of __________ months following termination, Employee shall not directly or indirectly engage in any business competitive with Employer within the geographic area of __________________________.</w:t>
      </w:r>
    </w:p>
    <w:p>
      <w:r>
        <w:rPr>
          <w:b w:val="0"/>
          <w:sz w:val="20"/>
        </w:rPr>
        <w:t>Employee agrees not to solicit or hire any employees or clients of Employer during the same period.</w:t>
      </w:r>
    </w:p>
    <w:p/>
    <w:p>
      <w:r>
        <w:rPr>
          <w:b/>
          <w:sz w:val="20"/>
        </w:rPr>
        <w:t>9. Intellectual Property</w:t>
      </w:r>
    </w:p>
    <w:p>
      <w:r>
        <w:rPr>
          <w:b w:val="0"/>
          <w:sz w:val="20"/>
        </w:rPr>
        <w:t>All work product, inventions, designs, developments, and discoveries created by Employee during the term of employment related to Employer’s business shall be the sole property of Employer.</w:t>
      </w:r>
    </w:p>
    <w:p>
      <w:r>
        <w:rPr>
          <w:b w:val="0"/>
          <w:sz w:val="20"/>
        </w:rPr>
        <w:t>Employee hereby assigns all rights, title, and interest in such intellectual property to Employer.</w:t>
      </w:r>
    </w:p>
    <w:p/>
    <w:p>
      <w:r>
        <w:rPr>
          <w:b/>
          <w:sz w:val="20"/>
        </w:rPr>
        <w:t>10. Compliance with Laws</w:t>
      </w:r>
    </w:p>
    <w:p>
      <w:r>
        <w:rPr>
          <w:b w:val="0"/>
          <w:sz w:val="20"/>
        </w:rPr>
        <w:t>Employee agrees to comply with all federal, state, and local laws, regulations, and ordinances applicable to the performance of their duties.</w:t>
      </w:r>
    </w:p>
    <w:p/>
    <w:p>
      <w:r>
        <w:rPr>
          <w:b/>
          <w:sz w:val="20"/>
        </w:rPr>
        <w:t>11. Dispute Resolution</w:t>
      </w:r>
    </w:p>
    <w:p>
      <w:r>
        <w:rPr>
          <w:b w:val="0"/>
          <w:sz w:val="20"/>
        </w:rPr>
        <w:t>Any disputes arising out of or relating to this Agreement shall be resolved first through good faith negotiations between the parties.</w:t>
      </w:r>
    </w:p>
    <w:p>
      <w:r>
        <w:rPr>
          <w:b w:val="0"/>
          <w:sz w:val="20"/>
        </w:rPr>
        <w:t>If unresolved, disputes shall be submitted to binding arbitration in accordance with the rules of the American Arbitration Association.</w:t>
      </w:r>
    </w:p>
    <w:p/>
    <w:p>
      <w:r>
        <w:rPr>
          <w:b/>
          <w:sz w:val="20"/>
        </w:rPr>
        <w:t>12. Governing Law</w:t>
      </w:r>
    </w:p>
    <w:p>
      <w:r>
        <w:rPr>
          <w:b w:val="0"/>
          <w:sz w:val="20"/>
        </w:rPr>
        <w:t>This Agreement shall be governed by and construed in accordance with the laws of the State of ____________________, without regard to its conflict of laws principles.</w:t>
      </w:r>
    </w:p>
    <w:p/>
    <w:p>
      <w:r>
        <w:rPr>
          <w:b/>
          <w:sz w:val="20"/>
        </w:rPr>
        <w:t>13. Entire Agreement</w:t>
      </w:r>
    </w:p>
    <w:p>
      <w:r>
        <w:rPr>
          <w:b w:val="0"/>
          <w:sz w:val="20"/>
        </w:rPr>
        <w:t>This Agreement constitutes the entire agreement between the parties and supersedes all prior understandings, agreements, or representations.</w:t>
      </w:r>
    </w:p>
    <w:p>
      <w:r>
        <w:rPr>
          <w:b w:val="0"/>
          <w:sz w:val="20"/>
        </w:rPr>
        <w:t>Any amendments must be in writing and signed by both parties.</w:t>
      </w:r>
    </w:p>
    <w:p/>
    <w:p>
      <w:r>
        <w:rPr>
          <w:b/>
          <w:sz w:val="20"/>
        </w:rPr>
        <w:t>14. Severability</w:t>
      </w:r>
    </w:p>
    <w:p>
      <w:r>
        <w:rPr>
          <w:b w:val="0"/>
          <w:sz w:val="20"/>
        </w:rPr>
        <w:t>If any provision of this Agreement is found to be invalid or unenforceable, the remainder of the Agreement shall remain in full force and effect.</w:t>
      </w:r>
    </w:p>
    <w:p/>
    <w:p>
      <w:r>
        <w:rPr>
          <w:b/>
          <w:sz w:val="20"/>
        </w:rPr>
        <w:t>15. Waiver</w:t>
      </w:r>
    </w:p>
    <w:p>
      <w:r>
        <w:rPr>
          <w:b w:val="0"/>
          <w:sz w:val="20"/>
        </w:rPr>
        <w:t>Failure to enforce any provision of this Agreement shall not constitute a waiver of that provision or the right to enforce it in the future.</w:t>
      </w:r>
    </w:p>
    <w:p/>
    <w:p/>
    <w:p>
      <w:r>
        <w:rPr>
          <w:b w:val="0"/>
          <w:sz w:val="20"/>
        </w:rPr>
        <w:t>Place of Agreement Execution: ____________________________________________</w:t>
      </w:r>
    </w:p>
    <w:p>
      <w:r>
        <w:rPr>
          <w:b w:val="0"/>
          <w:sz w:val="20"/>
        </w:rPr>
        <w:t>Date of Agreement Execution: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https://contract247-us.com/simple-job-contract/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imple-job-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