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SIMPLE PAINTING CONTRACT AGREEMENT</w:t>
      </w:r>
    </w:p>
    <w:p/>
    <w:p>
      <w:r>
        <w:rPr>
          <w:b/>
          <w:sz w:val="20"/>
        </w:rPr>
        <w:t>This Painting Contract Agreement (the “Agreement”) is made by and between:</w:t>
      </w:r>
    </w:p>
    <w:p/>
    <w:p>
      <w:r>
        <w:rPr>
          <w:b/>
          <w:sz w:val="20"/>
        </w:rPr>
        <w:t>Contractor Information:</w:t>
      </w:r>
    </w:p>
    <w:p>
      <w:r>
        <w:rPr>
          <w:b w:val="0"/>
          <w:sz w:val="20"/>
        </w:rPr>
        <w:t>Full Name or Business Name: 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Client Information:</w:t>
      </w:r>
    </w:p>
    <w:p>
      <w:r>
        <w:rPr>
          <w:b w:val="0"/>
          <w:sz w:val="20"/>
        </w:rPr>
        <w:t>Full Name or Business Name: 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1. Scope of Work</w:t>
      </w:r>
    </w:p>
    <w:p>
      <w:r>
        <w:rPr>
          <w:b w:val="0"/>
          <w:sz w:val="20"/>
        </w:rPr>
        <w:t>The Contractor agrees to provide painting services (the “Services”) for the Client at the following location(s):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The Services include preparation, priming, painting, and finishing as specified below:</w:t>
      </w:r>
    </w:p>
    <w:p>
      <w:r>
        <w:rPr>
          <w:b w:val="0"/>
          <w:sz w:val="20"/>
        </w:rPr>
        <w:t>- Surface preparation including cleaning, sanding, and minor repairs</w:t>
      </w:r>
    </w:p>
    <w:p>
      <w:r>
        <w:rPr>
          <w:b w:val="0"/>
          <w:sz w:val="20"/>
        </w:rPr>
        <w:t>- Application of primer coat(s)</w:t>
      </w:r>
    </w:p>
    <w:p>
      <w:r>
        <w:rPr>
          <w:b w:val="0"/>
          <w:sz w:val="20"/>
        </w:rPr>
        <w:t>- Application of paint coat(s) as agreed</w:t>
      </w:r>
    </w:p>
    <w:p>
      <w:r>
        <w:rPr>
          <w:b w:val="0"/>
          <w:sz w:val="20"/>
        </w:rPr>
        <w:t>- Cleanup and disposal of painting materials and debris</w:t>
      </w:r>
    </w:p>
    <w:p>
      <w:r>
        <w:rPr>
          <w:b w:val="0"/>
          <w:sz w:val="20"/>
        </w:rPr>
        <w:t>Specific areas and surfaces to be painted: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2. Contract Price and Payment Terms</w:t>
      </w:r>
    </w:p>
    <w:p>
      <w:r>
        <w:rPr>
          <w:b w:val="0"/>
          <w:sz w:val="20"/>
        </w:rPr>
        <w:t>The Client agrees to pay the Contractor a total sum of $________________ (USD) for the full and satisfactory completion of the Services.</w:t>
      </w:r>
    </w:p>
    <w:p>
      <w:r>
        <w:rPr>
          <w:b w:val="0"/>
          <w:sz w:val="20"/>
        </w:rPr>
        <w:t>Payment shall be made as follows:</w:t>
      </w:r>
    </w:p>
    <w:p>
      <w:r>
        <w:rPr>
          <w:b w:val="0"/>
          <w:sz w:val="20"/>
        </w:rPr>
        <w:t>- Deposit: $________________ due upon signing this Agreement</w:t>
      </w:r>
    </w:p>
    <w:p>
      <w:r>
        <w:rPr>
          <w:b w:val="0"/>
          <w:sz w:val="20"/>
        </w:rPr>
        <w:t>- Balance: $________________ due upon completion of the Services</w:t>
      </w:r>
    </w:p>
    <w:p>
      <w:r>
        <w:rPr>
          <w:b w:val="0"/>
          <w:sz w:val="20"/>
        </w:rPr>
        <w:t>Payments shall be made by cash, check, or electronic transfer as agreed between the parties.</w:t>
      </w:r>
    </w:p>
    <w:p/>
    <w:p>
      <w:r>
        <w:rPr>
          <w:b/>
          <w:sz w:val="20"/>
        </w:rPr>
        <w:t>3. Time of Completion</w:t>
      </w:r>
    </w:p>
    <w:p>
      <w:r>
        <w:rPr>
          <w:b w:val="0"/>
          <w:sz w:val="20"/>
        </w:rPr>
        <w:t>The Contractor shall commence the Services on or about ______________________________ and shall complete the Services within ________ days.</w:t>
      </w:r>
    </w:p>
    <w:p>
      <w:r>
        <w:rPr>
          <w:b w:val="0"/>
          <w:sz w:val="20"/>
        </w:rPr>
        <w:t>The Contractor shall notify the Client promptly of any delays or reasons for extension of the completion date.</w:t>
      </w:r>
    </w:p>
    <w:p/>
    <w:p>
      <w:r>
        <w:rPr>
          <w:b/>
          <w:sz w:val="20"/>
        </w:rPr>
        <w:t>4. Materials and Equipment</w:t>
      </w:r>
    </w:p>
    <w:p>
      <w:r>
        <w:rPr>
          <w:b w:val="0"/>
          <w:sz w:val="20"/>
        </w:rPr>
        <w:t>The Contractor shall provide all labor, materials, tools, equipment, and supplies necessary to perform the Services unless otherwise agreed.</w:t>
      </w:r>
    </w:p>
    <w:p>
      <w:r>
        <w:rPr>
          <w:b w:val="0"/>
          <w:sz w:val="20"/>
        </w:rPr>
        <w:t>All materials used shall be new and of good quality, suitable for the intended purpose.</w:t>
      </w:r>
    </w:p>
    <w:p>
      <w:r>
        <w:rPr>
          <w:b w:val="0"/>
          <w:sz w:val="20"/>
        </w:rPr>
        <w:t>The Client may specify preferred brands or types of paint or materials, which shall be included in the contract price or billed separately if agreed.</w:t>
      </w:r>
    </w:p>
    <w:p/>
    <w:p>
      <w:r>
        <w:rPr>
          <w:b/>
          <w:sz w:val="20"/>
        </w:rPr>
        <w:t>5. Changes in Work</w:t>
      </w:r>
    </w:p>
    <w:p>
      <w:r>
        <w:rPr>
          <w:b w:val="0"/>
          <w:sz w:val="20"/>
        </w:rPr>
        <w:t>Any changes or additions to the Services must be made in writing and signed by both parties (a “Change Order”).</w:t>
      </w:r>
    </w:p>
    <w:p>
      <w:r>
        <w:rPr>
          <w:b w:val="0"/>
          <w:sz w:val="20"/>
        </w:rPr>
        <w:t>Additional costs and time resulting from Change Orders shall be agreed upon and documented prior to commencement.</w:t>
      </w:r>
    </w:p>
    <w:p/>
    <w:p>
      <w:r>
        <w:rPr>
          <w:b/>
          <w:sz w:val="20"/>
        </w:rPr>
        <w:t>6. Warranty</w:t>
      </w:r>
    </w:p>
    <w:p>
      <w:r>
        <w:rPr>
          <w:b w:val="0"/>
          <w:sz w:val="20"/>
        </w:rPr>
        <w:t>The Contractor warrants that all work performed under this Agreement shall be free from defects in workmanship for a period of one (1) year from the date of completion.</w:t>
      </w:r>
    </w:p>
    <w:p>
      <w:r>
        <w:rPr>
          <w:b w:val="0"/>
          <w:sz w:val="20"/>
        </w:rPr>
        <w:t>This warranty does not cover damage caused by misuse, neglect, normal wear and tear, or acts beyond the Contractor’s control.</w:t>
      </w:r>
    </w:p>
    <w:p/>
    <w:p>
      <w:r>
        <w:rPr>
          <w:b/>
          <w:sz w:val="20"/>
        </w:rPr>
        <w:t>7. Insurance and Liability</w:t>
      </w:r>
    </w:p>
    <w:p>
      <w:r>
        <w:rPr>
          <w:b w:val="0"/>
          <w:sz w:val="20"/>
        </w:rPr>
        <w:t>The Contractor shall maintain general liability insurance and workers’ compensation insurance as required by law during the term of this Agreement.</w:t>
      </w:r>
    </w:p>
    <w:p>
      <w:r>
        <w:rPr>
          <w:b w:val="0"/>
          <w:sz w:val="20"/>
        </w:rPr>
        <w:t>The Contractor shall not be liable for any damage or injury caused by the Client’s failure to provide a safe working environment or by the Client’s negligence.</w:t>
      </w:r>
    </w:p>
    <w:p/>
    <w:p>
      <w:r>
        <w:rPr>
          <w:b/>
          <w:sz w:val="20"/>
        </w:rPr>
        <w:t>8. Termination</w:t>
      </w:r>
    </w:p>
    <w:p>
      <w:r>
        <w:rPr>
          <w:b w:val="0"/>
          <w:sz w:val="20"/>
        </w:rPr>
        <w:t>Either party may terminate this Agreement upon written notice if the other party materially breaches any term and fails to cure such breach within seven (7) days of notice.</w:t>
      </w:r>
    </w:p>
    <w:p>
      <w:r>
        <w:rPr>
          <w:b w:val="0"/>
          <w:sz w:val="20"/>
        </w:rPr>
        <w:t>Upon termination, the Client shall pay the Contractor for all Services performed and materials purchased up to the date of termination.</w:t>
      </w:r>
    </w:p>
    <w:p/>
    <w:p>
      <w:r>
        <w:rPr>
          <w:b/>
          <w:sz w:val="20"/>
        </w:rPr>
        <w:t>9. Dispute Resolution</w:t>
      </w:r>
    </w:p>
    <w:p>
      <w:r>
        <w:rPr>
          <w:b w:val="0"/>
          <w:sz w:val="20"/>
        </w:rPr>
        <w:t>In the event of any dispute arising under or related to this Agreement, the parties agree to first attempt mediation in good faith before pursuing any other legal remedies.</w:t>
      </w:r>
    </w:p>
    <w:p>
      <w:r>
        <w:rPr>
          <w:b w:val="0"/>
          <w:sz w:val="20"/>
        </w:rPr>
        <w:t>This Agreement shall be governed by and construed in accordance with the laws of the state in which the Services are performed.</w:t>
      </w:r>
    </w:p>
    <w:p/>
    <w:p>
      <w:r>
        <w:rPr>
          <w:b/>
          <w:sz w:val="20"/>
        </w:rPr>
        <w:t>10. Entire Agreement</w:t>
      </w:r>
    </w:p>
    <w:p>
      <w:r>
        <w:rPr>
          <w:b w:val="0"/>
          <w:sz w:val="20"/>
        </w:rPr>
        <w:t>This Agreement constitutes the entire understanding between the parties with respect to the subject matter herein and supersedes all prior negotiations and agreements, whether written or oral.</w:t>
      </w:r>
    </w:p>
    <w:p>
      <w:r>
        <w:rPr>
          <w:b w:val="0"/>
          <w:sz w:val="20"/>
        </w:rPr>
        <w:t>Any amendments must be in writing and signed by both parties.</w:t>
      </w:r>
    </w:p>
    <w:p/>
    <w:p/>
    <w:p>
      <w:r>
        <w:rPr>
          <w:b w:val="0"/>
          <w:sz w:val="20"/>
        </w:rPr>
        <w:t>Place of Agreement Execution: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CONTRACTOR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https://contract247-us.com/simple-painting-contract/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simple-painting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